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9A460" w14:textId="77777777" w:rsidR="00D54E07" w:rsidRDefault="00BC7565">
      <w:pPr>
        <w:spacing w:after="40"/>
        <w:jc w:val="center"/>
      </w:pPr>
      <w:r>
        <w:rPr>
          <w:b/>
        </w:rPr>
        <w:t>MODELO GRATUITO</w:t>
      </w:r>
    </w:p>
    <w:p w14:paraId="2173C327" w14:textId="77777777" w:rsidR="00D54E07" w:rsidRDefault="00BC7565">
      <w:pPr>
        <w:spacing w:after="40"/>
        <w:jc w:val="center"/>
      </w:pPr>
      <w:r>
        <w:rPr>
          <w:b/>
          <w:sz w:val="28"/>
        </w:rPr>
        <w:t>ACLARATORIA, RECTIFICATORIA, MODIFICATORIA, RATIFICATORIA Y/O AMPLIATORIA DE ESCRITURA</w:t>
      </w:r>
    </w:p>
    <w:p w14:paraId="7112858F" w14:textId="77777777" w:rsidR="00D54E07" w:rsidRDefault="00BC7565">
      <w:pPr>
        <w:spacing w:after="240"/>
        <w:jc w:val="center"/>
      </w:pPr>
      <w:r>
        <w:t>MINUTA</w:t>
      </w:r>
    </w:p>
    <w:p w14:paraId="6E9AA958" w14:textId="62DE5E89" w:rsidR="00D54E07" w:rsidRDefault="00BC7565">
      <w:pPr>
        <w:spacing w:after="100"/>
        <w:jc w:val="both"/>
      </w:pPr>
      <w:r>
        <w:t xml:space="preserve">SEÑOR NOTARIO: En el registro de escrituras públicas a su cargo, sírvase incorporar una escritura pública </w:t>
      </w:r>
      <w:r w:rsidR="00947E3C" w:rsidRPr="00947E3C">
        <w:rPr>
          <w:color w:val="C00000"/>
        </w:rPr>
        <w:t>SELECCIONAR DE ACUERDO A LA NECESIDAD:</w:t>
      </w:r>
      <w:r w:rsidR="00947E3C">
        <w:rPr>
          <w:color w:val="C00000"/>
        </w:rPr>
        <w:t xml:space="preserve"> </w:t>
      </w:r>
      <w:r>
        <w:rPr>
          <w:color w:val="C00000"/>
        </w:rPr>
        <w:t>[ACLARATORIA / RECTIFICATORIA / MODIFICATORIA / RATIFICATORIA / AMPLIATORIA]</w:t>
      </w:r>
      <w:r>
        <w:t>, al tenor de las siguientes cláusulas:</w:t>
      </w:r>
    </w:p>
    <w:p w14:paraId="3E5F9279" w14:textId="77777777" w:rsidR="00D54E07" w:rsidRDefault="00BC7565">
      <w:pPr>
        <w:spacing w:before="140" w:after="40"/>
        <w:jc w:val="both"/>
      </w:pPr>
      <w:r>
        <w:rPr>
          <w:b/>
        </w:rPr>
        <w:t>CLÁUSULA PRIMERA: COMPARECIENTES.-</w:t>
      </w:r>
    </w:p>
    <w:p w14:paraId="73830F62" w14:textId="77777777" w:rsidR="00D54E07" w:rsidRDefault="00BC7565">
      <w:pPr>
        <w:spacing w:after="100"/>
        <w:jc w:val="both"/>
      </w:pPr>
      <w:r>
        <w:t xml:space="preserve">Comparecen a la celebración de la presente escritura pública </w:t>
      </w:r>
      <w:r>
        <w:rPr>
          <w:color w:val="C00000"/>
        </w:rPr>
        <w:t>[NOMBRE COMPLETO DEL COMPARECIENTE 1]</w:t>
      </w:r>
      <w:r>
        <w:t xml:space="preserve">, de nacionalidad </w:t>
      </w:r>
      <w:r>
        <w:rPr>
          <w:color w:val="C00000"/>
        </w:rPr>
        <w:t>[NACIONALIDAD]</w:t>
      </w:r>
      <w:r>
        <w:t xml:space="preserve">, de estado civil </w:t>
      </w:r>
      <w:r>
        <w:rPr>
          <w:color w:val="C00000"/>
        </w:rPr>
        <w:t>[ESTADO CIVIL]</w:t>
      </w:r>
      <w:r>
        <w:t xml:space="preserve">, de </w:t>
      </w:r>
      <w:r>
        <w:rPr>
          <w:color w:val="C00000"/>
        </w:rPr>
        <w:t>[____]</w:t>
      </w:r>
      <w:r>
        <w:t xml:space="preserve"> años de edad, de ocupación / profesión </w:t>
      </w:r>
      <w:r>
        <w:rPr>
          <w:color w:val="C00000"/>
        </w:rPr>
        <w:t>[OCUPACIÓN / PROFESIÓN]</w:t>
      </w:r>
      <w:r>
        <w:t xml:space="preserve">, domiciliado/a en </w:t>
      </w:r>
      <w:r>
        <w:rPr>
          <w:color w:val="C00000"/>
        </w:rPr>
        <w:t>[DIRECCIÓN COMPLETA]</w:t>
      </w:r>
      <w:r>
        <w:t xml:space="preserve">, con número de teléfono </w:t>
      </w:r>
      <w:r>
        <w:rPr>
          <w:color w:val="C00000"/>
        </w:rPr>
        <w:t>[__________]</w:t>
      </w:r>
      <w:r>
        <w:t xml:space="preserve"> y correo electrónico </w:t>
      </w:r>
      <w:r>
        <w:rPr>
          <w:color w:val="C00000"/>
        </w:rPr>
        <w:t>[__________]</w:t>
      </w:r>
      <w:r>
        <w:t xml:space="preserve">; y </w:t>
      </w:r>
      <w:r>
        <w:rPr>
          <w:color w:val="C00000"/>
        </w:rPr>
        <w:t>[NOMBRE COMPLETO DEL COMPARECIENTE 2]</w:t>
      </w:r>
      <w:r>
        <w:t xml:space="preserve">, de nacionalidad </w:t>
      </w:r>
      <w:r>
        <w:rPr>
          <w:color w:val="C00000"/>
        </w:rPr>
        <w:t>[NACIONALIDAD]</w:t>
      </w:r>
      <w:r>
        <w:t xml:space="preserve">, de estado civil </w:t>
      </w:r>
      <w:r>
        <w:rPr>
          <w:color w:val="C00000"/>
        </w:rPr>
        <w:t>[ESTADO CIVIL]</w:t>
      </w:r>
      <w:r>
        <w:t xml:space="preserve">, de </w:t>
      </w:r>
      <w:r>
        <w:rPr>
          <w:color w:val="C00000"/>
        </w:rPr>
        <w:t>[____]</w:t>
      </w:r>
      <w:r>
        <w:t xml:space="preserve"> años de edad, de ocupación / profesión </w:t>
      </w:r>
      <w:r>
        <w:rPr>
          <w:color w:val="C00000"/>
        </w:rPr>
        <w:t>[OCUPACIÓ</w:t>
      </w:r>
      <w:r>
        <w:rPr>
          <w:color w:val="C00000"/>
        </w:rPr>
        <w:t>N / PROFESIÓN]</w:t>
      </w:r>
      <w:r>
        <w:t xml:space="preserve">, domiciliado/a en </w:t>
      </w:r>
      <w:r>
        <w:rPr>
          <w:color w:val="C00000"/>
        </w:rPr>
        <w:t>[DIRECCIÓN COMPLETA]</w:t>
      </w:r>
      <w:r>
        <w:t xml:space="preserve">, con número de teléfono </w:t>
      </w:r>
      <w:r>
        <w:rPr>
          <w:color w:val="C00000"/>
        </w:rPr>
        <w:t>[__________]</w:t>
      </w:r>
      <w:r>
        <w:t xml:space="preserve"> y correo electrónico </w:t>
      </w:r>
      <w:r>
        <w:rPr>
          <w:color w:val="C00000"/>
        </w:rPr>
        <w:t>[__________]</w:t>
      </w:r>
      <w:r>
        <w:t>, hábiles en derecho para contratar y obligarse.</w:t>
      </w:r>
    </w:p>
    <w:p w14:paraId="05F2243B" w14:textId="77777777" w:rsidR="00D54E07" w:rsidRDefault="00BC7565">
      <w:pPr>
        <w:spacing w:before="140" w:after="40"/>
        <w:jc w:val="both"/>
      </w:pPr>
      <w:r>
        <w:rPr>
          <w:b/>
        </w:rPr>
        <w:t>CLÁUSULA SEGUNDA: ANTECEDENTES.-</w:t>
      </w:r>
    </w:p>
    <w:p w14:paraId="3564A834" w14:textId="77777777" w:rsidR="00D54E07" w:rsidRDefault="00BC7565">
      <w:pPr>
        <w:spacing w:after="100"/>
        <w:jc w:val="both"/>
      </w:pPr>
      <w:r>
        <w:t xml:space="preserve">Con fecha </w:t>
      </w:r>
      <w:r>
        <w:rPr>
          <w:color w:val="C00000"/>
        </w:rPr>
        <w:t>[FECHA]</w:t>
      </w:r>
      <w:r>
        <w:t xml:space="preserve">, se suscribió ante </w:t>
      </w:r>
      <w:r>
        <w:rPr>
          <w:color w:val="C00000"/>
        </w:rPr>
        <w:t>[NOMBRE DEL N</w:t>
      </w:r>
      <w:r>
        <w:rPr>
          <w:color w:val="C00000"/>
        </w:rPr>
        <w:t>OTARIO/A]</w:t>
      </w:r>
      <w:r>
        <w:t xml:space="preserve">, Notario/a </w:t>
      </w:r>
      <w:r>
        <w:rPr>
          <w:color w:val="C00000"/>
        </w:rPr>
        <w:t>[NÚMERO]</w:t>
      </w:r>
      <w:r>
        <w:t xml:space="preserve"> del cantón </w:t>
      </w:r>
      <w:r>
        <w:rPr>
          <w:color w:val="C00000"/>
        </w:rPr>
        <w:t>[CANTÓN]</w:t>
      </w:r>
      <w:r>
        <w:t xml:space="preserve">, la escritura pública de </w:t>
      </w:r>
      <w:r>
        <w:rPr>
          <w:color w:val="C00000"/>
        </w:rPr>
        <w:t>[ACTO JURÍDICO PRINCIPAL: COMPRAVENTA / DONACIÓN / HIPOTECA / PROMESA / OTRO]</w:t>
      </w:r>
      <w:r>
        <w:t xml:space="preserve">, respecto de </w:t>
      </w:r>
      <w:r>
        <w:rPr>
          <w:color w:val="C00000"/>
        </w:rPr>
        <w:t>[DESCRIPCIÓN DEL BIEN O DEL ACTO]</w:t>
      </w:r>
      <w:r>
        <w:t xml:space="preserve">, instrumento que se pretende </w:t>
      </w:r>
      <w:r>
        <w:rPr>
          <w:color w:val="C00000"/>
        </w:rPr>
        <w:t>[ACLARAR / RECTIFICAR / MOD</w:t>
      </w:r>
      <w:r>
        <w:rPr>
          <w:color w:val="C00000"/>
        </w:rPr>
        <w:t>IFICAR / RATIFICAR / AMPLIAR]</w:t>
      </w:r>
      <w:r>
        <w:t xml:space="preserve"> mediante la presente escritura.</w:t>
      </w:r>
    </w:p>
    <w:p w14:paraId="71959247" w14:textId="77777777" w:rsidR="00D54E07" w:rsidRDefault="00BC7565">
      <w:pPr>
        <w:spacing w:after="100"/>
        <w:jc w:val="both"/>
      </w:pPr>
      <w:r>
        <w:rPr>
          <w:color w:val="C00000"/>
        </w:rPr>
        <w:t>[INCLUIR SOLO CUANDO CORRESPONDA: Transcribir la parte de la escritura principal que sea necesaria para identificar con precisión el punto que se va a aclarar, rectificar, modificar, ratificar o</w:t>
      </w:r>
      <w:r>
        <w:rPr>
          <w:color w:val="C00000"/>
        </w:rPr>
        <w:t xml:space="preserve"> ampliar.]</w:t>
      </w:r>
    </w:p>
    <w:p w14:paraId="1219A143" w14:textId="05DDEC64" w:rsidR="00D54E07" w:rsidRDefault="00BC7565">
      <w:pPr>
        <w:spacing w:before="140" w:after="40"/>
        <w:jc w:val="both"/>
      </w:pPr>
      <w:r>
        <w:rPr>
          <w:b/>
        </w:rPr>
        <w:t xml:space="preserve">CLÁUSULA TERCERA: </w:t>
      </w:r>
      <w:r w:rsidR="00947E3C" w:rsidRPr="00947E3C">
        <w:rPr>
          <w:b/>
          <w:color w:val="C00000"/>
        </w:rPr>
        <w:t>SELECCIONAR SEG</w:t>
      </w:r>
      <w:r w:rsidR="00947E3C">
        <w:rPr>
          <w:b/>
          <w:color w:val="C00000"/>
        </w:rPr>
        <w:t>Ú</w:t>
      </w:r>
      <w:r w:rsidR="00947E3C" w:rsidRPr="00947E3C">
        <w:rPr>
          <w:b/>
          <w:color w:val="C00000"/>
        </w:rPr>
        <w:t>N CORRESPONDA:</w:t>
      </w:r>
      <w:r w:rsidR="00947E3C">
        <w:rPr>
          <w:b/>
        </w:rPr>
        <w:t xml:space="preserve"> </w:t>
      </w:r>
      <w:r>
        <w:rPr>
          <w:b/>
          <w:color w:val="C00000"/>
        </w:rPr>
        <w:t>[ACLARATORIA / RECTIFICATORIA / MODIFICATORIA / RATIFICATORIA / AMPLIATORIA]</w:t>
      </w:r>
      <w:r>
        <w:rPr>
          <w:b/>
        </w:rPr>
        <w:t>.-</w:t>
      </w:r>
    </w:p>
    <w:p w14:paraId="7C4C375E" w14:textId="7CA176B7" w:rsidR="00D54E07" w:rsidRDefault="00BC7565">
      <w:pPr>
        <w:spacing w:after="100"/>
        <w:jc w:val="both"/>
      </w:pPr>
      <w:r>
        <w:rPr>
          <w:color w:val="C00000"/>
        </w:rPr>
        <w:t xml:space="preserve">[ACLARATORIA: </w:t>
      </w:r>
      <w:r w:rsidR="00947E3C">
        <w:rPr>
          <w:color w:val="C00000"/>
        </w:rPr>
        <w:t xml:space="preserve">Se aclara que </w:t>
      </w:r>
      <w:r>
        <w:rPr>
          <w:color w:val="C00000"/>
        </w:rPr>
        <w:t>[DESCRIBI</w:t>
      </w:r>
      <w:r>
        <w:rPr>
          <w:color w:val="C00000"/>
        </w:rPr>
        <w:t>R LA ACLARACIÓN</w:t>
      </w:r>
      <w:r w:rsidR="00947E3C">
        <w:rPr>
          <w:color w:val="C00000"/>
        </w:rPr>
        <w:t>, EJEMPLO:  SE ACLARA QUE EL NOMBRE DEL VENDEDOR EN EL TITULO ANTERIOR CONSTABA COMO JUAN PEREZ, POR CUANTO SE ACLARA QUE EN EL TITULO QUE SE ACLARA CONSTA COMO JUAN PEREZ SOSA, TRATANDOSE DE LA MISMA PERSONA</w:t>
      </w:r>
      <w:r>
        <w:rPr>
          <w:color w:val="C00000"/>
        </w:rPr>
        <w:t>]</w:t>
      </w:r>
      <w:r w:rsidR="00947E3C">
        <w:rPr>
          <w:color w:val="C00000"/>
        </w:rPr>
        <w:t>.</w:t>
      </w:r>
    </w:p>
    <w:p w14:paraId="12F4FB8D" w14:textId="77777777" w:rsidR="00D54E07" w:rsidRDefault="00BC7565">
      <w:pPr>
        <w:spacing w:after="100"/>
        <w:jc w:val="both"/>
      </w:pPr>
      <w:r>
        <w:rPr>
          <w:color w:val="C00000"/>
        </w:rPr>
        <w:t>[RECTIFICATORIA: Por un error involuntario se hizo constar [TRANSCRIBIR EL DATO INCORRECTO]</w:t>
      </w:r>
      <w:r>
        <w:t xml:space="preserve">, siendo lo correcto: </w:t>
      </w:r>
      <w:r>
        <w:rPr>
          <w:color w:val="C00000"/>
        </w:rPr>
        <w:t>[DATO CORRECTO]</w:t>
      </w:r>
      <w:r>
        <w:t>.]</w:t>
      </w:r>
    </w:p>
    <w:p w14:paraId="5B630100" w14:textId="77777777" w:rsidR="00D54E07" w:rsidRDefault="00BC7565">
      <w:pPr>
        <w:spacing w:after="100"/>
        <w:jc w:val="both"/>
      </w:pPr>
      <w:r>
        <w:rPr>
          <w:color w:val="C00000"/>
        </w:rPr>
        <w:t>[MODIFICATORIA: De común acuerdo, los comparecientes modifican la escritura principal en los siguientes té</w:t>
      </w:r>
      <w:r>
        <w:rPr>
          <w:color w:val="C00000"/>
        </w:rPr>
        <w:t>rminos: [INDICAR LA CLÁUSULA QUE SE MODIFICA Y REDACTAR SU NUEVO TEXTO]</w:t>
      </w:r>
      <w:r>
        <w:t>.]</w:t>
      </w:r>
    </w:p>
    <w:p w14:paraId="002A405C" w14:textId="59543FAB" w:rsidR="00D54E07" w:rsidRDefault="00BC7565">
      <w:pPr>
        <w:spacing w:after="100"/>
        <w:jc w:val="both"/>
      </w:pPr>
      <w:r>
        <w:rPr>
          <w:color w:val="C00000"/>
        </w:rPr>
        <w:t>[RATIFICATORIA: El/la compareciente ratifica íntegramente la escritura pública antes referida y, en particular, [INDICAR EL ACTO, DERECHO O ADQUISICIÓN QUE SE RATIFICA]</w:t>
      </w:r>
      <w:r>
        <w:t>.</w:t>
      </w:r>
    </w:p>
    <w:p w14:paraId="6FF3B75A" w14:textId="101B6043" w:rsidR="00D54E07" w:rsidRDefault="00BC7565">
      <w:pPr>
        <w:spacing w:after="100"/>
        <w:jc w:val="both"/>
      </w:pPr>
      <w:r>
        <w:rPr>
          <w:color w:val="C00000"/>
        </w:rPr>
        <w:lastRenderedPageBreak/>
        <w:t>[AMPLIATORIA: Los comparecientes proceden a ampliar la escritura principal en los siguientes términos: [INDICAR LA INFORMACIÓN O CLÁUSULA ADICIONAL QUE SE INCORPORA]</w:t>
      </w:r>
      <w:r>
        <w:t>.</w:t>
      </w:r>
    </w:p>
    <w:p w14:paraId="73CDDECC" w14:textId="77777777" w:rsidR="00D54E07" w:rsidRDefault="00BC7565">
      <w:pPr>
        <w:spacing w:before="140" w:after="40"/>
        <w:jc w:val="both"/>
      </w:pPr>
      <w:r>
        <w:rPr>
          <w:b/>
        </w:rPr>
        <w:t>CLÁUSULA CUARTA: VOLUNTAD Y CONSENTIMIENTO.-</w:t>
      </w:r>
    </w:p>
    <w:p w14:paraId="3BE91DF0" w14:textId="77777777" w:rsidR="00D54E07" w:rsidRDefault="00BC7565">
      <w:pPr>
        <w:spacing w:after="100"/>
        <w:jc w:val="both"/>
      </w:pPr>
      <w:r>
        <w:t>Los comparecientes manifiestan de manera li</w:t>
      </w:r>
      <w:r>
        <w:t xml:space="preserve">bre y voluntaria su voluntad y consentimiento respecto del contenido de la presente escritura y de la </w:t>
      </w:r>
      <w:r>
        <w:rPr>
          <w:color w:val="C00000"/>
        </w:rPr>
        <w:t>[ACLARACIÓN / RECTIFICACIÓN / MODIFICACIÓN / RATIFICACIÓN / AMPLIACIÓN]</w:t>
      </w:r>
      <w:r>
        <w:t xml:space="preserve"> realizada.</w:t>
      </w:r>
    </w:p>
    <w:p w14:paraId="792E5454" w14:textId="77777777" w:rsidR="00D54E07" w:rsidRDefault="00BC7565">
      <w:pPr>
        <w:spacing w:before="140" w:after="40"/>
        <w:jc w:val="both"/>
      </w:pPr>
      <w:r>
        <w:rPr>
          <w:b/>
        </w:rPr>
        <w:t>CLÁUSULA QUINTA: CUANTÍA.-</w:t>
      </w:r>
    </w:p>
    <w:p w14:paraId="01661A0C" w14:textId="77777777" w:rsidR="00D54E07" w:rsidRDefault="00BC7565">
      <w:pPr>
        <w:spacing w:after="100"/>
        <w:jc w:val="both"/>
      </w:pPr>
      <w:r>
        <w:t>La cuantía de la presente escritura pública,</w:t>
      </w:r>
      <w:r>
        <w:t xml:space="preserve"> por su naturaleza, es indeterminada.</w:t>
      </w:r>
    </w:p>
    <w:p w14:paraId="4501F7D4" w14:textId="77777777" w:rsidR="00D54E07" w:rsidRDefault="00BC7565">
      <w:pPr>
        <w:spacing w:before="140" w:after="40"/>
        <w:jc w:val="both"/>
      </w:pPr>
      <w:r>
        <w:rPr>
          <w:b/>
        </w:rPr>
        <w:t>CLÁUSULA SEXTA: RATIFICACIÓN.-</w:t>
      </w:r>
    </w:p>
    <w:p w14:paraId="778D6611" w14:textId="77777777" w:rsidR="00D54E07" w:rsidRDefault="00BC7565">
      <w:pPr>
        <w:spacing w:after="100"/>
        <w:jc w:val="both"/>
      </w:pPr>
      <w:r>
        <w:t xml:space="preserve">Los comparecientes se ratifican en todo el contenido de la presente escritura y en aquello que no ha sido objeto de </w:t>
      </w:r>
      <w:r>
        <w:rPr>
          <w:color w:val="C00000"/>
        </w:rPr>
        <w:t>[ACLARACIÓN / RECTIFICACIÓN / MODIFICACIÓN / RATIFICACIÓN / AMPLIACIÓN]</w:t>
      </w:r>
      <w:r>
        <w:t xml:space="preserve"> dentro de la escritura principal, y autorizan a </w:t>
      </w:r>
      <w:r>
        <w:rPr>
          <w:color w:val="C00000"/>
        </w:rPr>
        <w:t>[SU ABOGADO PATROCINADOR / QUIEN CORRESPONDA]</w:t>
      </w:r>
      <w:r>
        <w:t xml:space="preserve"> para realizar los trámites de inscripción o marginación que sean necesarios.</w:t>
      </w:r>
    </w:p>
    <w:p w14:paraId="06918E9E" w14:textId="77777777" w:rsidR="00D54E07" w:rsidRDefault="00BC7565">
      <w:pPr>
        <w:spacing w:before="140" w:after="40"/>
        <w:jc w:val="both"/>
      </w:pPr>
      <w:r>
        <w:rPr>
          <w:b/>
        </w:rPr>
        <w:t>CLÁUSULA SÉPTIMA: MARGINACIÓN.-</w:t>
      </w:r>
    </w:p>
    <w:p w14:paraId="1919015E" w14:textId="77777777" w:rsidR="00D54E07" w:rsidRDefault="00BC7565">
      <w:pPr>
        <w:spacing w:after="100"/>
        <w:jc w:val="both"/>
      </w:pPr>
      <w:r>
        <w:t xml:space="preserve">El/la Notario/a </w:t>
      </w:r>
      <w:r>
        <w:rPr>
          <w:color w:val="C00000"/>
        </w:rPr>
        <w:t>[NOMBRE DEL NOTARIO/A]</w:t>
      </w:r>
      <w:r>
        <w:t xml:space="preserve"> del cantón </w:t>
      </w:r>
      <w:r>
        <w:rPr>
          <w:color w:val="C00000"/>
        </w:rPr>
        <w:t>[C</w:t>
      </w:r>
      <w:r>
        <w:rPr>
          <w:color w:val="C00000"/>
        </w:rPr>
        <w:t>ANTÓN]</w:t>
      </w:r>
      <w:r>
        <w:t xml:space="preserve"> se servirá tomar nota de la presente escritura al margen de la escritura matriz de </w:t>
      </w:r>
      <w:r>
        <w:rPr>
          <w:color w:val="C00000"/>
        </w:rPr>
        <w:t>[ACTO JURÍDICO PRINCIPAL]</w:t>
      </w:r>
      <w:r>
        <w:t xml:space="preserve">, celebrada el </w:t>
      </w:r>
      <w:r>
        <w:rPr>
          <w:color w:val="C00000"/>
        </w:rPr>
        <w:t>[FECHA]</w:t>
      </w:r>
      <w:r>
        <w:t>.</w:t>
      </w:r>
    </w:p>
    <w:p w14:paraId="6F562EF0" w14:textId="77777777" w:rsidR="00D54E07" w:rsidRDefault="00BC7565">
      <w:pPr>
        <w:spacing w:after="100"/>
        <w:jc w:val="both"/>
      </w:pPr>
      <w:r>
        <w:t>Usted, señor Notario, se servirá agregar las demás cláusulas de estilo necesarias para la plena validez de este instr</w:t>
      </w:r>
      <w:r>
        <w:t>umento.</w:t>
      </w:r>
    </w:p>
    <w:p w14:paraId="1502A31B" w14:textId="77777777" w:rsidR="00D54E07" w:rsidRDefault="00BC7565">
      <w:pPr>
        <w:spacing w:after="100"/>
        <w:jc w:val="center"/>
      </w:pPr>
      <w:r>
        <w:rPr>
          <w:b/>
          <w:color w:val="C00000"/>
        </w:rPr>
        <w:t>[NOMBRE DEL ABOGADO PATROCINADOR]</w:t>
      </w:r>
    </w:p>
    <w:p w14:paraId="2138032D" w14:textId="77777777" w:rsidR="00D54E07" w:rsidRDefault="00BC7565">
      <w:pPr>
        <w:spacing w:after="100"/>
        <w:jc w:val="center"/>
      </w:pPr>
      <w:r>
        <w:t xml:space="preserve">Abogado – Matrícula profesional </w:t>
      </w:r>
      <w:r>
        <w:rPr>
          <w:color w:val="C00000"/>
        </w:rPr>
        <w:t>[__________]</w:t>
      </w:r>
    </w:p>
    <w:sectPr w:rsidR="00D54E07" w:rsidSect="00034616">
      <w:headerReference w:type="default" r:id="rId8"/>
      <w:pgSz w:w="12240" w:h="15840"/>
      <w:pgMar w:top="119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4670" w14:textId="77777777" w:rsidR="00BC7565" w:rsidRDefault="00BC7565">
      <w:pPr>
        <w:spacing w:after="0" w:line="240" w:lineRule="auto"/>
      </w:pPr>
      <w:r>
        <w:separator/>
      </w:r>
    </w:p>
  </w:endnote>
  <w:endnote w:type="continuationSeparator" w:id="0">
    <w:p w14:paraId="2C352649" w14:textId="77777777" w:rsidR="00BC7565" w:rsidRDefault="00BC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07046" w14:textId="77777777" w:rsidR="00BC7565" w:rsidRDefault="00BC7565">
      <w:pPr>
        <w:spacing w:after="0" w:line="240" w:lineRule="auto"/>
      </w:pPr>
      <w:r>
        <w:separator/>
      </w:r>
    </w:p>
  </w:footnote>
  <w:footnote w:type="continuationSeparator" w:id="0">
    <w:p w14:paraId="5FCF3779" w14:textId="77777777" w:rsidR="00BC7565" w:rsidRDefault="00BC7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E74C" w14:textId="77777777" w:rsidR="00D54E07" w:rsidRDefault="00D54E07">
    <w:pPr>
      <w:pStyle w:val="Encabezado"/>
    </w:pPr>
  </w:p>
  <w:tbl>
    <w:tblPr>
      <w:tblW w:w="0" w:type="auto"/>
      <w:jc w:val="center"/>
      <w:tblLayout w:type="fixed"/>
      <w:tblLook w:val="04A0" w:firstRow="1" w:lastRow="0" w:firstColumn="1" w:lastColumn="0" w:noHBand="0" w:noVBand="1"/>
    </w:tblPr>
    <w:tblGrid>
      <w:gridCol w:w="4677"/>
      <w:gridCol w:w="4677"/>
    </w:tblGrid>
    <w:tr w:rsidR="00D54E07" w14:paraId="37A2D49F" w14:textId="77777777">
      <w:trPr>
        <w:jc w:val="center"/>
      </w:trPr>
      <w:tc>
        <w:tcPr>
          <w:tcW w:w="4677" w:type="dxa"/>
        </w:tcPr>
        <w:p w14:paraId="7A991929" w14:textId="77777777" w:rsidR="00D54E07" w:rsidRDefault="00BC7565">
          <w:r>
            <w:rPr>
              <w:noProof/>
            </w:rPr>
            <w:drawing>
              <wp:inline distT="0" distB="0" distL="0" distR="0" wp14:anchorId="5D202B09" wp14:editId="361FDAA7">
                <wp:extent cx="1440000" cy="3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marca-de-agua-e1735359403888.png"/>
                        <pic:cNvPicPr/>
                      </pic:nvPicPr>
                      <pic:blipFill>
                        <a:blip r:embed="rId1"/>
                        <a:stretch>
                          <a:fillRect/>
                        </a:stretch>
                      </pic:blipFill>
                      <pic:spPr>
                        <a:xfrm>
                          <a:off x="0" y="0"/>
                          <a:ext cx="1440000" cy="394560"/>
                        </a:xfrm>
                        <a:prstGeom prst="rect">
                          <a:avLst/>
                        </a:prstGeom>
                      </pic:spPr>
                    </pic:pic>
                  </a:graphicData>
                </a:graphic>
              </wp:inline>
            </w:drawing>
          </w:r>
        </w:p>
      </w:tc>
      <w:tc>
        <w:tcPr>
          <w:tcW w:w="4677" w:type="dxa"/>
        </w:tcPr>
        <w:p w14:paraId="5E672FD5" w14:textId="77777777" w:rsidR="00D54E07" w:rsidRDefault="00BC7565">
          <w:pPr>
            <w:jc w:val="right"/>
          </w:pPr>
          <w:r>
            <w:rPr>
              <w:b/>
              <w:sz w:val="18"/>
            </w:rPr>
            <w:t>www.iniciaderecho.com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47E3C"/>
    <w:rsid w:val="00AA1D8D"/>
    <w:rsid w:val="00B47730"/>
    <w:rsid w:val="00BC7565"/>
    <w:rsid w:val="00CB0664"/>
    <w:rsid w:val="00D54E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2E5865"/>
  <w14:defaultImageDpi w14:val="300"/>
  <w15:docId w15:val="{16A46FF7-EAF0-49D0-8971-7758F611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eastAsia="Cambria" w:hAnsi="Cambria"/>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605</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Inicia Derecho</dc:creator>
  <cp:keywords/>
  <dc:description/>
  <cp:lastModifiedBy>Luis Miranda</cp:lastModifiedBy>
  <cp:revision>2</cp:revision>
  <dcterms:created xsi:type="dcterms:W3CDTF">2013-12-23T23:15:00Z</dcterms:created>
  <dcterms:modified xsi:type="dcterms:W3CDTF">2026-08-22T23:31:00Z</dcterms:modified>
  <cp:category/>
</cp:coreProperties>
</file>