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rFonts w:ascii="Cambria" w:hAnsi="Cambria"/>
          <w:b/>
          <w:sz w:val="22"/>
        </w:rPr>
        <w:t>MODELO GRATUITO</w:t>
      </w:r>
    </w:p>
    <w:p>
      <w:pPr>
        <w:spacing w:before="0" w:after="40"/>
        <w:jc w:val="center"/>
      </w:pPr>
      <w:r>
        <w:rPr>
          <w:rFonts w:ascii="Cambria" w:hAnsi="Cambria"/>
          <w:b/>
          <w:sz w:val="32"/>
        </w:rPr>
        <w:t>AUTORIZACIÓN DE SALIDA DEL PAÍS DE MENOR DE EDAD</w:t>
      </w:r>
    </w:p>
    <w:p>
      <w:pPr>
        <w:spacing w:before="0" w:after="240"/>
        <w:jc w:val="center"/>
      </w:pPr>
      <w:r>
        <w:rPr>
          <w:rFonts w:ascii="Cambria" w:hAnsi="Cambria"/>
          <w:b w:val="0"/>
          <w:sz w:val="22"/>
        </w:rPr>
        <w:t>ACTA NOTARIAL</w:t>
      </w:r>
    </w:p>
    <w:p>
      <w:pPr>
        <w:spacing w:before="0" w:after="100"/>
        <w:jc w:val="both"/>
      </w:pPr>
      <w:r>
        <w:rPr>
          <w:rFonts w:ascii="Cambria" w:hAnsi="Cambria"/>
          <w:b w:val="0"/>
          <w:sz w:val="22"/>
        </w:rPr>
        <w:t>SEÑORA NOTARIA: En el protocolo de escrituras públicas a su cargo, sírvase insertar un Acta Notarial de Autorización de salida del país, al tenor de las siguientes cláusulas:</w:t>
      </w:r>
    </w:p>
    <w:p>
      <w:pPr>
        <w:spacing w:before="0" w:after="100"/>
        <w:jc w:val="both"/>
      </w:pPr>
      <w:r>
        <w:rPr>
          <w:rFonts w:ascii="Cambria" w:hAnsi="Cambria"/>
          <w:b w:val="0"/>
          <w:sz w:val="22"/>
        </w:rPr>
        <w:t xml:space="preserve">Yo, </w:t>
      </w:r>
      <w:r>
        <w:rPr>
          <w:rFonts w:ascii="Cambria" w:hAnsi="Cambria"/>
          <w:b w:val="0"/>
          <w:color w:val="C00000"/>
          <w:sz w:val="22"/>
        </w:rPr>
        <w:t>[NOMBRE COMPLETO DEL PADRE/MADRE OTORGANTE]</w:t>
      </w:r>
      <w:r>
        <w:rPr>
          <w:rFonts w:ascii="Cambria" w:hAnsi="Cambria"/>
          <w:b w:val="0"/>
          <w:sz w:val="22"/>
        </w:rPr>
        <w:t xml:space="preserve">, de nacionalidad </w:t>
      </w:r>
      <w:r>
        <w:rPr>
          <w:rFonts w:ascii="Cambria" w:hAnsi="Cambria"/>
          <w:b w:val="0"/>
          <w:color w:val="C00000"/>
          <w:sz w:val="22"/>
        </w:rPr>
        <w:t>[NACIONALIDAD]</w:t>
      </w:r>
      <w:r>
        <w:rPr>
          <w:rFonts w:ascii="Cambria" w:hAnsi="Cambria"/>
          <w:b w:val="0"/>
          <w:sz w:val="22"/>
        </w:rPr>
        <w:t xml:space="preserve">, de </w:t>
      </w:r>
      <w:r>
        <w:rPr>
          <w:rFonts w:ascii="Cambria" w:hAnsi="Cambria"/>
          <w:b w:val="0"/>
          <w:color w:val="C00000"/>
          <w:sz w:val="22"/>
        </w:rPr>
        <w:t>[____]</w:t>
      </w:r>
      <w:r>
        <w:rPr>
          <w:rFonts w:ascii="Cambria" w:hAnsi="Cambria"/>
          <w:b w:val="0"/>
          <w:sz w:val="22"/>
        </w:rPr>
        <w:t xml:space="preserve"> años de edad, de estado civil </w:t>
      </w:r>
      <w:r>
        <w:rPr>
          <w:rFonts w:ascii="Cambria" w:hAnsi="Cambria"/>
          <w:b w:val="0"/>
          <w:color w:val="C00000"/>
          <w:sz w:val="22"/>
        </w:rPr>
        <w:t>[ESTADO CIVIL]</w:t>
      </w:r>
      <w:r>
        <w:rPr>
          <w:rFonts w:ascii="Cambria" w:hAnsi="Cambria"/>
          <w:b w:val="0"/>
          <w:sz w:val="22"/>
        </w:rPr>
        <w:t xml:space="preserve">, de ocupación </w:t>
      </w:r>
      <w:r>
        <w:rPr>
          <w:rFonts w:ascii="Cambria" w:hAnsi="Cambria"/>
          <w:b w:val="0"/>
          <w:color w:val="C00000"/>
          <w:sz w:val="22"/>
        </w:rPr>
        <w:t>[OCUPACIÓN]</w:t>
      </w:r>
      <w:r>
        <w:rPr>
          <w:rFonts w:ascii="Cambria" w:hAnsi="Cambria"/>
          <w:b w:val="0"/>
          <w:sz w:val="22"/>
        </w:rPr>
        <w:t xml:space="preserve">, domiciliado en </w:t>
      </w:r>
      <w:r>
        <w:rPr>
          <w:rFonts w:ascii="Cambria" w:hAnsi="Cambria"/>
          <w:b w:val="0"/>
          <w:color w:val="C00000"/>
          <w:sz w:val="22"/>
        </w:rPr>
        <w:t>[DIRECCIÓN COMPLETA]</w:t>
      </w:r>
      <w:r>
        <w:rPr>
          <w:rFonts w:ascii="Cambria" w:hAnsi="Cambria"/>
          <w:b w:val="0"/>
          <w:sz w:val="22"/>
        </w:rPr>
        <w:t xml:space="preserve">, con número de teléfono </w:t>
      </w:r>
      <w:r>
        <w:rPr>
          <w:rFonts w:ascii="Cambria" w:hAnsi="Cambria"/>
          <w:b w:val="0"/>
          <w:color w:val="C00000"/>
          <w:sz w:val="22"/>
        </w:rPr>
        <w:t>[__________]</w:t>
      </w:r>
      <w:r>
        <w:rPr>
          <w:rFonts w:ascii="Cambria" w:hAnsi="Cambria"/>
          <w:b w:val="0"/>
          <w:sz w:val="22"/>
        </w:rPr>
        <w:t xml:space="preserve"> y correo electrónico </w:t>
      </w:r>
      <w:r>
        <w:rPr>
          <w:rFonts w:ascii="Cambria" w:hAnsi="Cambria"/>
          <w:b w:val="0"/>
          <w:color w:val="C00000"/>
          <w:sz w:val="22"/>
        </w:rPr>
        <w:t>[__________]</w:t>
      </w:r>
      <w:r>
        <w:rPr>
          <w:rFonts w:ascii="Cambria" w:hAnsi="Cambria"/>
          <w:b w:val="0"/>
          <w:sz w:val="22"/>
        </w:rPr>
        <w:t>.</w:t>
      </w:r>
    </w:p>
    <w:p>
      <w:pPr>
        <w:spacing w:before="0" w:after="100"/>
        <w:jc w:val="both"/>
      </w:pPr>
      <w:r>
        <w:rPr>
          <w:rFonts w:ascii="Cambria" w:hAnsi="Cambria"/>
          <w:b w:val="0"/>
          <w:sz w:val="22"/>
        </w:rPr>
        <w:t xml:space="preserve">En mi calidad de padre/madre y en ejercicio de la patria potestad, solicito que conste en Acta Notarial mi voluntad de autorizar la salida del país de mi hija/o menor de edad, de nombre </w:t>
      </w:r>
      <w:r>
        <w:rPr>
          <w:rFonts w:ascii="Cambria" w:hAnsi="Cambria"/>
          <w:b w:val="0"/>
          <w:color w:val="C00000"/>
          <w:sz w:val="22"/>
        </w:rPr>
        <w:t>[NOMBRE COMPLETO DEL MENOR]</w:t>
      </w:r>
      <w:r>
        <w:rPr>
          <w:rFonts w:ascii="Cambria" w:hAnsi="Cambria"/>
          <w:b w:val="0"/>
          <w:sz w:val="22"/>
        </w:rPr>
        <w:t xml:space="preserve">, portadora/or de la cédula de ciudadanía número </w:t>
      </w:r>
      <w:r>
        <w:rPr>
          <w:rFonts w:ascii="Cambria" w:hAnsi="Cambria"/>
          <w:b w:val="0"/>
          <w:color w:val="C00000"/>
          <w:sz w:val="22"/>
        </w:rPr>
        <w:t>[__________]</w:t>
      </w:r>
      <w:r>
        <w:rPr>
          <w:rFonts w:ascii="Cambria" w:hAnsi="Cambria"/>
          <w:b w:val="0"/>
          <w:sz w:val="22"/>
        </w:rPr>
        <w:t xml:space="preserve">, quien viajará en compañía de su madre/padre </w:t>
      </w:r>
      <w:r>
        <w:rPr>
          <w:rFonts w:ascii="Cambria" w:hAnsi="Cambria"/>
          <w:b w:val="0"/>
          <w:color w:val="C00000"/>
          <w:sz w:val="22"/>
        </w:rPr>
        <w:t>[NOMBRE COMPLETO DE LA PERSONA QUE ACOMPAÑA]</w:t>
      </w:r>
      <w:r>
        <w:rPr>
          <w:rFonts w:ascii="Cambria" w:hAnsi="Cambria"/>
          <w:b w:val="0"/>
          <w:sz w:val="22"/>
        </w:rPr>
        <w:t xml:space="preserve">, con cédula de ciudadanía número </w:t>
      </w:r>
      <w:r>
        <w:rPr>
          <w:rFonts w:ascii="Cambria" w:hAnsi="Cambria"/>
          <w:b w:val="0"/>
          <w:color w:val="C00000"/>
          <w:sz w:val="22"/>
        </w:rPr>
        <w:t>[__________]</w:t>
      </w:r>
      <w:r>
        <w:rPr>
          <w:rFonts w:ascii="Cambria" w:hAnsi="Cambria"/>
          <w:b w:val="0"/>
          <w:sz w:val="22"/>
        </w:rPr>
        <w:t xml:space="preserve">, el día </w:t>
      </w:r>
      <w:r>
        <w:rPr>
          <w:rFonts w:ascii="Cambria" w:hAnsi="Cambria"/>
          <w:b w:val="0"/>
          <w:color w:val="C00000"/>
          <w:sz w:val="22"/>
        </w:rPr>
        <w:t>[FECHA DEL VIAJE]</w:t>
      </w:r>
      <w:r>
        <w:rPr>
          <w:rFonts w:ascii="Cambria" w:hAnsi="Cambria"/>
          <w:b w:val="0"/>
          <w:sz w:val="22"/>
        </w:rPr>
        <w:t xml:space="preserve">, por motivo de </w:t>
      </w:r>
      <w:r>
        <w:rPr>
          <w:rFonts w:ascii="Cambria" w:hAnsi="Cambria"/>
          <w:b w:val="0"/>
          <w:color w:val="C00000"/>
          <w:sz w:val="22"/>
        </w:rPr>
        <w:t>[MOTIVO DEL VIAJE]</w:t>
      </w:r>
      <w:r>
        <w:rPr>
          <w:rFonts w:ascii="Cambria" w:hAnsi="Cambria"/>
          <w:b w:val="0"/>
          <w:sz w:val="22"/>
        </w:rPr>
        <w:t xml:space="preserve">, viaje que realizará en la aerolínea </w:t>
      </w:r>
      <w:r>
        <w:rPr>
          <w:rFonts w:ascii="Cambria" w:hAnsi="Cambria"/>
          <w:b w:val="0"/>
          <w:color w:val="C00000"/>
          <w:sz w:val="22"/>
        </w:rPr>
        <w:t>[NOMBRE DE LA AEROLÍNEA]</w:t>
      </w:r>
      <w:r>
        <w:rPr>
          <w:rFonts w:ascii="Cambria" w:hAnsi="Cambria"/>
          <w:b w:val="0"/>
          <w:sz w:val="22"/>
        </w:rPr>
        <w:t xml:space="preserve">, con destino final a </w:t>
      </w:r>
      <w:r>
        <w:rPr>
          <w:rFonts w:ascii="Cambria" w:hAnsi="Cambria"/>
          <w:b w:val="0"/>
          <w:color w:val="C00000"/>
          <w:sz w:val="22"/>
        </w:rPr>
        <w:t>[CIUDAD Y PAÍS DE DESTINO]</w:t>
      </w:r>
      <w:r>
        <w:rPr>
          <w:rFonts w:ascii="Cambria" w:hAnsi="Cambria"/>
          <w:b w:val="0"/>
          <w:sz w:val="22"/>
        </w:rPr>
        <w:t>.</w:t>
      </w:r>
    </w:p>
    <w:p>
      <w:pPr>
        <w:spacing w:before="0" w:after="100"/>
        <w:jc w:val="both"/>
      </w:pPr>
      <w:r>
        <w:rPr>
          <w:rFonts w:ascii="Cambria" w:hAnsi="Cambria"/>
          <w:b w:val="0"/>
          <w:sz w:val="22"/>
        </w:rPr>
        <w:t xml:space="preserve">La menor/el menor y su madre/padre se hospedarán en la siguiente dirección: </w:t>
      </w:r>
      <w:r>
        <w:rPr>
          <w:rFonts w:ascii="Cambria" w:hAnsi="Cambria"/>
          <w:b w:val="0"/>
          <w:color w:val="C00000"/>
          <w:sz w:val="22"/>
        </w:rPr>
        <w:t>[DIRECCIÓN COMPLETA DEL LUGAR DE HOSPEDAJE]</w:t>
      </w:r>
      <w:r>
        <w:rPr>
          <w:rFonts w:ascii="Cambria" w:hAnsi="Cambria"/>
          <w:b w:val="0"/>
          <w:sz w:val="22"/>
        </w:rPr>
        <w:t xml:space="preserve">, con número de teléfono </w:t>
      </w:r>
      <w:r>
        <w:rPr>
          <w:rFonts w:ascii="Cambria" w:hAnsi="Cambria"/>
          <w:b w:val="0"/>
          <w:color w:val="C00000"/>
          <w:sz w:val="22"/>
        </w:rPr>
        <w:t>[__________]</w:t>
      </w:r>
      <w:r>
        <w:rPr>
          <w:rFonts w:ascii="Cambria" w:hAnsi="Cambria"/>
          <w:b w:val="0"/>
          <w:sz w:val="22"/>
        </w:rPr>
        <w:t>.</w:t>
      </w:r>
    </w:p>
    <w:p>
      <w:pPr>
        <w:spacing w:before="0" w:after="100"/>
        <w:jc w:val="both"/>
      </w:pPr>
      <w:r>
        <w:rPr>
          <w:rFonts w:ascii="Cambria" w:hAnsi="Cambria"/>
          <w:b w:val="0"/>
          <w:sz w:val="22"/>
        </w:rPr>
        <w:t xml:space="preserve">La fecha de retorno al país es el </w:t>
      </w:r>
      <w:r>
        <w:rPr>
          <w:rFonts w:ascii="Cambria" w:hAnsi="Cambria"/>
          <w:b w:val="0"/>
          <w:color w:val="C00000"/>
          <w:sz w:val="22"/>
        </w:rPr>
        <w:t>[FECHA DE RETORNO]</w:t>
      </w:r>
      <w:r>
        <w:rPr>
          <w:rFonts w:ascii="Cambria" w:hAnsi="Cambria"/>
          <w:b w:val="0"/>
          <w:sz w:val="22"/>
        </w:rPr>
        <w:t xml:space="preserve">; los gastos de la menor/del menor en el extranjero se encuentran cubiertos enteramente por </w:t>
      </w:r>
      <w:r>
        <w:rPr>
          <w:rFonts w:ascii="Cambria" w:hAnsi="Cambria"/>
          <w:b w:val="0"/>
          <w:color w:val="C00000"/>
          <w:sz w:val="22"/>
        </w:rPr>
        <w:t>[NOMBRE DE LA PERSONA QUE CUBRE LOS GASTOS]</w:t>
      </w:r>
      <w:r>
        <w:rPr>
          <w:rFonts w:ascii="Cambria" w:hAnsi="Cambria"/>
          <w:b w:val="0"/>
          <w:sz w:val="22"/>
        </w:rPr>
        <w:t>.</w:t>
      </w:r>
    </w:p>
    <w:p>
      <w:pPr>
        <w:spacing w:before="0" w:after="100"/>
        <w:jc w:val="both"/>
      </w:pPr>
      <w:r>
        <w:rPr>
          <w:rFonts w:ascii="Cambria" w:hAnsi="Cambria"/>
          <w:b w:val="0"/>
          <w:sz w:val="22"/>
        </w:rPr>
        <w:t>De conformidad a lo dispuesto en la compra de tickets, éstos están sujetos a cambios de vuelo por parte de la aerolínea, sea por fuerza mayor o caso fortuito, el presente documento habilita a la persona autorizada para tomar los vuelos a los que, de ser el caso, sean reasignados por la compañía aérea.</w:t>
      </w:r>
    </w:p>
    <w:p>
      <w:pPr>
        <w:spacing w:before="0" w:after="100"/>
        <w:jc w:val="both"/>
      </w:pPr>
      <w:r>
        <w:rPr>
          <w:rFonts w:ascii="Cambria" w:hAnsi="Cambria"/>
          <w:b w:val="0"/>
          <w:sz w:val="22"/>
        </w:rPr>
        <w:t>Esta solicitud la realizo amparada en lo que disponen los artículos ciento nueve y ciento diez del Código de la Niñez y Adolescencia.</w:t>
      </w:r>
    </w:p>
    <w:p>
      <w:pPr>
        <w:spacing w:before="200" w:after="240"/>
        <w:jc w:val="both"/>
      </w:pPr>
      <w:r>
        <w:rPr>
          <w:rFonts w:ascii="Cambria" w:hAnsi="Cambria"/>
          <w:b w:val="0"/>
          <w:sz w:val="22"/>
        </w:rPr>
        <w:t>Firmo conjuntamente con mi abogado patrocinador.</w:t>
      </w:r>
    </w:p>
    <w:p>
      <w:pPr>
        <w:spacing w:before="160" w:after="60"/>
        <w:jc w:val="center"/>
      </w:pPr>
      <w:r>
        <w:rPr>
          <w:rFonts w:ascii="Cambria" w:hAnsi="Cambria"/>
          <w:b/>
          <w:color w:val="C00000"/>
          <w:sz w:val="22"/>
        </w:rPr>
        <w:t>[NOMBRE COMPLETO DEL PADRE/MADRE OTORGANTE]</w:t>
      </w:r>
    </w:p>
    <w:p>
      <w:pPr>
        <w:spacing w:before="0" w:after="40"/>
        <w:jc w:val="center"/>
      </w:pPr>
      <w:r>
        <w:rPr>
          <w:rFonts w:ascii="Cambria" w:hAnsi="Cambria"/>
          <w:b/>
          <w:color w:val="C00000"/>
          <w:sz w:val="22"/>
        </w:rPr>
        <w:t>[NOMBRE DEL ABOGADO PATROCINADOR]</w:t>
      </w:r>
    </w:p>
    <w:p>
      <w:pPr>
        <w:spacing w:before="0" w:after="100"/>
        <w:jc w:val="center"/>
      </w:pPr>
      <w:r>
        <w:rPr>
          <w:rFonts w:ascii="Cambria" w:hAnsi="Cambria"/>
          <w:b w:val="0"/>
          <w:sz w:val="22"/>
        </w:rPr>
        <w:t xml:space="preserve">Abogado – Matrícula profesional </w:t>
      </w:r>
      <w:r>
        <w:rPr>
          <w:rFonts w:ascii="Cambria" w:hAnsi="Cambria"/>
          <w:b w:val="0"/>
          <w:color w:val="C00000"/>
          <w:sz w:val="22"/>
        </w:rPr>
        <w:t>[__________]</w:t>
      </w:r>
    </w:p>
    <w:sectPr w:rsidR="00FC693F" w:rsidRPr="0006063C" w:rsidSect="00034616">
      <w:headerReference w:type="default" r:id="rId9"/>
      <w:pgSz w:w="12240" w:h="15840"/>
      <w:pgMar w:top="124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4677"/>
      <w:gridCol w:w="4677"/>
    </w:tblGrid>
    <w:tr>
      <w:tc>
        <w:tcPr>
          <w:tcW w:type="dxa" w:w="4677"/>
        </w:tcPr>
        <w:p>
          <w:r>
            <w:drawing>
              <wp:inline xmlns:a="http://schemas.openxmlformats.org/drawingml/2006/main" xmlns:pic="http://schemas.openxmlformats.org/drawingml/2006/picture">
                <wp:extent cx="1440000" cy="39456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con-marca-de-agua-e1735359403888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39456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rPr>
              <w:rFonts w:ascii="Cambria" w:hAnsi="Cambria"/>
              <w:b/>
              <w:sz w:val="18"/>
            </w:rPr>
            <w:t>www.iniciaderecho.com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mbria" w:hAnsi="Cambria" w:eastAsia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Inicia Derecho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