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96DF4" w14:textId="77777777" w:rsidR="00045E5D" w:rsidRDefault="00B92228">
      <w:pPr>
        <w:spacing w:after="40"/>
        <w:jc w:val="center"/>
      </w:pPr>
      <w:r>
        <w:rPr>
          <w:b/>
        </w:rPr>
        <w:t>MODELO GRATUITO</w:t>
      </w:r>
    </w:p>
    <w:p w14:paraId="3B9BED4D" w14:textId="77777777" w:rsidR="00045E5D" w:rsidRDefault="00B92228">
      <w:pPr>
        <w:spacing w:after="40"/>
        <w:jc w:val="center"/>
      </w:pPr>
      <w:r>
        <w:rPr>
          <w:b/>
          <w:sz w:val="36"/>
        </w:rPr>
        <w:t>CAPITULACIONES MATRIMONIALES</w:t>
      </w:r>
    </w:p>
    <w:p w14:paraId="67EB7DA2" w14:textId="77777777" w:rsidR="00045E5D" w:rsidRDefault="00B92228">
      <w:pPr>
        <w:spacing w:after="240"/>
        <w:jc w:val="center"/>
      </w:pPr>
      <w:r>
        <w:t>ESCRITURA PÚBLICA</w:t>
      </w:r>
    </w:p>
    <w:p w14:paraId="503FA7D0" w14:textId="77777777" w:rsidR="00045E5D" w:rsidRDefault="00B92228">
      <w:pPr>
        <w:spacing w:after="100"/>
        <w:jc w:val="both"/>
      </w:pPr>
      <w:r>
        <w:t xml:space="preserve">SEÑOR NOTARIO: En el Registro de Escrituras Públicas a su cargo, sírvase incorporar una por la cual consten legal y debidamente las Capitulaciones Matrimoniales que se otorgan al tenor de </w:t>
      </w:r>
      <w:r>
        <w:t>las cláusulas y declaraciones siguientes:</w:t>
      </w:r>
    </w:p>
    <w:p w14:paraId="3515A8FC" w14:textId="77777777" w:rsidR="00045E5D" w:rsidRDefault="00B92228">
      <w:pPr>
        <w:spacing w:before="140" w:after="40"/>
        <w:jc w:val="both"/>
      </w:pPr>
      <w:r>
        <w:rPr>
          <w:b/>
        </w:rPr>
        <w:t>PRIMERA: COMPARECIENTES.-</w:t>
      </w:r>
    </w:p>
    <w:p w14:paraId="1B009DE5" w14:textId="77777777" w:rsidR="00045E5D" w:rsidRDefault="00B92228">
      <w:pPr>
        <w:spacing w:after="100"/>
        <w:jc w:val="both"/>
      </w:pPr>
      <w:r>
        <w:t xml:space="preserve">Comparecen a la suscripción de la presente Escritura Pública de Capitulaciones Matrimoniales, por una parte el señor </w:t>
      </w:r>
      <w:r>
        <w:rPr>
          <w:color w:val="C00000"/>
        </w:rPr>
        <w:t>[NOMBRE COMPLETO DEL PRIMER COMPARECIENTE]</w:t>
      </w:r>
      <w:r>
        <w:t>, por sus propios y personale</w:t>
      </w:r>
      <w:r>
        <w:t xml:space="preserve">s derechos, de nacionalidad </w:t>
      </w:r>
      <w:r>
        <w:rPr>
          <w:color w:val="C00000"/>
        </w:rPr>
        <w:t>[NACIONALIDAD]</w:t>
      </w:r>
      <w:r>
        <w:t xml:space="preserve">, de </w:t>
      </w:r>
      <w:r>
        <w:rPr>
          <w:color w:val="C00000"/>
        </w:rPr>
        <w:t>[____]</w:t>
      </w:r>
      <w:r>
        <w:t xml:space="preserve"> años de edad, de estado civil </w:t>
      </w:r>
      <w:r>
        <w:rPr>
          <w:color w:val="C00000"/>
        </w:rPr>
        <w:t>[SOLTERO / VIUDO / DIVORCIADO / OTRO]</w:t>
      </w:r>
      <w:r>
        <w:t xml:space="preserve">, domiciliado en </w:t>
      </w:r>
      <w:r>
        <w:rPr>
          <w:color w:val="C00000"/>
        </w:rPr>
        <w:t>[DIRECCIÓN COMPLETA]</w:t>
      </w:r>
      <w:r>
        <w:t xml:space="preserve">, con número de teléfono </w:t>
      </w:r>
      <w:r>
        <w:rPr>
          <w:color w:val="C00000"/>
        </w:rPr>
        <w:t>[__________]</w:t>
      </w:r>
      <w:r>
        <w:t xml:space="preserve"> y correo electrónico </w:t>
      </w:r>
      <w:r>
        <w:rPr>
          <w:color w:val="C00000"/>
        </w:rPr>
        <w:t>[__________]</w:t>
      </w:r>
      <w:r>
        <w:t>; y, por otra parte, la señ</w:t>
      </w:r>
      <w:r>
        <w:t xml:space="preserve">orita/señora </w:t>
      </w:r>
      <w:r>
        <w:rPr>
          <w:color w:val="C00000"/>
        </w:rPr>
        <w:t>[NOMBRE COMPLETO DEL SEGUNDO COMPARECIENTE]</w:t>
      </w:r>
      <w:r>
        <w:t xml:space="preserve">, también por sus propios y personales derechos, de nacionalidad </w:t>
      </w:r>
      <w:r>
        <w:rPr>
          <w:color w:val="C00000"/>
        </w:rPr>
        <w:t>[NACIONALIDAD]</w:t>
      </w:r>
      <w:r>
        <w:t xml:space="preserve">, de </w:t>
      </w:r>
      <w:r>
        <w:rPr>
          <w:color w:val="C00000"/>
        </w:rPr>
        <w:t>[____]</w:t>
      </w:r>
      <w:r>
        <w:t xml:space="preserve"> años de edad, de estado civil </w:t>
      </w:r>
      <w:r>
        <w:rPr>
          <w:color w:val="C00000"/>
        </w:rPr>
        <w:t>[SOLTERA / VIUDA / DIVORCIADA / OTRO]</w:t>
      </w:r>
      <w:r>
        <w:t xml:space="preserve">, domiciliada en </w:t>
      </w:r>
      <w:r>
        <w:rPr>
          <w:color w:val="C00000"/>
        </w:rPr>
        <w:t>[DIRECCIÓN COMPLETA]</w:t>
      </w:r>
      <w:r>
        <w:t>, con</w:t>
      </w:r>
      <w:r>
        <w:t xml:space="preserve"> número de teléfono </w:t>
      </w:r>
      <w:r>
        <w:rPr>
          <w:color w:val="C00000"/>
        </w:rPr>
        <w:t>[__________]</w:t>
      </w:r>
      <w:r>
        <w:t xml:space="preserve"> y correo electrónico </w:t>
      </w:r>
      <w:r>
        <w:rPr>
          <w:color w:val="C00000"/>
        </w:rPr>
        <w:t>[__________]</w:t>
      </w:r>
      <w:r>
        <w:t>; siendo los comparecientes legalmente capaces para contratar y contraer obligaciones.</w:t>
      </w:r>
    </w:p>
    <w:p w14:paraId="01B62593" w14:textId="77777777" w:rsidR="00045E5D" w:rsidRDefault="00B92228">
      <w:pPr>
        <w:spacing w:before="140" w:after="40"/>
        <w:jc w:val="both"/>
      </w:pPr>
      <w:r>
        <w:rPr>
          <w:b/>
        </w:rPr>
        <w:t>SEGUNDA: ANTECEDENTES.-</w:t>
      </w:r>
    </w:p>
    <w:p w14:paraId="43CC218A" w14:textId="77777777" w:rsidR="00045E5D" w:rsidRDefault="00B92228">
      <w:pPr>
        <w:spacing w:after="100"/>
        <w:jc w:val="both"/>
      </w:pPr>
      <w:r>
        <w:t>Los comparecientes, libre y voluntariamente, han convenido contraer matrimonio,</w:t>
      </w:r>
      <w:r>
        <w:t xml:space="preserve"> siendo su deseo que durante su vida matrimonial no se sometan al régimen de sociedad conyugal.</w:t>
      </w:r>
    </w:p>
    <w:p w14:paraId="092F7A43" w14:textId="77777777" w:rsidR="00045E5D" w:rsidRDefault="00B92228">
      <w:pPr>
        <w:spacing w:before="140" w:after="40"/>
        <w:jc w:val="both"/>
      </w:pPr>
      <w:r>
        <w:rPr>
          <w:b/>
        </w:rPr>
        <w:t>TERCERA: CAPITULACIONES MATRIMONIALES.-</w:t>
      </w:r>
    </w:p>
    <w:p w14:paraId="7D721F9F" w14:textId="60BCF134" w:rsidR="00045E5D" w:rsidRDefault="00B92228">
      <w:pPr>
        <w:spacing w:after="100"/>
        <w:jc w:val="both"/>
      </w:pPr>
      <w:r>
        <w:t>Con los antecedentes expuestos, los comparecientes manifiestan su voluntad de no acogerse al régimen de sociedad conyuga</w:t>
      </w:r>
      <w:r>
        <w:t>l durante su matrimonio. En consecuencia, los bienes que hayan adquirido antes y adquieran durante y después del matrimonio permanecerán en el patrimonio individual de cada uno de ellos, de conformidad con lo establecido en los artículos 150, 151, 152 y si</w:t>
      </w:r>
      <w:r>
        <w:t>guientes del Código Civil y en concordancia con el numeral 17 del artículo 18 de la Ley Notarial.</w:t>
      </w:r>
    </w:p>
    <w:p w14:paraId="4B7E333A" w14:textId="2BE8C637" w:rsidR="00347D50" w:rsidRDefault="00347D50">
      <w:pPr>
        <w:spacing w:after="100"/>
        <w:jc w:val="both"/>
      </w:pPr>
      <w:r>
        <w:t xml:space="preserve">La </w:t>
      </w:r>
      <w:proofErr w:type="spellStart"/>
      <w:r>
        <w:t>cuantía</w:t>
      </w:r>
      <w:proofErr w:type="spellEnd"/>
      <w:r>
        <w:t xml:space="preserve"> por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naturaleza</w:t>
      </w:r>
      <w:proofErr w:type="spellEnd"/>
      <w:r>
        <w:t xml:space="preserve"> es </w:t>
      </w:r>
      <w:proofErr w:type="spellStart"/>
      <w:r>
        <w:t>indeterminada</w:t>
      </w:r>
      <w:proofErr w:type="spellEnd"/>
      <w:r>
        <w:t xml:space="preserve">. </w:t>
      </w:r>
    </w:p>
    <w:p w14:paraId="1E341B50" w14:textId="77777777" w:rsidR="00045E5D" w:rsidRDefault="00B92228">
      <w:pPr>
        <w:spacing w:after="100"/>
        <w:jc w:val="both"/>
      </w:pPr>
      <w:r>
        <w:t>Usted, señor Notario, se servirá incorporar las demás cláusulas de estilo necesarias para la plena validez de esta escritura.</w:t>
      </w:r>
    </w:p>
    <w:p w14:paraId="50088BFA" w14:textId="77777777" w:rsidR="00045E5D" w:rsidRDefault="00B92228">
      <w:pPr>
        <w:spacing w:before="240" w:after="60"/>
        <w:jc w:val="center"/>
      </w:pPr>
      <w:r>
        <w:rPr>
          <w:b/>
          <w:color w:val="C00000"/>
        </w:rPr>
        <w:t>[NOMBRE COMPLETO DEL PRIMER COMP</w:t>
      </w:r>
      <w:r>
        <w:rPr>
          <w:b/>
          <w:color w:val="C00000"/>
        </w:rPr>
        <w:t>ARECIENTE]</w:t>
      </w:r>
    </w:p>
    <w:p w14:paraId="72EECD55" w14:textId="77777777" w:rsidR="00045E5D" w:rsidRDefault="00B92228">
      <w:pPr>
        <w:jc w:val="center"/>
      </w:pPr>
      <w:r>
        <w:rPr>
          <w:b/>
          <w:color w:val="C00000"/>
        </w:rPr>
        <w:t>[NOMBRE COMPLETO DEL SEGUNDO COMPARECIENTE]</w:t>
      </w:r>
    </w:p>
    <w:p w14:paraId="4E483C13" w14:textId="77777777" w:rsidR="00045E5D" w:rsidRDefault="00B92228">
      <w:pPr>
        <w:spacing w:after="100"/>
        <w:jc w:val="center"/>
      </w:pPr>
      <w:r>
        <w:rPr>
          <w:b/>
          <w:color w:val="C00000"/>
        </w:rPr>
        <w:t>[NOMBRE DEL ABOGADO PATROCINADOR]</w:t>
      </w:r>
    </w:p>
    <w:p w14:paraId="44358B08" w14:textId="77777777" w:rsidR="00045E5D" w:rsidRDefault="00B92228">
      <w:pPr>
        <w:spacing w:after="100"/>
        <w:jc w:val="center"/>
      </w:pPr>
      <w:r>
        <w:t xml:space="preserve">Abogado – Matrícula profesional </w:t>
      </w:r>
      <w:r>
        <w:rPr>
          <w:color w:val="C00000"/>
        </w:rPr>
        <w:t>[__________]</w:t>
      </w:r>
    </w:p>
    <w:sectPr w:rsidR="00045E5D" w:rsidSect="00034616">
      <w:headerReference w:type="default" r:id="rId8"/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BD640" w14:textId="77777777" w:rsidR="00B92228" w:rsidRDefault="00B92228">
      <w:pPr>
        <w:spacing w:after="0" w:line="240" w:lineRule="auto"/>
      </w:pPr>
      <w:r>
        <w:separator/>
      </w:r>
    </w:p>
  </w:endnote>
  <w:endnote w:type="continuationSeparator" w:id="0">
    <w:p w14:paraId="7CEF0D57" w14:textId="77777777" w:rsidR="00B92228" w:rsidRDefault="00B92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2F600" w14:textId="77777777" w:rsidR="00B92228" w:rsidRDefault="00B92228">
      <w:pPr>
        <w:spacing w:after="0" w:line="240" w:lineRule="auto"/>
      </w:pPr>
      <w:r>
        <w:separator/>
      </w:r>
    </w:p>
  </w:footnote>
  <w:footnote w:type="continuationSeparator" w:id="0">
    <w:p w14:paraId="10A6F841" w14:textId="77777777" w:rsidR="00B92228" w:rsidRDefault="00B922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7DCCA" w14:textId="77777777" w:rsidR="00045E5D" w:rsidRDefault="00045E5D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677"/>
      <w:gridCol w:w="4677"/>
    </w:tblGrid>
    <w:tr w:rsidR="00045E5D" w14:paraId="104EC209" w14:textId="77777777">
      <w:trPr>
        <w:jc w:val="center"/>
      </w:trPr>
      <w:tc>
        <w:tcPr>
          <w:tcW w:w="4677" w:type="dxa"/>
        </w:tcPr>
        <w:p w14:paraId="15FDE8AF" w14:textId="77777777" w:rsidR="00045E5D" w:rsidRDefault="00B92228">
          <w:r>
            <w:rPr>
              <w:noProof/>
            </w:rPr>
            <w:drawing>
              <wp:inline distT="0" distB="0" distL="0" distR="0" wp14:anchorId="0361B8E9" wp14:editId="56FF699B">
                <wp:extent cx="1440000" cy="39456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n-marca-de-agua-e173535940388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394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7" w:type="dxa"/>
        </w:tcPr>
        <w:p w14:paraId="48D436FF" w14:textId="77777777" w:rsidR="00045E5D" w:rsidRDefault="00B92228">
          <w:pPr>
            <w:jc w:val="right"/>
          </w:pPr>
          <w:r>
            <w:rPr>
              <w:b/>
              <w:sz w:val="18"/>
            </w:rPr>
            <w:t>www.iniciaderecho.com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5E5D"/>
    <w:rsid w:val="0006063C"/>
    <w:rsid w:val="0015074B"/>
    <w:rsid w:val="0029639D"/>
    <w:rsid w:val="00326F90"/>
    <w:rsid w:val="00347D50"/>
    <w:rsid w:val="00AA1D8D"/>
    <w:rsid w:val="00B47730"/>
    <w:rsid w:val="00B9222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CF1A7A"/>
  <w14:defaultImageDpi w14:val="300"/>
  <w15:docId w15:val="{72504288-8942-4960-9DBD-F64694C03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eastAsia="Cambria" w:hAnsi="Cambria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 Derecho</dc:creator>
  <cp:keywords/>
  <dc:description/>
  <cp:lastModifiedBy>Luis Miranda</cp:lastModifiedBy>
  <cp:revision>2</cp:revision>
  <dcterms:created xsi:type="dcterms:W3CDTF">2013-12-23T23:15:00Z</dcterms:created>
  <dcterms:modified xsi:type="dcterms:W3CDTF">2026-08-22T04:21:00Z</dcterms:modified>
  <cp:category/>
</cp:coreProperties>
</file>