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5C9D7" w14:textId="77777777" w:rsidR="00FC75C2" w:rsidRDefault="009C116E">
      <w:pPr>
        <w:jc w:val="center"/>
      </w:pPr>
      <w:r>
        <w:rPr>
          <w:b/>
          <w:sz w:val="28"/>
        </w:rPr>
        <w:t>MODELO GRATUITO</w:t>
      </w:r>
    </w:p>
    <w:p w14:paraId="6A4D167E" w14:textId="77777777" w:rsidR="00FC75C2" w:rsidRDefault="009C116E">
      <w:pPr>
        <w:jc w:val="center"/>
      </w:pPr>
      <w:r>
        <w:rPr>
          <w:b/>
          <w:sz w:val="36"/>
        </w:rPr>
        <w:t>COMPRAVENTA DE DERECHOS Y ACCIONES</w:t>
      </w:r>
    </w:p>
    <w:p w14:paraId="2A64D45D" w14:textId="77777777" w:rsidR="00FC75C2" w:rsidRDefault="009C116E">
      <w:pPr>
        <w:jc w:val="center"/>
      </w:pPr>
      <w:r>
        <w:rPr>
          <w:i/>
        </w:rPr>
        <w:t>INMUEBLE</w:t>
      </w:r>
    </w:p>
    <w:p w14:paraId="7933BF89" w14:textId="77777777" w:rsidR="00FC75C2" w:rsidRDefault="009C116E">
      <w:pPr>
        <w:jc w:val="both"/>
      </w:pPr>
      <w:r>
        <w:t>SEÑOR NOTARIO: En el registro de escrituras públicas a su cargo, sírvase incorporar una escritura pública de COMPRAVENTA DE DERECHOS Y ACCIONES, al tenor de las siguientes cláusulas:</w:t>
      </w:r>
    </w:p>
    <w:p w14:paraId="5147DD1C" w14:textId="77777777" w:rsidR="00FC75C2" w:rsidRDefault="009C116E">
      <w:pPr>
        <w:spacing w:before="140" w:after="40"/>
        <w:jc w:val="both"/>
      </w:pPr>
      <w:r>
        <w:rPr>
          <w:b/>
        </w:rPr>
        <w:t>PRIMERA.- COMPARECIENTES.-</w:t>
      </w:r>
    </w:p>
    <w:p w14:paraId="4CFA5C34" w14:textId="77777777" w:rsidR="00FC75C2" w:rsidRDefault="009C116E">
      <w:pPr>
        <w:spacing w:after="100"/>
        <w:jc w:val="both"/>
      </w:pPr>
      <w:r>
        <w:t xml:space="preserve">Comparecen a la celebración de la presente escritura pública, por una parte, </w:t>
      </w:r>
      <w:r>
        <w:rPr>
          <w:color w:val="C00000"/>
        </w:rPr>
        <w:t>[NOMBRE COMPLETO DEL/DE LOS VENDEDORES]</w:t>
      </w:r>
      <w:r>
        <w:t xml:space="preserve">, de nacionalidad </w:t>
      </w:r>
      <w:r>
        <w:rPr>
          <w:color w:val="C00000"/>
        </w:rPr>
        <w:t>[__________]</w:t>
      </w:r>
      <w:r>
        <w:t xml:space="preserve">, de estado civil </w:t>
      </w:r>
      <w:r>
        <w:rPr>
          <w:color w:val="C00000"/>
        </w:rPr>
        <w:t>[__________]</w:t>
      </w:r>
      <w:r>
        <w:t xml:space="preserve">, mayor/es de edad, de profesión u ocupación </w:t>
      </w:r>
      <w:r>
        <w:rPr>
          <w:color w:val="C00000"/>
        </w:rPr>
        <w:t>[_______</w:t>
      </w:r>
      <w:r>
        <w:rPr>
          <w:color w:val="C00000"/>
        </w:rPr>
        <w:t>___]</w:t>
      </w:r>
      <w:r>
        <w:t xml:space="preserve">, domiciliado/s en </w:t>
      </w:r>
      <w:r>
        <w:rPr>
          <w:color w:val="C00000"/>
        </w:rPr>
        <w:t>[DIRECCIÓN COMPLETA]</w:t>
      </w:r>
      <w:r>
        <w:t xml:space="preserve">, con correo electrónico </w:t>
      </w:r>
      <w:r>
        <w:rPr>
          <w:color w:val="C00000"/>
        </w:rPr>
        <w:t>[__________]</w:t>
      </w:r>
      <w:r>
        <w:t xml:space="preserve"> y teléfono </w:t>
      </w:r>
      <w:r>
        <w:rPr>
          <w:color w:val="C00000"/>
        </w:rPr>
        <w:t>[__________]</w:t>
      </w:r>
      <w:r>
        <w:t xml:space="preserve">, por sus propios derechos, a quien/es en adelante se denominará VENDEDORES; y, por otra parte, </w:t>
      </w:r>
      <w:r>
        <w:rPr>
          <w:color w:val="C00000"/>
        </w:rPr>
        <w:t>[NOMBRE COMPLETO DEL/DE LOS COMPRADORES]</w:t>
      </w:r>
      <w:r>
        <w:t>, de nacionalida</w:t>
      </w:r>
      <w:r>
        <w:t xml:space="preserve">d </w:t>
      </w:r>
      <w:r>
        <w:rPr>
          <w:color w:val="C00000"/>
        </w:rPr>
        <w:t>[__________]</w:t>
      </w:r>
      <w:r>
        <w:t xml:space="preserve">, de estado civil </w:t>
      </w:r>
      <w:r>
        <w:rPr>
          <w:color w:val="C00000"/>
        </w:rPr>
        <w:t>[__________]</w:t>
      </w:r>
      <w:r>
        <w:t xml:space="preserve">, mayor/es de edad, de profesión u ocupación </w:t>
      </w:r>
      <w:r>
        <w:rPr>
          <w:color w:val="C00000"/>
        </w:rPr>
        <w:t>[__________]</w:t>
      </w:r>
      <w:r>
        <w:t xml:space="preserve">, domiciliado/s en </w:t>
      </w:r>
      <w:r>
        <w:rPr>
          <w:color w:val="C00000"/>
        </w:rPr>
        <w:t>[DIRECCIÓN COMPLETA]</w:t>
      </w:r>
      <w:r>
        <w:t xml:space="preserve">, con correo electrónico </w:t>
      </w:r>
      <w:r>
        <w:rPr>
          <w:color w:val="C00000"/>
        </w:rPr>
        <w:t>[__________]</w:t>
      </w:r>
      <w:r>
        <w:t xml:space="preserve"> y teléfono </w:t>
      </w:r>
      <w:r>
        <w:rPr>
          <w:color w:val="C00000"/>
        </w:rPr>
        <w:t>[__________]</w:t>
      </w:r>
      <w:r>
        <w:t>, por sus propios derechos, a quien/es en adelante se d</w:t>
      </w:r>
      <w:r>
        <w:t>enominará COMPRADORES. Los comparecientes declaran ser legalmente capaces para contratar y obligarse.</w:t>
      </w:r>
    </w:p>
    <w:p w14:paraId="3BB01959" w14:textId="77777777" w:rsidR="00FC75C2" w:rsidRDefault="009C116E">
      <w:pPr>
        <w:spacing w:before="140" w:after="40"/>
        <w:jc w:val="both"/>
      </w:pPr>
      <w:r>
        <w:rPr>
          <w:b/>
        </w:rPr>
        <w:t>SEGUNDA.- ANTECEDENTES Y ORIGEN DE LOS DERECHOS Y ACCIONES.-</w:t>
      </w:r>
    </w:p>
    <w:p w14:paraId="6DC938BB" w14:textId="77777777" w:rsidR="00FC75C2" w:rsidRDefault="009C116E">
      <w:pPr>
        <w:spacing w:after="100"/>
        <w:jc w:val="both"/>
      </w:pPr>
      <w:r>
        <w:t>Los VENDEDORES son titulares de derechos y acciones sobre el inmueble objeto de la presente e</w:t>
      </w:r>
      <w:r>
        <w:t xml:space="preserve">scritura, correspondientes al </w:t>
      </w:r>
      <w:r>
        <w:rPr>
          <w:color w:val="C00000"/>
        </w:rPr>
        <w:t>[PORCENTAJE]</w:t>
      </w:r>
      <w:r>
        <w:t xml:space="preserve"> por ciento (</w:t>
      </w:r>
      <w:r>
        <w:rPr>
          <w:color w:val="C00000"/>
        </w:rPr>
        <w:t>[____]</w:t>
      </w:r>
      <w:r>
        <w:t xml:space="preserve">%) de los derechos y acciones que mantienen sobre el inmueble, adquiridos mediante </w:t>
      </w:r>
      <w:r>
        <w:rPr>
          <w:color w:val="C00000"/>
        </w:rPr>
        <w:t>[ESCRITURA / ADJUDICACIÓN / OTRO TÍTULO]</w:t>
      </w:r>
      <w:r>
        <w:t xml:space="preserve">, otorgado o celebrado el </w:t>
      </w:r>
      <w:r>
        <w:rPr>
          <w:color w:val="C00000"/>
        </w:rPr>
        <w:t>[FECHA]</w:t>
      </w:r>
      <w:r>
        <w:t xml:space="preserve">, ante </w:t>
      </w:r>
      <w:r>
        <w:rPr>
          <w:color w:val="C00000"/>
        </w:rPr>
        <w:t>[NOTARÍA O ENTIDAD]</w:t>
      </w:r>
      <w:r>
        <w:t>, e inscrito,</w:t>
      </w:r>
      <w:r>
        <w:t xml:space="preserve"> cuando corresponda, en el Registro de la Propiedad del cantón </w:t>
      </w:r>
      <w:r>
        <w:rPr>
          <w:color w:val="C00000"/>
        </w:rPr>
        <w:t>[CANTÓN]</w:t>
      </w:r>
      <w:r>
        <w:t xml:space="preserve">. </w:t>
      </w:r>
      <w:r>
        <w:rPr>
          <w:color w:val="C00000"/>
        </w:rPr>
        <w:t>[SI LOS DERECHOS Y ACCIONES PROVIENEN DE UNA SUCESIÓN, INDICAR: Los derechos y acciones provienen de la sucesión de [NOMBRE DEL CAUSANTE]</w:t>
      </w:r>
      <w:r>
        <w:t xml:space="preserve">, conforme consta en </w:t>
      </w:r>
      <w:r>
        <w:rPr>
          <w:color w:val="C00000"/>
        </w:rPr>
        <w:t>[POSESIÓN EFECTIVA / TEST</w:t>
      </w:r>
      <w:r>
        <w:rPr>
          <w:color w:val="C00000"/>
        </w:rPr>
        <w:t>AMENTO]</w:t>
      </w:r>
      <w:r>
        <w:t xml:space="preserve">, otorgado o declarado el </w:t>
      </w:r>
      <w:r>
        <w:rPr>
          <w:color w:val="C00000"/>
        </w:rPr>
        <w:t>[FECHA]</w:t>
      </w:r>
      <w:r>
        <w:t xml:space="preserve">, ante </w:t>
      </w:r>
      <w:r>
        <w:rPr>
          <w:color w:val="C00000"/>
        </w:rPr>
        <w:t>[NOTARÍA O AUTORIDAD]</w:t>
      </w:r>
      <w:r>
        <w:t>, e inscrito cuando corresponda].</w:t>
      </w:r>
    </w:p>
    <w:p w14:paraId="5B92501F" w14:textId="77777777" w:rsidR="00FC75C2" w:rsidRDefault="009C116E">
      <w:pPr>
        <w:spacing w:before="140" w:after="40"/>
        <w:jc w:val="both"/>
      </w:pPr>
      <w:r>
        <w:rPr>
          <w:b/>
        </w:rPr>
        <w:t>TERCERA.- DESCRIPCIÓN DEL INMUEBLE.-</w:t>
      </w:r>
    </w:p>
    <w:p w14:paraId="1718AE93" w14:textId="77777777" w:rsidR="00FC75C2" w:rsidRDefault="009C116E">
      <w:pPr>
        <w:spacing w:after="100"/>
        <w:jc w:val="both"/>
      </w:pPr>
      <w:r>
        <w:t xml:space="preserve">El inmueble sobre el cual recaen los derechos y acciones se encuentra ubicado en </w:t>
      </w:r>
      <w:r>
        <w:rPr>
          <w:color w:val="C00000"/>
        </w:rPr>
        <w:t>[CANTÓN, PARROQUIA, SECTOR Y/O DIREC</w:t>
      </w:r>
      <w:r>
        <w:rPr>
          <w:color w:val="C00000"/>
        </w:rPr>
        <w:t>CIÓN]</w:t>
      </w:r>
      <w:r>
        <w:t xml:space="preserve">, y fue adquirido por el/los titular/es mediante </w:t>
      </w:r>
      <w:r>
        <w:rPr>
          <w:color w:val="C00000"/>
        </w:rPr>
        <w:t>[FORMA DE ADQUISICIÓN]</w:t>
      </w:r>
      <w:r>
        <w:t xml:space="preserve">. El inmueble tiene una superficie total de </w:t>
      </w:r>
      <w:r>
        <w:rPr>
          <w:color w:val="C00000"/>
        </w:rPr>
        <w:t>[__________]</w:t>
      </w:r>
      <w:r>
        <w:t xml:space="preserve"> metros cuadrados y los siguientes linderos: NORTE: </w:t>
      </w:r>
      <w:r>
        <w:rPr>
          <w:color w:val="C00000"/>
        </w:rPr>
        <w:t>[__________]</w:t>
      </w:r>
      <w:r>
        <w:t xml:space="preserve">; SUR: </w:t>
      </w:r>
      <w:r>
        <w:rPr>
          <w:color w:val="C00000"/>
        </w:rPr>
        <w:t>[__________]</w:t>
      </w:r>
      <w:r>
        <w:t xml:space="preserve">; ESTE: </w:t>
      </w:r>
      <w:r>
        <w:rPr>
          <w:color w:val="C00000"/>
        </w:rPr>
        <w:t>[__________]</w:t>
      </w:r>
      <w:r>
        <w:t xml:space="preserve">; OESTE: </w:t>
      </w:r>
      <w:r>
        <w:rPr>
          <w:color w:val="C00000"/>
        </w:rPr>
        <w:t>[__________]</w:t>
      </w:r>
      <w:r>
        <w:t>. La presente escritura se refiere exclusivamente al porcentaje de derechos y acciones que se transfiere.</w:t>
      </w:r>
    </w:p>
    <w:p w14:paraId="28EDF3CD" w14:textId="77777777" w:rsidR="00FC75C2" w:rsidRDefault="009C116E">
      <w:pPr>
        <w:spacing w:before="140" w:after="40"/>
        <w:jc w:val="both"/>
      </w:pPr>
      <w:r>
        <w:rPr>
          <w:b/>
        </w:rPr>
        <w:t>CUARTA.- COMPRAVENTA DE DERECHOS Y ACCIONES.-</w:t>
      </w:r>
    </w:p>
    <w:p w14:paraId="4BAED45E" w14:textId="77777777" w:rsidR="00FC75C2" w:rsidRDefault="009C116E">
      <w:pPr>
        <w:spacing w:after="100"/>
        <w:jc w:val="both"/>
      </w:pPr>
      <w:r>
        <w:t>Con los antecedentes expuestos, los VENDEDORES venden y transfieren a favor de los COMPRADOR</w:t>
      </w:r>
      <w:r>
        <w:t xml:space="preserve">ES, quienes compran y adquieren para sí, el </w:t>
      </w:r>
      <w:r>
        <w:rPr>
          <w:color w:val="C00000"/>
        </w:rPr>
        <w:t>[PORCENTAJE]</w:t>
      </w:r>
      <w:r>
        <w:t xml:space="preserve"> por ciento (</w:t>
      </w:r>
      <w:r>
        <w:rPr>
          <w:color w:val="C00000"/>
        </w:rPr>
        <w:t>[____]</w:t>
      </w:r>
      <w:r>
        <w:t>%) de los derechos y acciones que corresponden a los VENDEDORES sobre el inmueble descrito en las cláusulas precedentes, con todos los derechos que legalmente les correspondan en su</w:t>
      </w:r>
      <w:r>
        <w:t xml:space="preserve"> calidad de titulares de dicha participación.</w:t>
      </w:r>
    </w:p>
    <w:p w14:paraId="0D15EC46" w14:textId="0D3B98C9" w:rsidR="00FC75C2" w:rsidRDefault="009C116E">
      <w:pPr>
        <w:spacing w:before="140" w:after="40"/>
        <w:jc w:val="both"/>
      </w:pPr>
      <w:proofErr w:type="gramStart"/>
      <w:r>
        <w:rPr>
          <w:b/>
        </w:rPr>
        <w:t>QUINTA.-</w:t>
      </w:r>
      <w:proofErr w:type="gramEnd"/>
      <w:r>
        <w:rPr>
          <w:b/>
        </w:rPr>
        <w:t xml:space="preserve"> AUSENCIA DE DETERMINACIÓN DE UNA PARTE MATERIAL.-</w:t>
      </w:r>
      <w:r w:rsidR="006E2C3A">
        <w:rPr>
          <w:b/>
        </w:rPr>
        <w:t xml:space="preserve"> </w:t>
      </w:r>
      <w:r w:rsidR="006E2C3A" w:rsidRPr="006E2C3A">
        <w:rPr>
          <w:b/>
          <w:color w:val="FF0000"/>
        </w:rPr>
        <w:t>(OPCIONAL)</w:t>
      </w:r>
    </w:p>
    <w:p w14:paraId="1D15EFE8" w14:textId="77777777" w:rsidR="00FC75C2" w:rsidRDefault="009C116E">
      <w:pPr>
        <w:spacing w:after="100"/>
        <w:jc w:val="both"/>
      </w:pPr>
      <w:r>
        <w:lastRenderedPageBreak/>
        <w:t>Las partes dejan expresa constancia de que la presente compraventa recae sobre un porcentaje de derechos y acciones y no sobre una parte material deter</w:t>
      </w:r>
      <w:r>
        <w:t>minada del inmueble. En consecuencia, el porcentaje transferido no se individualiza mediante metros cuadrados, linderos propios, ubicación física o cuerpo cierto dentro del inmueble, y no constituye la venta de una porción material determinada del predio.</w:t>
      </w:r>
    </w:p>
    <w:p w14:paraId="6DA14CC7" w14:textId="77777777" w:rsidR="00FC75C2" w:rsidRDefault="009C116E">
      <w:pPr>
        <w:spacing w:before="140" w:after="40"/>
        <w:jc w:val="both"/>
      </w:pPr>
      <w:r>
        <w:rPr>
          <w:b/>
        </w:rPr>
        <w:t>SEXTA.- PRECIO Y FORMA DE PAGO.-</w:t>
      </w:r>
    </w:p>
    <w:p w14:paraId="600B62A8" w14:textId="77777777" w:rsidR="00FC75C2" w:rsidRDefault="009C116E">
      <w:pPr>
        <w:spacing w:after="100"/>
        <w:jc w:val="both"/>
      </w:pPr>
      <w:r>
        <w:t xml:space="preserve">Las partes acuerdan como precio de la presente compraventa la cantidad de </w:t>
      </w:r>
      <w:r>
        <w:rPr>
          <w:color w:val="C00000"/>
        </w:rPr>
        <w:t>[VALOR EN LETRAS]</w:t>
      </w:r>
      <w:r>
        <w:t xml:space="preserve"> DÓLARES DE LOS ESTADOS UNIDOS DE AMÉRICA CON </w:t>
      </w:r>
      <w:r>
        <w:rPr>
          <w:color w:val="C00000"/>
        </w:rPr>
        <w:t>[____]</w:t>
      </w:r>
      <w:r>
        <w:t xml:space="preserve">/100 (USD </w:t>
      </w:r>
      <w:r>
        <w:rPr>
          <w:color w:val="C00000"/>
        </w:rPr>
        <w:t>[__________]</w:t>
      </w:r>
      <w:r>
        <w:t xml:space="preserve">), valor que será pagado de la siguiente manera: </w:t>
      </w:r>
      <w:r>
        <w:rPr>
          <w:color w:val="C00000"/>
        </w:rPr>
        <w:t>[DETALLAR</w:t>
      </w:r>
      <w:r>
        <w:rPr>
          <w:color w:val="C00000"/>
        </w:rPr>
        <w:t xml:space="preserve"> VALORES, FECHAS, PLAZOS Y MEDIO DE PAGO]</w:t>
      </w:r>
      <w:r>
        <w:t>.</w:t>
      </w:r>
    </w:p>
    <w:p w14:paraId="2FD4A451" w14:textId="77777777" w:rsidR="00FC75C2" w:rsidRDefault="009C116E">
      <w:pPr>
        <w:spacing w:before="140" w:after="40"/>
        <w:jc w:val="both"/>
      </w:pPr>
      <w:r>
        <w:rPr>
          <w:b/>
        </w:rPr>
        <w:t>SÉPTIMA.- GRAVÁMENES Y SANEAMIENTO.-</w:t>
      </w:r>
    </w:p>
    <w:p w14:paraId="0BB096BD" w14:textId="77777777" w:rsidR="00FC75C2" w:rsidRDefault="009C116E">
      <w:pPr>
        <w:spacing w:after="100"/>
        <w:jc w:val="both"/>
      </w:pPr>
      <w:r>
        <w:t xml:space="preserve">Los VENDEDORES declaran que los derechos y acciones objeto de esta compraventa </w:t>
      </w:r>
      <w:r>
        <w:rPr>
          <w:color w:val="C00000"/>
        </w:rPr>
        <w:t>[SE ENCUENTRAN LIBRES DE GRAVÁMENES, LIMITACIONES O PROHIBICIONES / DETALLAR EL GRAVAMEN, LIMITAC</w:t>
      </w:r>
      <w:r>
        <w:rPr>
          <w:color w:val="C00000"/>
        </w:rPr>
        <w:t>IÓN O PROHIBICIÓN QUE CORRESPONDA]</w:t>
      </w:r>
      <w:r>
        <w:t>. Los VENDEDORES se sujetan al saneamiento que corresponda.</w:t>
      </w:r>
    </w:p>
    <w:p w14:paraId="109385F0" w14:textId="77777777" w:rsidR="00FC75C2" w:rsidRDefault="009C116E">
      <w:pPr>
        <w:spacing w:before="140" w:after="40"/>
        <w:jc w:val="both"/>
      </w:pPr>
      <w:r>
        <w:rPr>
          <w:b/>
        </w:rPr>
        <w:t>OCTAVA.- ENTREGA Y POSESIÓN.-</w:t>
      </w:r>
    </w:p>
    <w:p w14:paraId="06860149" w14:textId="77777777" w:rsidR="00FC75C2" w:rsidRDefault="009C116E">
      <w:pPr>
        <w:spacing w:after="100"/>
        <w:jc w:val="both"/>
      </w:pPr>
      <w:r>
        <w:t>Por tratarse de una transferencia de derechos y acciones sobre el inmueble, las partes dejan constancia de que la presente compraven</w:t>
      </w:r>
      <w:r>
        <w:t>ta no implica la entrega material de una parte determinada del predio. Los COMPRADORES adquieren el porcentaje de derechos y acciones indicado en esta escritura, en la condición que corresponde a dicha participación.</w:t>
      </w:r>
    </w:p>
    <w:p w14:paraId="5DEC10BB" w14:textId="77777777" w:rsidR="00FC75C2" w:rsidRDefault="009C116E">
      <w:pPr>
        <w:spacing w:before="140" w:after="40"/>
        <w:jc w:val="both"/>
      </w:pPr>
      <w:r>
        <w:rPr>
          <w:b/>
        </w:rPr>
        <w:t>NOVENA.- GASTOS E IMPUESTOS.-</w:t>
      </w:r>
    </w:p>
    <w:p w14:paraId="444AAD26" w14:textId="77777777" w:rsidR="00FC75C2" w:rsidRDefault="009C116E">
      <w:pPr>
        <w:spacing w:after="100"/>
        <w:jc w:val="both"/>
      </w:pPr>
      <w:r>
        <w:t>Los impue</w:t>
      </w:r>
      <w:r>
        <w:t xml:space="preserve">stos, honorarios y demás gastos que demande el otorgamiento de la presente escritura y su inscripción serán asumidos por </w:t>
      </w:r>
      <w:r>
        <w:rPr>
          <w:color w:val="C00000"/>
        </w:rPr>
        <w:t>[INDICAR DISTRIBUCIÓN ACORDADA]</w:t>
      </w:r>
      <w:r>
        <w:t>.</w:t>
      </w:r>
    </w:p>
    <w:p w14:paraId="7FE17520" w14:textId="77777777" w:rsidR="00FC75C2" w:rsidRDefault="009C116E">
      <w:pPr>
        <w:spacing w:before="140" w:after="40"/>
        <w:jc w:val="both"/>
      </w:pPr>
      <w:r>
        <w:rPr>
          <w:b/>
        </w:rPr>
        <w:t>DÉCIMA.- CUANTÍA.-</w:t>
      </w:r>
    </w:p>
    <w:p w14:paraId="0757432A" w14:textId="77777777" w:rsidR="00FC75C2" w:rsidRDefault="009C116E">
      <w:pPr>
        <w:spacing w:after="100"/>
        <w:jc w:val="both"/>
      </w:pPr>
      <w:r>
        <w:t xml:space="preserve">La cuantía de la presente escritura se fija en </w:t>
      </w:r>
      <w:r>
        <w:rPr>
          <w:color w:val="C00000"/>
        </w:rPr>
        <w:t>[VALOR EN NÚMEROS]</w:t>
      </w:r>
      <w:r>
        <w:t xml:space="preserve"> DÓLARES DE LOS ES</w:t>
      </w:r>
      <w:r>
        <w:t xml:space="preserve">TADOS UNIDOS DE AMÉRICA CON </w:t>
      </w:r>
      <w:r>
        <w:rPr>
          <w:color w:val="C00000"/>
        </w:rPr>
        <w:t>[____]</w:t>
      </w:r>
      <w:r>
        <w:t>/100.</w:t>
      </w:r>
    </w:p>
    <w:p w14:paraId="39B86385" w14:textId="77777777" w:rsidR="00FC75C2" w:rsidRDefault="009C116E">
      <w:pPr>
        <w:spacing w:before="140" w:after="40"/>
        <w:jc w:val="both"/>
      </w:pPr>
      <w:r>
        <w:rPr>
          <w:b/>
        </w:rPr>
        <w:t>DÉCIMA PRIMERA.- AUTORIZACIÓN.-</w:t>
      </w:r>
    </w:p>
    <w:p w14:paraId="71CEC72C" w14:textId="77777777" w:rsidR="00FC75C2" w:rsidRDefault="009C116E">
      <w:pPr>
        <w:spacing w:after="100"/>
        <w:jc w:val="both"/>
      </w:pPr>
      <w:r>
        <w:t>Las partes autorizan a cualquiera de ellas, por sí, por interpuesta persona o por medio de su abogado patrocinador, para realizar las gestiones necesarias para la inscripción de la pre</w:t>
      </w:r>
      <w:r>
        <w:t>sente escritura.</w:t>
      </w:r>
    </w:p>
    <w:p w14:paraId="24BBC55E" w14:textId="77777777" w:rsidR="00FC75C2" w:rsidRDefault="009C116E">
      <w:pPr>
        <w:spacing w:before="140" w:after="40"/>
        <w:jc w:val="both"/>
      </w:pPr>
      <w:r>
        <w:rPr>
          <w:b/>
        </w:rPr>
        <w:t>DÉCIMA SEGUNDA.- ACEPTACIÓN.-</w:t>
      </w:r>
    </w:p>
    <w:p w14:paraId="528F6DA8" w14:textId="77777777" w:rsidR="00FC75C2" w:rsidRDefault="009C116E">
      <w:pPr>
        <w:spacing w:after="100"/>
        <w:jc w:val="both"/>
      </w:pPr>
      <w:r>
        <w:t>Los comparecientes aceptan la presente escritura en todas sus partes, por convenir a sus intereses, y se ratifican en el contenido de las obligaciones asumidas.</w:t>
      </w:r>
    </w:p>
    <w:p w14:paraId="636E9CF2" w14:textId="77777777" w:rsidR="00FC75C2" w:rsidRDefault="009C116E">
      <w:pPr>
        <w:jc w:val="both"/>
      </w:pPr>
      <w:r>
        <w:t xml:space="preserve">Usted, señor Notario, se servirá agregar las </w:t>
      </w:r>
      <w:r>
        <w:t>demás cláusulas de estilo necesarias para la plena validez de este instrumento.</w:t>
      </w:r>
    </w:p>
    <w:sectPr w:rsidR="00FC75C2" w:rsidSect="00034616">
      <w:headerReference w:type="default" r:id="rId8"/>
      <w:footerReference w:type="default" r:id="rId9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6FA00" w14:textId="77777777" w:rsidR="009C116E" w:rsidRDefault="009C116E">
      <w:pPr>
        <w:spacing w:after="0" w:line="240" w:lineRule="auto"/>
      </w:pPr>
      <w:r>
        <w:separator/>
      </w:r>
    </w:p>
  </w:endnote>
  <w:endnote w:type="continuationSeparator" w:id="0">
    <w:p w14:paraId="61319DF8" w14:textId="77777777" w:rsidR="009C116E" w:rsidRDefault="009C1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EB6C" w14:textId="77777777" w:rsidR="00FC75C2" w:rsidRDefault="009C116E">
    <w:pPr>
      <w:pStyle w:val="Piedepgina"/>
      <w:jc w:val="center"/>
    </w:pPr>
    <w:r>
      <w:rPr>
        <w:sz w:val="16"/>
      </w:rPr>
      <w:t xml:space="preserve">INICIA DERECHO  •  Modelo gratuito de compraventa de derechos y acciones  •  </w:t>
    </w:r>
    <w:r>
      <w:fldChar w:fldCharType="begin"/>
    </w:r>
    <w:r>
      <w:instrText>PAGE</w:instrText>
    </w:r>
    <w:r>
      <w:fldChar w:fldCharType="separate"/>
    </w:r>
    <w:r w:rsidR="006E2C3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63CCB" w14:textId="77777777" w:rsidR="009C116E" w:rsidRDefault="009C116E">
      <w:pPr>
        <w:spacing w:after="0" w:line="240" w:lineRule="auto"/>
      </w:pPr>
      <w:r>
        <w:separator/>
      </w:r>
    </w:p>
  </w:footnote>
  <w:footnote w:type="continuationSeparator" w:id="0">
    <w:p w14:paraId="70B9C0B8" w14:textId="77777777" w:rsidR="009C116E" w:rsidRDefault="009C1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A605" w14:textId="77777777" w:rsidR="00FC75C2" w:rsidRDefault="00FC75C2">
    <w:pPr>
      <w:pStyle w:val="Encabezado"/>
    </w:pPr>
  </w:p>
  <w:tbl>
    <w:tblPr>
      <w:tblW w:w="0" w:type="auto"/>
      <w:jc w:val="center"/>
      <w:tblBorders>
        <w:bottom w:val="single" w:sz="4" w:space="0" w:color="BFBFBF"/>
      </w:tblBorders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FC75C2" w14:paraId="493E9976" w14:textId="77777777">
      <w:trPr>
        <w:jc w:val="center"/>
      </w:trPr>
      <w:tc>
        <w:tcPr>
          <w:tcW w:w="4677" w:type="dxa"/>
        </w:tcPr>
        <w:p w14:paraId="0358FB11" w14:textId="77777777" w:rsidR="00FC75C2" w:rsidRDefault="009C116E">
          <w:r>
            <w:rPr>
              <w:noProof/>
            </w:rPr>
            <w:drawing>
              <wp:inline distT="0" distB="0" distL="0" distR="0" wp14:anchorId="3E4BC57C" wp14:editId="7BE3FBFC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07A46836" w14:textId="77777777" w:rsidR="00FC75C2" w:rsidRDefault="009C116E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2C3A"/>
    <w:rsid w:val="009C116E"/>
    <w:rsid w:val="00AA1D8D"/>
    <w:rsid w:val="00B47730"/>
    <w:rsid w:val="00CB0664"/>
    <w:rsid w:val="00FC693F"/>
    <w:rsid w:val="00FC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28AF0"/>
  <w14:defaultImageDpi w14:val="300"/>
  <w15:docId w15:val="{624983FB-60CF-423F-ACC7-B9A09C35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797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2026-08-16T20:27:00Z</dcterms:modified>
  <cp:category/>
</cp:coreProperties>
</file>