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88743" w14:textId="77777777" w:rsidR="00876746" w:rsidRDefault="001F2286">
      <w:pPr>
        <w:jc w:val="center"/>
      </w:pPr>
      <w:r>
        <w:rPr>
          <w:b/>
          <w:sz w:val="28"/>
        </w:rPr>
        <w:t>MODELO GRATUITO</w:t>
      </w:r>
    </w:p>
    <w:p w14:paraId="7779D939" w14:textId="77777777" w:rsidR="00876746" w:rsidRDefault="001F2286">
      <w:pPr>
        <w:jc w:val="center"/>
      </w:pPr>
      <w:r>
        <w:rPr>
          <w:b/>
          <w:sz w:val="36"/>
        </w:rPr>
        <w:t>COMPRAVENTA DE NUDA PROPIEDAD Y/O USUFRUCTO</w:t>
      </w:r>
    </w:p>
    <w:p w14:paraId="188F4F47" w14:textId="77777777" w:rsidR="00876746" w:rsidRDefault="001F2286">
      <w:pPr>
        <w:jc w:val="center"/>
      </w:pPr>
      <w:r>
        <w:rPr>
          <w:i/>
        </w:rPr>
        <w:t>INMUEBLE</w:t>
      </w:r>
    </w:p>
    <w:p w14:paraId="4CE11C1A" w14:textId="77777777" w:rsidR="00876746" w:rsidRDefault="001F2286">
      <w:pPr>
        <w:spacing w:after="100"/>
        <w:jc w:val="both"/>
      </w:pPr>
      <w:r>
        <w:t xml:space="preserve">SEÑORA NOTARIA: En el registro de escrituras públicas a su cargo, sírvase incorporar una escritura pública de COMPRAVENTA DE NUDA PROPIEDAD Y/O USUFRUCTO, al tenor de las </w:t>
      </w:r>
      <w:r>
        <w:t>siguientes cláusulas:</w:t>
      </w:r>
    </w:p>
    <w:p w14:paraId="72FFEBF5" w14:textId="77777777" w:rsidR="00876746" w:rsidRDefault="001F2286">
      <w:pPr>
        <w:spacing w:before="140"/>
        <w:jc w:val="both"/>
      </w:pPr>
      <w:r>
        <w:rPr>
          <w:b/>
        </w:rPr>
        <w:t>PRIMERA.- COMPARECIENTES.-</w:t>
      </w:r>
    </w:p>
    <w:p w14:paraId="5F0C0007" w14:textId="77777777" w:rsidR="00876746" w:rsidRDefault="001F2286">
      <w:pPr>
        <w:spacing w:after="100"/>
        <w:jc w:val="both"/>
      </w:pPr>
      <w:r>
        <w:t xml:space="preserve">Comparecen a la celebración de la presente escritura pública, por una parte, </w:t>
      </w:r>
      <w:r>
        <w:rPr>
          <w:color w:val="C00000"/>
        </w:rPr>
        <w:t>[NOMBRE COMPLETO DEL/DE LOS VENDEDORES]</w:t>
      </w:r>
      <w:r>
        <w:t xml:space="preserve">, de nacionalidad </w:t>
      </w:r>
      <w:r>
        <w:rPr>
          <w:color w:val="C00000"/>
        </w:rPr>
        <w:t>[__________]</w:t>
      </w:r>
      <w:r>
        <w:t xml:space="preserve">, de estado civil </w:t>
      </w:r>
      <w:r>
        <w:rPr>
          <w:color w:val="C00000"/>
        </w:rPr>
        <w:t>[__________]</w:t>
      </w:r>
      <w:r>
        <w:t>, mayor/es de edad, de profesió</w:t>
      </w:r>
      <w:r>
        <w:t xml:space="preserve">n u ocupación </w:t>
      </w:r>
      <w:r>
        <w:rPr>
          <w:color w:val="C00000"/>
        </w:rPr>
        <w:t>[__________]</w:t>
      </w:r>
      <w:r>
        <w:t xml:space="preserve">, domiciliado/s en </w:t>
      </w:r>
      <w:r>
        <w:rPr>
          <w:color w:val="C00000"/>
        </w:rPr>
        <w:t>[DIRECCIÓN COMPLETA]</w:t>
      </w:r>
      <w:r>
        <w:t xml:space="preserve">, con correo electrónico </w:t>
      </w:r>
      <w:r>
        <w:rPr>
          <w:color w:val="C00000"/>
        </w:rPr>
        <w:t>[__________]</w:t>
      </w:r>
      <w:r>
        <w:t xml:space="preserve"> y teléfono </w:t>
      </w:r>
      <w:r>
        <w:rPr>
          <w:color w:val="C00000"/>
        </w:rPr>
        <w:t>[__________]</w:t>
      </w:r>
      <w:r>
        <w:t xml:space="preserve">, por sus propios derechos, a quien/es en adelante se denominará VENDEDORES; y, por otra parte, </w:t>
      </w:r>
      <w:r>
        <w:rPr>
          <w:color w:val="C00000"/>
        </w:rPr>
        <w:t>[NOMBRE COMPLETO DEL/DE LOS ADQUIR</w:t>
      </w:r>
      <w:r>
        <w:rPr>
          <w:color w:val="C00000"/>
        </w:rPr>
        <w:t>ENTES]</w:t>
      </w:r>
      <w:r>
        <w:t xml:space="preserve">, de nacionalidad </w:t>
      </w:r>
      <w:r>
        <w:rPr>
          <w:color w:val="C00000"/>
        </w:rPr>
        <w:t>[__________]</w:t>
      </w:r>
      <w:r>
        <w:t xml:space="preserve">, de estado civil </w:t>
      </w:r>
      <w:r>
        <w:rPr>
          <w:color w:val="C00000"/>
        </w:rPr>
        <w:t>[__________]</w:t>
      </w:r>
      <w:r>
        <w:t xml:space="preserve">, mayor/es de edad, de profesión u ocupación </w:t>
      </w:r>
      <w:r>
        <w:rPr>
          <w:color w:val="C00000"/>
        </w:rPr>
        <w:t>[__________]</w:t>
      </w:r>
      <w:r>
        <w:t xml:space="preserve">, domiciliado/s en </w:t>
      </w:r>
      <w:r>
        <w:rPr>
          <w:color w:val="C00000"/>
        </w:rPr>
        <w:t>[DIRECCIÓN COMPLETA]</w:t>
      </w:r>
      <w:r>
        <w:t xml:space="preserve">, con correo electrónico </w:t>
      </w:r>
      <w:r>
        <w:rPr>
          <w:color w:val="C00000"/>
        </w:rPr>
        <w:t>[__________]</w:t>
      </w:r>
      <w:r>
        <w:t xml:space="preserve"> y teléfono </w:t>
      </w:r>
      <w:r>
        <w:rPr>
          <w:color w:val="C00000"/>
        </w:rPr>
        <w:t>[__________]</w:t>
      </w:r>
      <w:r>
        <w:t>, por sus propios derechos, a qui</w:t>
      </w:r>
      <w:r>
        <w:t>en/es en adelante se denominará ADQUIRENTE/S. Los comparecientes declaran ser legalmente capaces para contratar y obligarse.</w:t>
      </w:r>
    </w:p>
    <w:p w14:paraId="6A69E747" w14:textId="77777777" w:rsidR="00876746" w:rsidRDefault="001F2286">
      <w:pPr>
        <w:spacing w:before="140"/>
        <w:jc w:val="both"/>
      </w:pPr>
      <w:r>
        <w:rPr>
          <w:b/>
        </w:rPr>
        <w:t>SEGUNDA.- ANTECEDENTES Y TITULARIDAD.-</w:t>
      </w:r>
    </w:p>
    <w:p w14:paraId="7BDA8DB8" w14:textId="77777777" w:rsidR="00876746" w:rsidRDefault="001F2286">
      <w:pPr>
        <w:spacing w:after="100"/>
        <w:jc w:val="both"/>
      </w:pPr>
      <w:r>
        <w:t>Los VENDEDORES declaran ser propietarios del inmueble objeto de la presente escritura, adqui</w:t>
      </w:r>
      <w:r>
        <w:t xml:space="preserve">rido mediante </w:t>
      </w:r>
      <w:r>
        <w:rPr>
          <w:color w:val="C00000"/>
        </w:rPr>
        <w:t>[FORMA DE ADQUISICIÓN]</w:t>
      </w:r>
      <w:r>
        <w:t xml:space="preserve">, conforme consta en </w:t>
      </w:r>
      <w:r>
        <w:rPr>
          <w:color w:val="C00000"/>
        </w:rPr>
        <w:t>[ESCRITURA O TÍTULO DE ADQUISICIÓN]</w:t>
      </w:r>
      <w:r>
        <w:t xml:space="preserve">, otorgado ante </w:t>
      </w:r>
      <w:r>
        <w:rPr>
          <w:color w:val="C00000"/>
        </w:rPr>
        <w:t>[NOTARÍA O ENTIDAD]</w:t>
      </w:r>
      <w:r>
        <w:t xml:space="preserve"> el </w:t>
      </w:r>
      <w:r>
        <w:rPr>
          <w:color w:val="C00000"/>
        </w:rPr>
        <w:t>[FECHA]</w:t>
      </w:r>
      <w:r>
        <w:t xml:space="preserve">, e inscrito en el Registro de la Propiedad del cantón </w:t>
      </w:r>
      <w:r>
        <w:rPr>
          <w:color w:val="C00000"/>
        </w:rPr>
        <w:t>[CANTÓN]</w:t>
      </w:r>
      <w:r>
        <w:t xml:space="preserve"> el </w:t>
      </w:r>
      <w:r>
        <w:rPr>
          <w:color w:val="C00000"/>
        </w:rPr>
        <w:t>[FECHA]</w:t>
      </w:r>
      <w:r>
        <w:t xml:space="preserve">. El inmueble se encuentra ubicado en </w:t>
      </w:r>
      <w:r>
        <w:rPr>
          <w:color w:val="C00000"/>
        </w:rPr>
        <w:t>[CANTÓ</w:t>
      </w:r>
      <w:r>
        <w:rPr>
          <w:color w:val="C00000"/>
        </w:rPr>
        <w:t>N, PARROQUIA, SECTOR Y/O DIRECCIÓN]</w:t>
      </w:r>
      <w:r>
        <w:t>.</w:t>
      </w:r>
    </w:p>
    <w:p w14:paraId="0A7BC083" w14:textId="77777777" w:rsidR="00876746" w:rsidRDefault="001F2286">
      <w:pPr>
        <w:spacing w:before="140"/>
        <w:jc w:val="both"/>
      </w:pPr>
      <w:r>
        <w:rPr>
          <w:b/>
        </w:rPr>
        <w:t>TERCERA.- DESCRIPCIÓN, LINDEROS Y SUPERFICIE.-</w:t>
      </w:r>
    </w:p>
    <w:p w14:paraId="48950E06" w14:textId="77777777" w:rsidR="00876746" w:rsidRDefault="001F2286">
      <w:pPr>
        <w:spacing w:after="100"/>
        <w:jc w:val="both"/>
      </w:pPr>
      <w:r>
        <w:t xml:space="preserve">El inmueble objeto de esta escritura se encuentra comprendido dentro de los siguientes linderos: NORTE: </w:t>
      </w:r>
      <w:r>
        <w:rPr>
          <w:color w:val="C00000"/>
        </w:rPr>
        <w:t>[__________]</w:t>
      </w:r>
      <w:r>
        <w:t xml:space="preserve">; SUR: </w:t>
      </w:r>
      <w:r>
        <w:rPr>
          <w:color w:val="C00000"/>
        </w:rPr>
        <w:t>[__________]</w:t>
      </w:r>
      <w:r>
        <w:t xml:space="preserve">; ESTE: </w:t>
      </w:r>
      <w:r>
        <w:rPr>
          <w:color w:val="C00000"/>
        </w:rPr>
        <w:t>[__________]</w:t>
      </w:r>
      <w:r>
        <w:t xml:space="preserve">; OESTE: </w:t>
      </w:r>
      <w:r>
        <w:rPr>
          <w:color w:val="C00000"/>
        </w:rPr>
        <w:t>[_______</w:t>
      </w:r>
      <w:r>
        <w:rPr>
          <w:color w:val="C00000"/>
        </w:rPr>
        <w:t>___]</w:t>
      </w:r>
      <w:r>
        <w:t xml:space="preserve">; SUPERFICIE: </w:t>
      </w:r>
      <w:r>
        <w:rPr>
          <w:color w:val="C00000"/>
        </w:rPr>
        <w:t>[__________]</w:t>
      </w:r>
      <w:r>
        <w:t xml:space="preserve"> metros cuadrados. En caso de propiedad horizontal, se incorporarán además los datos específicos de la unidad, áreas, niveles, linderos y alícuotas que correspondan.</w:t>
      </w:r>
    </w:p>
    <w:p w14:paraId="1947CB02" w14:textId="77777777" w:rsidR="00876746" w:rsidRDefault="001F2286">
      <w:pPr>
        <w:spacing w:before="140"/>
        <w:jc w:val="both"/>
      </w:pPr>
      <w:r>
        <w:rPr>
          <w:b/>
        </w:rPr>
        <w:t>CUARTA.- OBJETO DE LA COMPRAVENTA.-</w:t>
      </w:r>
    </w:p>
    <w:p w14:paraId="7243C27F" w14:textId="77777777" w:rsidR="00876746" w:rsidRDefault="001F2286">
      <w:pPr>
        <w:spacing w:after="100"/>
        <w:jc w:val="both"/>
      </w:pPr>
      <w:r>
        <w:t>Las partes acuerdan que la presente compraventa compre</w:t>
      </w:r>
      <w:r>
        <w:t xml:space="preserve">nde </w:t>
      </w:r>
      <w:r>
        <w:rPr>
          <w:color w:val="C00000"/>
        </w:rPr>
        <w:t>[SELECCIONAR Y REDACTAR LA OPCIÓN QUE CORRESPONDA: A) LA NUDA PROPIEDAD DEL INMUEBLE, RESERVÁNDOSE EL/LOS VENDEDOR/ES EL USUFRUCTO; B) EL USUFRUCTO DEL INMUEBLE, CONSERVANDO EL/LOS VENDEDOR/ES LA NUDA PROPIEDAD; O C) LA NUDA PROPIEDAD A FAVOR DE [NOMBR</w:t>
      </w:r>
      <w:r>
        <w:rPr>
          <w:color w:val="C00000"/>
        </w:rPr>
        <w:t>E DEL/DE LOS NUDOS PROPIETARIOS]</w:t>
      </w:r>
      <w:r>
        <w:t xml:space="preserve"> Y EL USUFRUCTO A FAVOR DE </w:t>
      </w:r>
      <w:r>
        <w:rPr>
          <w:color w:val="C00000"/>
        </w:rPr>
        <w:t>[NOMBRE DEL/DE LOS USUFRUCTUARIOS]</w:t>
      </w:r>
      <w:r>
        <w:t xml:space="preserve">]. El derecho o los derechos que se transfieren quedan claramente determinados </w:t>
      </w:r>
      <w:r>
        <w:lastRenderedPageBreak/>
        <w:t>en esta escritura, junto con la persona o personas que los adquieren y, cuando corre</w:t>
      </w:r>
      <w:r>
        <w:t>sponda, la persona que conserva el derecho restante.</w:t>
      </w:r>
    </w:p>
    <w:p w14:paraId="2C8979E0" w14:textId="7FF9374C" w:rsidR="00876746" w:rsidRPr="00E277D8" w:rsidRDefault="001F2286">
      <w:pPr>
        <w:spacing w:before="140"/>
        <w:jc w:val="both"/>
        <w:rPr>
          <w:color w:val="FF0000"/>
        </w:rPr>
      </w:pPr>
      <w:r>
        <w:rPr>
          <w:b/>
        </w:rPr>
        <w:t>QUINTA.- CARÁCTER Y DURACIÓN DEL USUFRUCTO.-</w:t>
      </w:r>
      <w:r w:rsidR="00E277D8">
        <w:rPr>
          <w:b/>
        </w:rPr>
        <w:t xml:space="preserve"> </w:t>
      </w:r>
      <w:r w:rsidR="00E277D8" w:rsidRPr="00E277D8">
        <w:rPr>
          <w:b/>
          <w:color w:val="FF0000"/>
        </w:rPr>
        <w:t>(</w:t>
      </w:r>
      <w:r w:rsidR="00E277D8">
        <w:rPr>
          <w:b/>
          <w:color w:val="FF0000"/>
        </w:rPr>
        <w:t>CLAUSULA OPCIONAL DE ACUERDO A LA CONDICION DE LA COMPRAVENTA)</w:t>
      </w:r>
    </w:p>
    <w:p w14:paraId="3115440B" w14:textId="77777777" w:rsidR="00876746" w:rsidRDefault="001F2286">
      <w:pPr>
        <w:spacing w:after="100"/>
        <w:jc w:val="both"/>
      </w:pPr>
      <w:r>
        <w:t xml:space="preserve">El usufructo que se reserva o se transfiere será </w:t>
      </w:r>
      <w:r>
        <w:rPr>
          <w:color w:val="C00000"/>
        </w:rPr>
        <w:t>[VITALICIO / POR EL PLAZO DE [__________]</w:t>
      </w:r>
      <w:r>
        <w:t xml:space="preserve"> AÑOS, MESES O DÍAS], contado desde </w:t>
      </w:r>
      <w:r>
        <w:rPr>
          <w:color w:val="C00000"/>
        </w:rPr>
        <w:t>[FECHA O MOMENTO DE INICIO]</w:t>
      </w:r>
      <w:r>
        <w:t xml:space="preserve">. El </w:t>
      </w:r>
      <w:r>
        <w:t>usufructuario tendrá el uso y disfrute del inmueble durante el tiempo establecido, sin alterar su esencia.</w:t>
      </w:r>
    </w:p>
    <w:p w14:paraId="17E02048" w14:textId="77777777" w:rsidR="00876746" w:rsidRDefault="001F2286">
      <w:pPr>
        <w:spacing w:before="140"/>
        <w:jc w:val="both"/>
      </w:pPr>
      <w:r>
        <w:rPr>
          <w:b/>
        </w:rPr>
        <w:t>SEXTA.- PRECIO Y FORMA DE PAGO.-</w:t>
      </w:r>
    </w:p>
    <w:p w14:paraId="0C432C2C" w14:textId="77777777" w:rsidR="00876746" w:rsidRDefault="001F2286">
      <w:pPr>
        <w:spacing w:after="100"/>
        <w:jc w:val="both"/>
      </w:pPr>
      <w:r>
        <w:t xml:space="preserve">Las partes acuerdan como precio de la presente compraventa la cantidad de </w:t>
      </w:r>
      <w:r>
        <w:rPr>
          <w:color w:val="C00000"/>
        </w:rPr>
        <w:t>[VALOR EN LETRAS]</w:t>
      </w:r>
      <w:r>
        <w:t xml:space="preserve"> DÓLARES DE LOS ESTADOS U</w:t>
      </w:r>
      <w:r>
        <w:t xml:space="preserve">NIDOS DE AMÉRICA CON </w:t>
      </w:r>
      <w:r>
        <w:rPr>
          <w:color w:val="C00000"/>
        </w:rPr>
        <w:t>[____]</w:t>
      </w:r>
      <w:r>
        <w:t xml:space="preserve">/100 (USD </w:t>
      </w:r>
      <w:r>
        <w:rPr>
          <w:color w:val="C00000"/>
        </w:rPr>
        <w:t>[__________]</w:t>
      </w:r>
      <w:r>
        <w:t xml:space="preserve">), que será pagada de la siguiente manera: </w:t>
      </w:r>
      <w:r>
        <w:rPr>
          <w:color w:val="C00000"/>
        </w:rPr>
        <w:t>[DETALLAR VALORES, FECHAS, PLAZOS Y MEDIO DE PAGO]</w:t>
      </w:r>
      <w:r>
        <w:t>.</w:t>
      </w:r>
    </w:p>
    <w:p w14:paraId="08024870" w14:textId="77777777" w:rsidR="00876746" w:rsidRDefault="001F2286">
      <w:pPr>
        <w:spacing w:before="140"/>
        <w:jc w:val="both"/>
      </w:pPr>
      <w:r>
        <w:rPr>
          <w:b/>
        </w:rPr>
        <w:t>SÉPTIMA.- SANEAMIENTO Y GRAVÁMENES.-</w:t>
      </w:r>
    </w:p>
    <w:p w14:paraId="5AA1A9DB" w14:textId="77777777" w:rsidR="00876746" w:rsidRDefault="001F2286">
      <w:pPr>
        <w:spacing w:after="100"/>
        <w:jc w:val="both"/>
      </w:pPr>
      <w:r>
        <w:t xml:space="preserve">Los VENDEDORES declaran que sobre el inmueble </w:t>
      </w:r>
      <w:r>
        <w:rPr>
          <w:color w:val="C00000"/>
        </w:rPr>
        <w:t xml:space="preserve">[NO PESA GRAVAMEN, HIPOTECA, </w:t>
      </w:r>
      <w:r>
        <w:rPr>
          <w:color w:val="C00000"/>
        </w:rPr>
        <w:t>EMBARGO, PROHIBICIÓN DE ENAJENAR NI LIMITACIÓN ALGUNA / DETALLAR EL GRAVAMEN O LIMITACIÓN QUE CONSTE EN EL CERTIFICADO DE GRAVÁMENES]</w:t>
      </w:r>
      <w:r>
        <w:t>. Los VENDEDORES se sujetan al saneamiento que corresponda.</w:t>
      </w:r>
    </w:p>
    <w:p w14:paraId="06FE271B" w14:textId="6951DB0F" w:rsidR="00876746" w:rsidRPr="00E277D8" w:rsidRDefault="001F2286">
      <w:pPr>
        <w:spacing w:before="140"/>
        <w:jc w:val="both"/>
        <w:rPr>
          <w:color w:val="FF0000"/>
        </w:rPr>
      </w:pPr>
      <w:r>
        <w:rPr>
          <w:b/>
        </w:rPr>
        <w:t>OCTAVA.- POSESIÓN, USO Y DISFRUTE.-</w:t>
      </w:r>
      <w:r w:rsidR="00E277D8">
        <w:rPr>
          <w:b/>
        </w:rPr>
        <w:t xml:space="preserve"> </w:t>
      </w:r>
      <w:r w:rsidR="00E277D8" w:rsidRPr="00E277D8">
        <w:rPr>
          <w:b/>
          <w:color w:val="FF0000"/>
        </w:rPr>
        <w:t>(INSERTAR CLAUSULA UNICAMENTE SI HAY RESERVA DE USUFRUCTO EN LA VENTA)</w:t>
      </w:r>
    </w:p>
    <w:p w14:paraId="5F2EE38A" w14:textId="77777777" w:rsidR="00876746" w:rsidRDefault="001F2286">
      <w:pPr>
        <w:spacing w:after="100"/>
        <w:jc w:val="both"/>
      </w:pPr>
      <w:r>
        <w:t>La posesión, uso y disfrute</w:t>
      </w:r>
      <w:r>
        <w:t xml:space="preserve"> del inmueble corresponderán a </w:t>
      </w:r>
      <w:r>
        <w:rPr>
          <w:color w:val="C00000"/>
        </w:rPr>
        <w:t>[NOMBRE DEL USUFRUCTUARIO / LOS VENDEDORES QUE SE RESERVAN EL USUFRUCTO]</w:t>
      </w:r>
      <w:r>
        <w:t>, mientras se encuentre vigente el usufructo. El nudo propietario conservará su derecho sobre la nuda propiedad, sin perjuicio de los derechos que corres</w:t>
      </w:r>
      <w:r>
        <w:t>pondan al usufructuario mientras subsista el usufructo.</w:t>
      </w:r>
    </w:p>
    <w:p w14:paraId="24DC0FD5" w14:textId="77777777" w:rsidR="00876746" w:rsidRDefault="001F2286">
      <w:pPr>
        <w:spacing w:before="140"/>
        <w:jc w:val="both"/>
      </w:pPr>
      <w:r>
        <w:rPr>
          <w:b/>
        </w:rPr>
        <w:t>NOVENA.- CUANTÍA.-</w:t>
      </w:r>
    </w:p>
    <w:p w14:paraId="29582B08" w14:textId="14CD6D14" w:rsidR="00876746" w:rsidRDefault="001F2286">
      <w:pPr>
        <w:spacing w:after="100"/>
        <w:jc w:val="both"/>
      </w:pPr>
      <w:r>
        <w:t xml:space="preserve">La cuantía de la presente escritura se fija en </w:t>
      </w:r>
      <w:r>
        <w:rPr>
          <w:color w:val="C00000"/>
        </w:rPr>
        <w:t xml:space="preserve">[VALOR EN </w:t>
      </w:r>
      <w:r w:rsidR="00E277D8">
        <w:rPr>
          <w:color w:val="C00000"/>
        </w:rPr>
        <w:t>LETRAS</w:t>
      </w:r>
      <w:r>
        <w:rPr>
          <w:color w:val="C00000"/>
        </w:rPr>
        <w:t>]</w:t>
      </w:r>
      <w:r>
        <w:t xml:space="preserve"> DÓLARES DE LOS ESTADOS UNIDOS DE AMÉRICA CON </w:t>
      </w:r>
      <w:r>
        <w:rPr>
          <w:color w:val="C00000"/>
        </w:rPr>
        <w:t>[____]</w:t>
      </w:r>
      <w:r>
        <w:t>/100.</w:t>
      </w:r>
    </w:p>
    <w:p w14:paraId="3677A4C7" w14:textId="77777777" w:rsidR="00876746" w:rsidRDefault="001F2286">
      <w:pPr>
        <w:spacing w:before="140"/>
        <w:jc w:val="both"/>
      </w:pPr>
      <w:r>
        <w:rPr>
          <w:b/>
        </w:rPr>
        <w:t>DÉCIMA.- GASTOS E IMPUESTOS.-</w:t>
      </w:r>
    </w:p>
    <w:p w14:paraId="26F93C16" w14:textId="77777777" w:rsidR="00876746" w:rsidRDefault="001F2286">
      <w:pPr>
        <w:spacing w:after="100"/>
        <w:jc w:val="both"/>
      </w:pPr>
      <w:r>
        <w:t>Los impuestos y gastos que d</w:t>
      </w:r>
      <w:r>
        <w:t xml:space="preserve">emande la celebración de la presente escritura serán asumidos por </w:t>
      </w:r>
      <w:r>
        <w:rPr>
          <w:color w:val="C00000"/>
        </w:rPr>
        <w:t>[INDICAR DISTRIBUCIÓN ACORDADA]</w:t>
      </w:r>
      <w:r>
        <w:t>, sin perjuicio de los valores que correspondan por la transferencia de cada derecho.</w:t>
      </w:r>
    </w:p>
    <w:p w14:paraId="4282F102" w14:textId="77777777" w:rsidR="00876746" w:rsidRDefault="001F2286">
      <w:pPr>
        <w:spacing w:before="140"/>
        <w:jc w:val="both"/>
      </w:pPr>
      <w:r>
        <w:rPr>
          <w:b/>
        </w:rPr>
        <w:t>DÉCIMA PRIMERA.- AUTORIZACIÓN.-</w:t>
      </w:r>
    </w:p>
    <w:p w14:paraId="3464AB79" w14:textId="77777777" w:rsidR="00876746" w:rsidRDefault="001F2286">
      <w:pPr>
        <w:spacing w:after="100"/>
        <w:jc w:val="both"/>
      </w:pPr>
      <w:r>
        <w:t>Las partes autorizan a cualquiera de ella</w:t>
      </w:r>
      <w:r>
        <w:t>s, por sí, por interpuesta persona o por medio de su abogado patrocinador, para realizar las gestiones necesarias para la inscripción de la presente escritura.</w:t>
      </w:r>
    </w:p>
    <w:p w14:paraId="15132151" w14:textId="77777777" w:rsidR="00876746" w:rsidRDefault="001F2286">
      <w:pPr>
        <w:spacing w:before="140"/>
        <w:jc w:val="both"/>
      </w:pPr>
      <w:r>
        <w:rPr>
          <w:b/>
        </w:rPr>
        <w:t>DÉCIMA SEGUNDA.- ACEPTACIÓN.-</w:t>
      </w:r>
    </w:p>
    <w:p w14:paraId="19F1EA88" w14:textId="77777777" w:rsidR="00876746" w:rsidRDefault="001F2286">
      <w:pPr>
        <w:spacing w:after="100"/>
        <w:jc w:val="both"/>
      </w:pPr>
      <w:r>
        <w:lastRenderedPageBreak/>
        <w:t xml:space="preserve">Los comparecientes aceptan la presente escritura en todas sus </w:t>
      </w:r>
      <w:r>
        <w:t>partes, por convenir a sus intereses, y se ratifican en el contenido de los derechos y obligaciones establecidos.</w:t>
      </w:r>
    </w:p>
    <w:p w14:paraId="70BF2F88" w14:textId="77777777" w:rsidR="00876746" w:rsidRDefault="001F2286">
      <w:pPr>
        <w:spacing w:after="100"/>
        <w:jc w:val="both"/>
      </w:pPr>
      <w:r>
        <w:t>Usted, señora Notaria, se servirá agregar las demás cláusulas de estilo necesarias para la plena validez de este instrumento.</w:t>
      </w:r>
    </w:p>
    <w:sectPr w:rsidR="00876746" w:rsidSect="00034616">
      <w:headerReference w:type="default" r:id="rId8"/>
      <w:footerReference w:type="default" r:id="rId9"/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1BA11" w14:textId="77777777" w:rsidR="001F2286" w:rsidRDefault="001F2286">
      <w:pPr>
        <w:spacing w:after="0" w:line="240" w:lineRule="auto"/>
      </w:pPr>
      <w:r>
        <w:separator/>
      </w:r>
    </w:p>
  </w:endnote>
  <w:endnote w:type="continuationSeparator" w:id="0">
    <w:p w14:paraId="5EBDEDEA" w14:textId="77777777" w:rsidR="001F2286" w:rsidRDefault="001F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E6C57" w14:textId="77777777" w:rsidR="00876746" w:rsidRDefault="001F2286">
    <w:pPr>
      <w:pStyle w:val="Piedepgina"/>
      <w:jc w:val="center"/>
    </w:pPr>
    <w:r>
      <w:rPr>
        <w:sz w:val="16"/>
      </w:rPr>
      <w:t xml:space="preserve">INICIA DERECHO  •  Modelo gratuito de compraventa de nuda propiedad y/o usufructo  •  </w:t>
    </w:r>
    <w:r>
      <w:fldChar w:fldCharType="begin"/>
    </w:r>
    <w:r>
      <w:instrText>PAGE</w:instrText>
    </w:r>
    <w:r>
      <w:fldChar w:fldCharType="separate"/>
    </w:r>
    <w:r w:rsidR="00E277D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48C2E" w14:textId="77777777" w:rsidR="001F2286" w:rsidRDefault="001F2286">
      <w:pPr>
        <w:spacing w:after="0" w:line="240" w:lineRule="auto"/>
      </w:pPr>
      <w:r>
        <w:separator/>
      </w:r>
    </w:p>
  </w:footnote>
  <w:footnote w:type="continuationSeparator" w:id="0">
    <w:p w14:paraId="4A174108" w14:textId="77777777" w:rsidR="001F2286" w:rsidRDefault="001F2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9A09B" w14:textId="77777777" w:rsidR="00876746" w:rsidRDefault="00876746">
    <w:pPr>
      <w:pStyle w:val="Encabezado"/>
    </w:pPr>
  </w:p>
  <w:tbl>
    <w:tblPr>
      <w:tblW w:w="0" w:type="auto"/>
      <w:jc w:val="center"/>
      <w:tblBorders>
        <w:bottom w:val="single" w:sz="4" w:space="0" w:color="BFBFBF"/>
      </w:tblBorders>
      <w:tblLook w:val="04A0" w:firstRow="1" w:lastRow="0" w:firstColumn="1" w:lastColumn="0" w:noHBand="0" w:noVBand="1"/>
    </w:tblPr>
    <w:tblGrid>
      <w:gridCol w:w="4677"/>
      <w:gridCol w:w="4677"/>
    </w:tblGrid>
    <w:tr w:rsidR="00876746" w14:paraId="39D0B8A7" w14:textId="77777777">
      <w:trPr>
        <w:jc w:val="center"/>
      </w:trPr>
      <w:tc>
        <w:tcPr>
          <w:tcW w:w="4677" w:type="dxa"/>
        </w:tcPr>
        <w:p w14:paraId="704350D8" w14:textId="77777777" w:rsidR="00876746" w:rsidRDefault="001F2286">
          <w:r>
            <w:rPr>
              <w:noProof/>
            </w:rPr>
            <w:drawing>
              <wp:inline distT="0" distB="0" distL="0" distR="0" wp14:anchorId="008EA74B" wp14:editId="7BB486E3">
                <wp:extent cx="1440000" cy="39456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n-marca-de-agua-e1735359403888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394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</w:tcPr>
        <w:p w14:paraId="61815618" w14:textId="77777777" w:rsidR="00876746" w:rsidRDefault="001F2286">
          <w:pPr>
            <w:jc w:val="right"/>
          </w:pPr>
          <w:r>
            <w:rPr>
              <w:b/>
              <w:sz w:val="18"/>
            </w:rPr>
            <w:t>www.iniciaderecho.com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2286"/>
    <w:rsid w:val="0029639D"/>
    <w:rsid w:val="00326F90"/>
    <w:rsid w:val="00876746"/>
    <w:rsid w:val="00AA1D8D"/>
    <w:rsid w:val="00B47730"/>
    <w:rsid w:val="00CB0664"/>
    <w:rsid w:val="00E277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2A7410"/>
  <w14:defaultImageDpi w14:val="300"/>
  <w15:docId w15:val="{1A9FCA28-EDD3-471A-BE6F-879EF8D9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mbria" w:eastAsia="Cambria" w:hAnsi="Cambria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768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Inicia Derecho</dc:creator>
  <cp:keywords/>
  <dc:description/>
  <cp:lastModifiedBy>Luis Miranda</cp:lastModifiedBy>
  <cp:revision>2</cp:revision>
  <dcterms:created xsi:type="dcterms:W3CDTF">2013-12-23T23:15:00Z</dcterms:created>
  <dcterms:modified xsi:type="dcterms:W3CDTF">2026-08-16T16:58:00Z</dcterms:modified>
  <cp:category/>
</cp:coreProperties>
</file>