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B14C2" w14:textId="77777777" w:rsidR="008A586F" w:rsidRDefault="00A64057">
      <w:pPr>
        <w:spacing w:after="40"/>
        <w:jc w:val="center"/>
      </w:pPr>
      <w:r>
        <w:rPr>
          <w:b/>
        </w:rPr>
        <w:t>MODELO GRATUITO</w:t>
      </w:r>
    </w:p>
    <w:p w14:paraId="28380E13" w14:textId="77777777" w:rsidR="008A586F" w:rsidRDefault="00A64057">
      <w:pPr>
        <w:spacing w:after="40"/>
        <w:jc w:val="center"/>
      </w:pPr>
      <w:r>
        <w:rPr>
          <w:b/>
          <w:sz w:val="30"/>
        </w:rPr>
        <w:t>DECLARACIÓN JURAMENTADA PARA EL REGISTRO DE TÍTULOS OTORGADOS EN EL EXTERIOR</w:t>
      </w:r>
    </w:p>
    <w:p w14:paraId="0980C034" w14:textId="77777777" w:rsidR="008A586F" w:rsidRDefault="00A64057">
      <w:pPr>
        <w:spacing w:after="240"/>
        <w:jc w:val="center"/>
      </w:pPr>
      <w:r>
        <w:t>MINUTA</w:t>
      </w:r>
    </w:p>
    <w:p w14:paraId="2B5A4171" w14:textId="77777777" w:rsidR="008A586F" w:rsidRDefault="00A64057">
      <w:pPr>
        <w:spacing w:after="100"/>
        <w:jc w:val="both"/>
      </w:pPr>
      <w:r>
        <w:t xml:space="preserve">SEÑOR NOTARIO: En el Registro de Escrituras Públicas a su cargo, sírvase incorporar la siguiente declaración juramentada, al tenor de las </w:t>
      </w:r>
      <w:r>
        <w:t>siguientes cláusulas:</w:t>
      </w:r>
    </w:p>
    <w:p w14:paraId="408D4885" w14:textId="77777777" w:rsidR="008A586F" w:rsidRDefault="00A64057">
      <w:pPr>
        <w:spacing w:before="140" w:after="40"/>
        <w:jc w:val="both"/>
      </w:pPr>
      <w:r>
        <w:rPr>
          <w:b/>
        </w:rPr>
        <w:t>PRIMERA: COMPARECIENTE:</w:t>
      </w:r>
    </w:p>
    <w:p w14:paraId="0723E033" w14:textId="77777777" w:rsidR="008A586F" w:rsidRDefault="00A64057">
      <w:pPr>
        <w:spacing w:after="100"/>
        <w:jc w:val="both"/>
      </w:pPr>
      <w:r>
        <w:t xml:space="preserve">Comparece a la suscripción de la presente Escritura Pública el/la señor/a </w:t>
      </w:r>
      <w:r>
        <w:rPr>
          <w:color w:val="C00000"/>
        </w:rPr>
        <w:t>[NOMBRE COMPLETO DEL DECLARANTE]</w:t>
      </w:r>
      <w:r>
        <w:t xml:space="preserve">, por sus propios y personales derechos,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</w:t>
      </w:r>
      <w:r>
        <w:t xml:space="preserve">do civil </w:t>
      </w:r>
      <w:r>
        <w:rPr>
          <w:color w:val="C00000"/>
        </w:rPr>
        <w:t>[ESTADO CIVIL]</w:t>
      </w:r>
      <w:r>
        <w:t xml:space="preserve">, domiciliado/a en la calle </w:t>
      </w:r>
      <w:r>
        <w:rPr>
          <w:color w:val="C00000"/>
        </w:rPr>
        <w:t>[DIRECCIÓN]</w:t>
      </w:r>
      <w:r>
        <w:t xml:space="preserve">, de la ciudad y cantón </w:t>
      </w:r>
      <w:r>
        <w:rPr>
          <w:color w:val="C00000"/>
        </w:rPr>
        <w:t>[CANTÓN]</w:t>
      </w:r>
      <w:r>
        <w:t xml:space="preserve">, provincia de </w:t>
      </w:r>
      <w:r>
        <w:rPr>
          <w:color w:val="C00000"/>
        </w:rPr>
        <w:t>[PROVINCIA]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; legalmente capaz para contratar y contraer obligaciones.</w:t>
      </w:r>
    </w:p>
    <w:p w14:paraId="065CBBC1" w14:textId="77777777" w:rsidR="008A586F" w:rsidRDefault="00A64057">
      <w:pPr>
        <w:spacing w:before="140" w:after="40"/>
        <w:jc w:val="both"/>
      </w:pPr>
      <w:r>
        <w:rPr>
          <w:b/>
        </w:rPr>
        <w:t>SEGUND</w:t>
      </w:r>
      <w:r>
        <w:rPr>
          <w:b/>
        </w:rPr>
        <w:t>A: DECLARACIÓN JURAMENTADA:</w:t>
      </w:r>
    </w:p>
    <w:p w14:paraId="2E9B8992" w14:textId="77777777" w:rsidR="008A586F" w:rsidRDefault="00A64057">
      <w:pPr>
        <w:spacing w:after="100"/>
        <w:jc w:val="both"/>
      </w:pPr>
      <w:r>
        <w:t xml:space="preserve">Yo, </w:t>
      </w:r>
      <w:r>
        <w:rPr>
          <w:color w:val="C00000"/>
        </w:rPr>
        <w:t>[NOMBRE COMPLETO DEL DECLARANTE]</w:t>
      </w:r>
      <w:r>
        <w:t xml:space="preserve">, declaro bajo la gravedad de juramento que con fecha </w:t>
      </w:r>
      <w:r>
        <w:rPr>
          <w:color w:val="C00000"/>
        </w:rPr>
        <w:t>[DÍA]</w:t>
      </w:r>
      <w:r>
        <w:t xml:space="preserve"> de </w:t>
      </w:r>
      <w:r>
        <w:rPr>
          <w:color w:val="C00000"/>
        </w:rPr>
        <w:t>[MES]</w:t>
      </w:r>
      <w:r>
        <w:t xml:space="preserve"> del año </w:t>
      </w:r>
      <w:r>
        <w:rPr>
          <w:color w:val="C00000"/>
        </w:rPr>
        <w:t>[AÑO]</w:t>
      </w:r>
      <w:r>
        <w:t xml:space="preserve">, he culminado los estudios conducentes a la obtención del título de </w:t>
      </w:r>
      <w:r>
        <w:rPr>
          <w:color w:val="C00000"/>
        </w:rPr>
        <w:t>[NOMBRE DEL TÍTULO]</w:t>
      </w:r>
      <w:r>
        <w:t xml:space="preserve">, por la </w:t>
      </w:r>
      <w:r>
        <w:rPr>
          <w:color w:val="C00000"/>
        </w:rPr>
        <w:t>[NOMBRE DE LA</w:t>
      </w:r>
      <w:r>
        <w:rPr>
          <w:color w:val="C00000"/>
        </w:rPr>
        <w:t xml:space="preserve"> INSTITUCIÓN EDUCATIVA]</w:t>
      </w:r>
      <w:r>
        <w:t>, conforme lo acredito con la certificación supletoria otorgada por dicha institución y que hace las veces de título.</w:t>
      </w:r>
    </w:p>
    <w:p w14:paraId="1FF97132" w14:textId="77777777" w:rsidR="008A586F" w:rsidRDefault="00A64057">
      <w:pPr>
        <w:spacing w:after="100"/>
        <w:jc w:val="both"/>
      </w:pPr>
      <w:r>
        <w:t>Así mismo declaro que he satisfecho el pago de los aranceles correspondientes a la emisión del título, con fecha ap</w:t>
      </w:r>
      <w:r>
        <w:t xml:space="preserve">roximada de </w:t>
      </w:r>
      <w:r>
        <w:rPr>
          <w:color w:val="C00000"/>
        </w:rPr>
        <w:t>[DÍA]</w:t>
      </w:r>
      <w:r>
        <w:t xml:space="preserve"> de </w:t>
      </w:r>
      <w:r>
        <w:rPr>
          <w:color w:val="C00000"/>
        </w:rPr>
        <w:t>[MES]</w:t>
      </w:r>
      <w:r>
        <w:t xml:space="preserve"> del año </w:t>
      </w:r>
      <w:r>
        <w:rPr>
          <w:color w:val="C00000"/>
        </w:rPr>
        <w:t>[AÑO]</w:t>
      </w:r>
      <w:r>
        <w:t>.</w:t>
      </w:r>
    </w:p>
    <w:p w14:paraId="3F7845C2" w14:textId="77777777" w:rsidR="008A586F" w:rsidRDefault="00A64057">
      <w:pPr>
        <w:spacing w:after="100"/>
        <w:jc w:val="both"/>
      </w:pPr>
      <w:r>
        <w:t>La presente declaración la realizo con el fin de que la Secretaría de Educación Superior, Ciencia, Tecnología e Innovación registre la referida certificación supletoria mientras se emite el título definitivo, en un</w:t>
      </w:r>
      <w:r>
        <w:t xml:space="preserve"> plazo de </w:t>
      </w:r>
      <w:r>
        <w:rPr>
          <w:color w:val="C00000"/>
        </w:rPr>
        <w:t>[____]</w:t>
      </w:r>
      <w:r>
        <w:t xml:space="preserve"> meses.</w:t>
      </w:r>
    </w:p>
    <w:p w14:paraId="0418FEF8" w14:textId="77777777" w:rsidR="008A586F" w:rsidRDefault="00A64057">
      <w:pPr>
        <w:spacing w:before="140" w:after="40"/>
        <w:jc w:val="both"/>
      </w:pPr>
      <w:r>
        <w:rPr>
          <w:b/>
        </w:rPr>
        <w:t>TERCERA: VERACIDAD DE LA DOCUMENTACIÓN:</w:t>
      </w:r>
    </w:p>
    <w:p w14:paraId="4DFA1B40" w14:textId="77777777" w:rsidR="008A586F" w:rsidRDefault="00A64057">
      <w:pPr>
        <w:spacing w:after="100"/>
        <w:jc w:val="both"/>
      </w:pPr>
      <w:r>
        <w:t>Declaro bajo la gravedad de juramento que la información proporcionada en esta declaración y la documentación presentada ante la Secretaría de Educación Superior, Ciencia, Tecnología e Innovac</w:t>
      </w:r>
      <w:r>
        <w:t>ión (SENESCYT) para el registro del título corresponden a mi persona y son verdaderas, auténticas y legítimas, asumiendo la responsabilidad que corresponda por la información y documentación presentada.</w:t>
      </w:r>
    </w:p>
    <w:p w14:paraId="0EF45812" w14:textId="77777777" w:rsidR="008A586F" w:rsidRDefault="00A64057">
      <w:pPr>
        <w:spacing w:before="140" w:after="40"/>
        <w:jc w:val="both"/>
      </w:pPr>
      <w:r>
        <w:rPr>
          <w:b/>
        </w:rPr>
        <w:t>CUARTA: CUANTÍA:</w:t>
      </w:r>
    </w:p>
    <w:p w14:paraId="4EE35AA4" w14:textId="77777777" w:rsidR="008A586F" w:rsidRDefault="00A64057">
      <w:pPr>
        <w:spacing w:after="100"/>
        <w:jc w:val="both"/>
      </w:pPr>
      <w:r>
        <w:t>La cuantía por su naturaleza es inde</w:t>
      </w:r>
      <w:r>
        <w:t>terminada.</w:t>
      </w:r>
    </w:p>
    <w:p w14:paraId="031936F3" w14:textId="77777777" w:rsidR="008A586F" w:rsidRDefault="00A64057">
      <w:pPr>
        <w:spacing w:after="100"/>
        <w:jc w:val="both"/>
      </w:pPr>
      <w:r>
        <w:t>Usted, señor Notario, se servirá incorporar las demás cláusulas de estilo y Ley para la perfecta validez de esta Escritura.</w:t>
      </w:r>
    </w:p>
    <w:p w14:paraId="1AF3188F" w14:textId="77777777" w:rsidR="008A586F" w:rsidRDefault="00A64057">
      <w:pPr>
        <w:spacing w:after="40"/>
        <w:jc w:val="center"/>
      </w:pPr>
      <w:r>
        <w:rPr>
          <w:b/>
          <w:color w:val="C00000"/>
        </w:rPr>
        <w:t>[NOMBRE DEL ABOGADO PATROCINADOR]</w:t>
      </w:r>
    </w:p>
    <w:p w14:paraId="7B01E75C" w14:textId="77777777" w:rsidR="008A586F" w:rsidRDefault="00A64057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8A586F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1773F" w14:textId="77777777" w:rsidR="00A64057" w:rsidRDefault="00A64057">
      <w:pPr>
        <w:spacing w:after="0" w:line="240" w:lineRule="auto"/>
      </w:pPr>
      <w:r>
        <w:separator/>
      </w:r>
    </w:p>
  </w:endnote>
  <w:endnote w:type="continuationSeparator" w:id="0">
    <w:p w14:paraId="15C05659" w14:textId="77777777" w:rsidR="00A64057" w:rsidRDefault="00A6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6F58D" w14:textId="77777777" w:rsidR="00A64057" w:rsidRDefault="00A64057">
      <w:pPr>
        <w:spacing w:after="0" w:line="240" w:lineRule="auto"/>
      </w:pPr>
      <w:r>
        <w:separator/>
      </w:r>
    </w:p>
  </w:footnote>
  <w:footnote w:type="continuationSeparator" w:id="0">
    <w:p w14:paraId="191EE286" w14:textId="77777777" w:rsidR="00A64057" w:rsidRDefault="00A64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8712" w14:textId="77777777" w:rsidR="008A586F" w:rsidRDefault="008A586F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8A586F" w14:paraId="75B22CBB" w14:textId="77777777">
      <w:trPr>
        <w:jc w:val="center"/>
      </w:trPr>
      <w:tc>
        <w:tcPr>
          <w:tcW w:w="4677" w:type="dxa"/>
        </w:tcPr>
        <w:p w14:paraId="6D5B6E77" w14:textId="77777777" w:rsidR="008A586F" w:rsidRDefault="00A64057">
          <w:r>
            <w:rPr>
              <w:noProof/>
            </w:rPr>
            <w:drawing>
              <wp:inline distT="0" distB="0" distL="0" distR="0" wp14:anchorId="792B62A1" wp14:editId="1073A02B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67A9BC85" w14:textId="77777777" w:rsidR="008A586F" w:rsidRDefault="00A64057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1AF"/>
    <w:rsid w:val="00326F90"/>
    <w:rsid w:val="008A586F"/>
    <w:rsid w:val="00A6405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A416B"/>
  <w14:defaultImageDpi w14:val="300"/>
  <w15:docId w15:val="{3D0F07B5-8151-4E23-8650-72F50509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2026-08-22T22:32:00Z</dcterms:modified>
  <cp:category/>
</cp:coreProperties>
</file>