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4B9B8" w14:textId="77777777" w:rsidR="00C25B16" w:rsidRDefault="006F789A">
      <w:pPr>
        <w:spacing w:after="40"/>
        <w:jc w:val="center"/>
      </w:pPr>
      <w:r>
        <w:rPr>
          <w:b/>
        </w:rPr>
        <w:t>MODELO GRATUITO</w:t>
      </w:r>
    </w:p>
    <w:p w14:paraId="7BD5935E" w14:textId="77777777" w:rsidR="00C25B16" w:rsidRDefault="006F789A">
      <w:pPr>
        <w:spacing w:after="40"/>
        <w:jc w:val="center"/>
      </w:pPr>
      <w:r>
        <w:rPr>
          <w:b/>
          <w:sz w:val="30"/>
        </w:rPr>
        <w:t>DECLARACIÓN JURAMENTADA DE TENENCIA PARA MATRIMONIO Y/O SEGUNDAS NUPCIAS</w:t>
      </w:r>
    </w:p>
    <w:p w14:paraId="4B8380F2" w14:textId="77777777" w:rsidR="00C25B16" w:rsidRDefault="006F789A">
      <w:pPr>
        <w:spacing w:after="240"/>
        <w:jc w:val="center"/>
      </w:pPr>
      <w:r>
        <w:t>MINUTA</w:t>
      </w:r>
    </w:p>
    <w:p w14:paraId="0EF6B13D" w14:textId="77777777" w:rsidR="00C25B16" w:rsidRDefault="006F789A">
      <w:pPr>
        <w:spacing w:after="100"/>
        <w:jc w:val="both"/>
      </w:pPr>
      <w:r>
        <w:t xml:space="preserve">SEÑOR NOTARIO: En el Registro de Escrituras Públicas a su cargo, sírvase incorporar la siguiente declaración juramentada, al tenor de las siguientes </w:t>
      </w:r>
      <w:r>
        <w:t>cláusulas:</w:t>
      </w:r>
    </w:p>
    <w:p w14:paraId="28FA252A" w14:textId="77777777" w:rsidR="00C25B16" w:rsidRDefault="006F789A">
      <w:pPr>
        <w:spacing w:before="140" w:after="40"/>
        <w:jc w:val="both"/>
      </w:pPr>
      <w:r>
        <w:rPr>
          <w:b/>
        </w:rPr>
        <w:t>PRIMERA: COMPARECIENTE:</w:t>
      </w:r>
    </w:p>
    <w:p w14:paraId="1F7071FC" w14:textId="77777777" w:rsidR="00C25B16" w:rsidRDefault="006F789A">
      <w:pPr>
        <w:spacing w:after="100"/>
        <w:jc w:val="both"/>
      </w:pPr>
      <w:r>
        <w:t xml:space="preserve">Comparece a la suscripción de la presente Escritura Pública el señor </w:t>
      </w:r>
      <w:r>
        <w:rPr>
          <w:color w:val="C00000"/>
        </w:rPr>
        <w:t>[NOMBRE COMPLETO DEL DECLARANTE]</w:t>
      </w:r>
      <w:r>
        <w:t xml:space="preserve">, por sus propios y personales derechos,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[ESTADO</w:t>
      </w:r>
      <w:r>
        <w:rPr>
          <w:color w:val="C00000"/>
        </w:rPr>
        <w:t xml:space="preserve"> CIVIL]</w:t>
      </w:r>
      <w:r>
        <w:t xml:space="preserve">, domiciliado en la calle </w:t>
      </w:r>
      <w:r>
        <w:rPr>
          <w:color w:val="C00000"/>
        </w:rPr>
        <w:t>[DIRECCIÓN]</w:t>
      </w:r>
      <w:r>
        <w:t xml:space="preserve">, de la ciudad y cantón </w:t>
      </w:r>
      <w:r>
        <w:rPr>
          <w:color w:val="C00000"/>
        </w:rPr>
        <w:t>[CANTÓN]</w:t>
      </w:r>
      <w:r>
        <w:t xml:space="preserve">, provincia de </w:t>
      </w:r>
      <w:r>
        <w:rPr>
          <w:color w:val="C00000"/>
        </w:rPr>
        <w:t>[PROVINCIA]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; legalmente capaz para contratar y contraer obligaciones.</w:t>
      </w:r>
    </w:p>
    <w:p w14:paraId="37D18D17" w14:textId="77777777" w:rsidR="00C25B16" w:rsidRDefault="006F789A">
      <w:pPr>
        <w:spacing w:before="140" w:after="40"/>
        <w:jc w:val="both"/>
      </w:pPr>
      <w:r>
        <w:rPr>
          <w:b/>
        </w:rPr>
        <w:t>SEGUNDA: DECLARACIÓN JUR</w:t>
      </w:r>
      <w:r>
        <w:rPr>
          <w:b/>
        </w:rPr>
        <w:t>AMENTADA:</w:t>
      </w:r>
    </w:p>
    <w:p w14:paraId="7D1E7C33" w14:textId="77777777" w:rsidR="00C25B16" w:rsidRDefault="006F789A">
      <w:pPr>
        <w:spacing w:after="100"/>
        <w:jc w:val="both"/>
      </w:pPr>
      <w:r>
        <w:t xml:space="preserve">Yo, </w:t>
      </w:r>
      <w:r>
        <w:rPr>
          <w:color w:val="C00000"/>
        </w:rPr>
        <w:t>[NOMBRE COMPLETO DEL DECLARANTE]</w:t>
      </w:r>
      <w:r>
        <w:t xml:space="preserve">, declaro bajo la gravedad de juramento que mi hijo/a menor de edad, quien responde a los nombres de </w:t>
      </w:r>
      <w:r>
        <w:rPr>
          <w:color w:val="C00000"/>
        </w:rPr>
        <w:t>[NOMBRE COMPLETO DEL MENOR]</w:t>
      </w:r>
      <w:r>
        <w:t xml:space="preserve">, se encuentra bajo la tenencia, protección y cuidado de su madre/padre, señor/a </w:t>
      </w:r>
      <w:r>
        <w:rPr>
          <w:color w:val="C00000"/>
        </w:rPr>
        <w:t>[</w:t>
      </w:r>
      <w:r>
        <w:rPr>
          <w:color w:val="C00000"/>
        </w:rPr>
        <w:t>NOMBRE COMPLETO DE LA MADRE / PADRE]</w:t>
      </w:r>
      <w:r>
        <w:t>.</w:t>
      </w:r>
    </w:p>
    <w:p w14:paraId="158FB05C" w14:textId="77777777" w:rsidR="00C25B16" w:rsidRDefault="006F789A">
      <w:pPr>
        <w:spacing w:before="140" w:after="40"/>
        <w:jc w:val="both"/>
      </w:pPr>
      <w:r>
        <w:rPr>
          <w:b/>
        </w:rPr>
        <w:t>TERCERA: CUANTÍA:</w:t>
      </w:r>
    </w:p>
    <w:p w14:paraId="446D6867" w14:textId="77777777" w:rsidR="00C25B16" w:rsidRDefault="006F789A">
      <w:pPr>
        <w:spacing w:after="100"/>
        <w:jc w:val="both"/>
      </w:pPr>
      <w:r>
        <w:t>La cuantía por su naturaleza es indeterminada.</w:t>
      </w:r>
    </w:p>
    <w:p w14:paraId="344B0CFD" w14:textId="77777777" w:rsidR="00C25B16" w:rsidRDefault="006F789A">
      <w:pPr>
        <w:spacing w:after="100"/>
        <w:jc w:val="both"/>
      </w:pPr>
      <w:r>
        <w:t>Usted, señor Notario, se servirá incorporar las demás cláusulas de estilo y Ley para la perfecta validez de esta Escritura.</w:t>
      </w:r>
    </w:p>
    <w:p w14:paraId="6D133FED" w14:textId="77777777" w:rsidR="00C25B16" w:rsidRDefault="006F789A">
      <w:pPr>
        <w:spacing w:after="40"/>
        <w:jc w:val="center"/>
      </w:pPr>
      <w:r>
        <w:rPr>
          <w:b/>
          <w:color w:val="C00000"/>
        </w:rPr>
        <w:t>[</w:t>
      </w:r>
      <w:r>
        <w:rPr>
          <w:b/>
          <w:color w:val="C00000"/>
        </w:rPr>
        <w:t>NOMBRE DEL ABOGADO PATROCINADOR]</w:t>
      </w:r>
    </w:p>
    <w:p w14:paraId="16884656" w14:textId="77777777" w:rsidR="00C25B16" w:rsidRDefault="006F789A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C25B16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0FBD3" w14:textId="77777777" w:rsidR="006F789A" w:rsidRDefault="006F789A">
      <w:pPr>
        <w:spacing w:after="0" w:line="240" w:lineRule="auto"/>
      </w:pPr>
      <w:r>
        <w:separator/>
      </w:r>
    </w:p>
  </w:endnote>
  <w:endnote w:type="continuationSeparator" w:id="0">
    <w:p w14:paraId="5F4B2448" w14:textId="77777777" w:rsidR="006F789A" w:rsidRDefault="006F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7655" w14:textId="77777777" w:rsidR="006F789A" w:rsidRDefault="006F789A">
      <w:pPr>
        <w:spacing w:after="0" w:line="240" w:lineRule="auto"/>
      </w:pPr>
      <w:r>
        <w:separator/>
      </w:r>
    </w:p>
  </w:footnote>
  <w:footnote w:type="continuationSeparator" w:id="0">
    <w:p w14:paraId="4C6EB60A" w14:textId="77777777" w:rsidR="006F789A" w:rsidRDefault="006F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D1C3" w14:textId="77777777" w:rsidR="00C25B16" w:rsidRDefault="00C25B16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C25B16" w14:paraId="291AE7BE" w14:textId="77777777">
      <w:trPr>
        <w:jc w:val="center"/>
      </w:trPr>
      <w:tc>
        <w:tcPr>
          <w:tcW w:w="4677" w:type="dxa"/>
        </w:tcPr>
        <w:p w14:paraId="273CFC16" w14:textId="77777777" w:rsidR="00C25B16" w:rsidRDefault="006F789A">
          <w:r>
            <w:rPr>
              <w:noProof/>
            </w:rPr>
            <w:drawing>
              <wp:inline distT="0" distB="0" distL="0" distR="0" wp14:anchorId="5FAFE594" wp14:editId="7A0758D2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699F8E17" w14:textId="77777777" w:rsidR="00C25B16" w:rsidRDefault="006F789A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112B"/>
    <w:rsid w:val="00326F90"/>
    <w:rsid w:val="006F789A"/>
    <w:rsid w:val="00AA1D8D"/>
    <w:rsid w:val="00B47730"/>
    <w:rsid w:val="00C25B1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54A8E"/>
  <w14:defaultImageDpi w14:val="300"/>
  <w15:docId w15:val="{ABF054B2-23F7-4638-B2B7-1AF0B1F2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2026-08-22T22:47:00Z</dcterms:modified>
  <cp:category/>
</cp:coreProperties>
</file>