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8B313" w14:textId="77777777" w:rsidR="00C40D37" w:rsidRDefault="004F73C0">
      <w:pPr>
        <w:spacing w:after="40"/>
        <w:jc w:val="center"/>
      </w:pPr>
      <w:r>
        <w:rPr>
          <w:b/>
        </w:rPr>
        <w:t>MODELO GRATUITO</w:t>
      </w:r>
    </w:p>
    <w:p w14:paraId="7C0A9B18" w14:textId="77777777" w:rsidR="00C40D37" w:rsidRDefault="004F73C0">
      <w:pPr>
        <w:spacing w:after="40"/>
        <w:jc w:val="center"/>
      </w:pPr>
      <w:r>
        <w:rPr>
          <w:b/>
          <w:sz w:val="34"/>
        </w:rPr>
        <w:t>DELEGACIÓN DE PODER ESPECIAL O GENERAL</w:t>
      </w:r>
    </w:p>
    <w:p w14:paraId="3DECD497" w14:textId="77777777" w:rsidR="00C40D37" w:rsidRDefault="004F73C0">
      <w:pPr>
        <w:spacing w:after="240"/>
        <w:jc w:val="center"/>
      </w:pPr>
      <w:r>
        <w:t>ESCRITURA PÚBLICA</w:t>
      </w:r>
    </w:p>
    <w:p w14:paraId="41A47BD9" w14:textId="77777777" w:rsidR="00C40D37" w:rsidRDefault="004F73C0">
      <w:pPr>
        <w:spacing w:after="100"/>
        <w:jc w:val="both"/>
      </w:pPr>
      <w:r>
        <w:t xml:space="preserve">SEÑORA NOTARIA: En el registro de escrituras públicas a su digno cargo, sírvase incluir una de Delegación de Poder </w:t>
      </w:r>
      <w:r>
        <w:rPr>
          <w:color w:val="C00000"/>
        </w:rPr>
        <w:t>[ESPECIAL / GENERAL]</w:t>
      </w:r>
      <w:r>
        <w:t>, al tenor de las siguientes cláusulas:</w:t>
      </w:r>
    </w:p>
    <w:p w14:paraId="5E300940" w14:textId="77777777" w:rsidR="00C40D37" w:rsidRDefault="004F73C0">
      <w:pPr>
        <w:spacing w:before="140" w:after="40"/>
        <w:jc w:val="both"/>
      </w:pPr>
      <w:r>
        <w:rPr>
          <w:b/>
        </w:rPr>
        <w:t>PRIMERA: COMPARECIENTE.-</w:t>
      </w:r>
    </w:p>
    <w:p w14:paraId="73DFB8C9" w14:textId="77777777" w:rsidR="00C40D37" w:rsidRDefault="004F73C0">
      <w:pPr>
        <w:spacing w:after="100"/>
        <w:jc w:val="both"/>
      </w:pPr>
      <w:r>
        <w:t xml:space="preserve">Comparece el señor </w:t>
      </w:r>
      <w:r>
        <w:rPr>
          <w:color w:val="C00000"/>
        </w:rPr>
        <w:t>[NOMBRE COMPLETO DEL DELEGANTE]</w:t>
      </w:r>
      <w:r>
        <w:t>, en c</w:t>
      </w:r>
      <w:r>
        <w:t xml:space="preserve">alidad de apoderado del señor </w:t>
      </w:r>
      <w:r>
        <w:rPr>
          <w:color w:val="C00000"/>
        </w:rPr>
        <w:t>[NOMBRE COMPLETO DEL MANDANTE]</w:t>
      </w:r>
      <w:r>
        <w:t>, de conformidad con la copia debidamente certificada del poder que se agrega como documento habilitante, a quien, para efectos de esta escritura, se le denominará el MANDATARIO Y/O DELEGANTE.</w:t>
      </w:r>
    </w:p>
    <w:p w14:paraId="68C0DD5F" w14:textId="77777777" w:rsidR="00C40D37" w:rsidRDefault="004F73C0">
      <w:pPr>
        <w:spacing w:before="140" w:after="40"/>
        <w:jc w:val="both"/>
      </w:pPr>
      <w:r>
        <w:rPr>
          <w:b/>
        </w:rPr>
        <w:t>SEG</w:t>
      </w:r>
      <w:r>
        <w:rPr>
          <w:b/>
        </w:rPr>
        <w:t>UNDA: ANTECEDENTES.-</w:t>
      </w:r>
    </w:p>
    <w:p w14:paraId="49F96425" w14:textId="77777777" w:rsidR="00C40D37" w:rsidRDefault="004F73C0">
      <w:pPr>
        <w:spacing w:after="100"/>
        <w:jc w:val="both"/>
      </w:pPr>
      <w:r>
        <w:t xml:space="preserve">1. Mediante escritura pública otorgada ante el/la Notario/a </w:t>
      </w:r>
      <w:r>
        <w:rPr>
          <w:color w:val="C00000"/>
        </w:rPr>
        <w:t>[NOMBRE DEL NOTARIO]</w:t>
      </w:r>
      <w:r>
        <w:t xml:space="preserve"> del cantón </w:t>
      </w:r>
      <w:r>
        <w:rPr>
          <w:color w:val="C00000"/>
        </w:rPr>
        <w:t>[CANTÓN]</w:t>
      </w:r>
      <w:r>
        <w:t xml:space="preserve">, el </w:t>
      </w:r>
      <w:r>
        <w:rPr>
          <w:color w:val="C00000"/>
        </w:rPr>
        <w:t>[FECHA]</w:t>
      </w:r>
      <w:r>
        <w:t xml:space="preserve">, cuya copia certificada se agrega como habilitante, el señor </w:t>
      </w:r>
      <w:r>
        <w:rPr>
          <w:color w:val="C00000"/>
        </w:rPr>
        <w:t>[NOMBRE DEL MANDANTE]</w:t>
      </w:r>
      <w:r>
        <w:t xml:space="preserve"> confirió poder </w:t>
      </w:r>
      <w:r>
        <w:rPr>
          <w:color w:val="C00000"/>
        </w:rPr>
        <w:t>[ESPECIAL / GENERAL]</w:t>
      </w:r>
      <w:r>
        <w:t xml:space="preserve"> al </w:t>
      </w:r>
      <w:r>
        <w:t xml:space="preserve">señor </w:t>
      </w:r>
      <w:r>
        <w:rPr>
          <w:color w:val="C00000"/>
        </w:rPr>
        <w:t>[NOMBRE DEL DELEGANTE]</w:t>
      </w:r>
      <w:r>
        <w:t>.</w:t>
      </w:r>
    </w:p>
    <w:p w14:paraId="7F83C916" w14:textId="77777777" w:rsidR="00C40D37" w:rsidRDefault="004F73C0">
      <w:pPr>
        <w:spacing w:after="100"/>
        <w:jc w:val="both"/>
      </w:pPr>
      <w:r>
        <w:t xml:space="preserve">2. En el poder antes referido consta la facultad de delegarlo, específicamente en </w:t>
      </w:r>
      <w:r>
        <w:rPr>
          <w:color w:val="C00000"/>
        </w:rPr>
        <w:t>[LITERAL / CLÁUSULA]</w:t>
      </w:r>
      <w:r>
        <w:t xml:space="preserve">, cuyo texto señala: </w:t>
      </w:r>
      <w:r>
        <w:rPr>
          <w:color w:val="C00000"/>
        </w:rPr>
        <w:t>[TRANSCRIBIR LA FACULTAD DE DELEGACIÓN]</w:t>
      </w:r>
      <w:r>
        <w:t>.</w:t>
      </w:r>
    </w:p>
    <w:p w14:paraId="7DC65589" w14:textId="77777777" w:rsidR="00C40D37" w:rsidRDefault="004F73C0">
      <w:pPr>
        <w:spacing w:after="100"/>
        <w:jc w:val="both"/>
      </w:pPr>
      <w:r>
        <w:rPr>
          <w:color w:val="C00000"/>
        </w:rPr>
        <w:t>[INCLUIR SOLO CUANDO CORRESPONDA: La delegación se realiza res</w:t>
      </w:r>
      <w:r>
        <w:rPr>
          <w:color w:val="C00000"/>
        </w:rPr>
        <w:t>pecto de las facultades relacionadas con [DESCRIBIR EL ACTO O ASUNTO]</w:t>
      </w:r>
      <w:r>
        <w:t>.]</w:t>
      </w:r>
    </w:p>
    <w:p w14:paraId="3CCC7569" w14:textId="77777777" w:rsidR="00C40D37" w:rsidRDefault="004F73C0">
      <w:pPr>
        <w:spacing w:before="140" w:after="40"/>
        <w:jc w:val="both"/>
      </w:pPr>
      <w:r>
        <w:rPr>
          <w:b/>
        </w:rPr>
        <w:t>TERCERA: DELEGACIÓN.-</w:t>
      </w:r>
    </w:p>
    <w:p w14:paraId="0AC114BD" w14:textId="094BACDA" w:rsidR="00C40D37" w:rsidRDefault="004F73C0">
      <w:pPr>
        <w:spacing w:after="100"/>
        <w:jc w:val="both"/>
      </w:pPr>
      <w:r>
        <w:t xml:space="preserve">Con los antecedentes expuestos, el señor </w:t>
      </w:r>
      <w:r>
        <w:rPr>
          <w:color w:val="C00000"/>
        </w:rPr>
        <w:t>[NOMBRE DEL DELEGANTE]</w:t>
      </w:r>
      <w:r>
        <w:t>, en su calidad de mandatario</w:t>
      </w:r>
      <w:r>
        <w:t>, delega el poder referido en la cláusula anterior al señor</w:t>
      </w:r>
      <w:r>
        <w:t xml:space="preserve"> </w:t>
      </w:r>
      <w:r>
        <w:rPr>
          <w:color w:val="C00000"/>
        </w:rPr>
        <w:t>[NOMBRE COMPLETO DEL DELEGADO]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con cédula de ciudadanía número </w:t>
      </w:r>
      <w:r>
        <w:rPr>
          <w:color w:val="C00000"/>
        </w:rPr>
        <w:t>[__________]</w:t>
      </w:r>
      <w:r>
        <w:t xml:space="preserve">, quien queda autorizado para ejercer las facultades otorgadas en los literales </w:t>
      </w:r>
      <w:r>
        <w:rPr>
          <w:color w:val="C00000"/>
        </w:rPr>
        <w:t>[____]</w:t>
      </w:r>
      <w:r>
        <w:t xml:space="preserve">, </w:t>
      </w:r>
      <w:r>
        <w:rPr>
          <w:color w:val="C00000"/>
        </w:rPr>
        <w:t>[____]</w:t>
      </w:r>
      <w:r>
        <w:t xml:space="preserve"> y </w:t>
      </w:r>
      <w:r>
        <w:rPr>
          <w:color w:val="C00000"/>
        </w:rPr>
        <w:t>[____]</w:t>
      </w:r>
      <w:r>
        <w:t xml:space="preserve"> de la cláusula </w:t>
      </w:r>
      <w:r>
        <w:rPr>
          <w:color w:val="C00000"/>
        </w:rPr>
        <w:t>[____]</w:t>
      </w:r>
      <w:r>
        <w:t xml:space="preserve"> del poder principal.</w:t>
      </w:r>
    </w:p>
    <w:p w14:paraId="2C45571A" w14:textId="77777777" w:rsidR="00C40D37" w:rsidRDefault="004F73C0">
      <w:pPr>
        <w:spacing w:after="100"/>
        <w:jc w:val="both"/>
      </w:pPr>
      <w:r>
        <w:rPr>
          <w:color w:val="C00000"/>
        </w:rPr>
        <w:t>[INCLUIR SOLO CUANDO CORRESPONDA: La presente delegación comprende la totalidad de las facultades conferidas mediante el poder principal.]</w:t>
      </w:r>
    </w:p>
    <w:p w14:paraId="7B2B3C03" w14:textId="77777777" w:rsidR="00C40D37" w:rsidRDefault="004F73C0">
      <w:pPr>
        <w:spacing w:after="100"/>
        <w:jc w:val="both"/>
      </w:pPr>
      <w:r>
        <w:t>El delegado ejercerá las facultades delegadas dentro de los mismos límites establecidos en el poder principal.</w:t>
      </w:r>
    </w:p>
    <w:p w14:paraId="44AA2870" w14:textId="77777777" w:rsidR="00C40D37" w:rsidRDefault="004F73C0">
      <w:pPr>
        <w:spacing w:before="140" w:after="40"/>
        <w:jc w:val="both"/>
      </w:pPr>
      <w:r>
        <w:rPr>
          <w:b/>
        </w:rPr>
        <w:t>CUARTA</w:t>
      </w:r>
      <w:r>
        <w:rPr>
          <w:b/>
        </w:rPr>
        <w:t>: RESERVA DE DERECHO.-</w:t>
      </w:r>
    </w:p>
    <w:p w14:paraId="4EDE3983" w14:textId="77777777" w:rsidR="00C40D37" w:rsidRDefault="004F73C0">
      <w:pPr>
        <w:spacing w:after="100"/>
        <w:jc w:val="both"/>
      </w:pPr>
      <w:r>
        <w:t>El DELEGANTE se reserva el derecho de reasumir las funciones del mandato en el momento que considere oportuno.</w:t>
      </w:r>
    </w:p>
    <w:p w14:paraId="3E5134DA" w14:textId="77777777" w:rsidR="00C40D37" w:rsidRDefault="004F73C0">
      <w:pPr>
        <w:spacing w:before="140" w:after="40"/>
        <w:jc w:val="both"/>
      </w:pPr>
      <w:r>
        <w:rPr>
          <w:b/>
        </w:rPr>
        <w:t>QUINTA: REVOCATORIA.-</w:t>
      </w:r>
    </w:p>
    <w:p w14:paraId="4C655601" w14:textId="77777777" w:rsidR="00C40D37" w:rsidRDefault="004F73C0">
      <w:pPr>
        <w:spacing w:after="100"/>
        <w:jc w:val="both"/>
      </w:pPr>
      <w:r>
        <w:t>La presente delegación podrá ser revocada mediante escritura pública cuando así lo disponga el MANDA</w:t>
      </w:r>
      <w:r>
        <w:t>NTE o el DELEGANTE.</w:t>
      </w:r>
    </w:p>
    <w:p w14:paraId="66A130CA" w14:textId="77777777" w:rsidR="00C40D37" w:rsidRDefault="004F73C0">
      <w:pPr>
        <w:spacing w:before="140" w:after="40"/>
        <w:jc w:val="both"/>
      </w:pPr>
      <w:r>
        <w:rPr>
          <w:b/>
        </w:rPr>
        <w:t>SEXTA: CUANTÍA.-</w:t>
      </w:r>
    </w:p>
    <w:p w14:paraId="50D999B6" w14:textId="77777777" w:rsidR="00C40D37" w:rsidRDefault="004F73C0">
      <w:pPr>
        <w:spacing w:after="100"/>
        <w:jc w:val="both"/>
      </w:pPr>
      <w:r>
        <w:t>La cuantía por su naturaleza es indeterminada.</w:t>
      </w:r>
    </w:p>
    <w:p w14:paraId="46EABD46" w14:textId="77777777" w:rsidR="00C40D37" w:rsidRDefault="004F73C0">
      <w:pPr>
        <w:spacing w:after="100"/>
        <w:jc w:val="both"/>
      </w:pPr>
      <w:r>
        <w:lastRenderedPageBreak/>
        <w:t>Usted, señora Notaria, se servirá agregar las demás cláusulas de estilo que sean necesarias para la perfecta validez de este instrumento.</w:t>
      </w:r>
    </w:p>
    <w:p w14:paraId="68086C19" w14:textId="77777777" w:rsidR="00C40D37" w:rsidRDefault="004F73C0">
      <w:pPr>
        <w:spacing w:after="40"/>
        <w:jc w:val="center"/>
      </w:pPr>
      <w:r>
        <w:rPr>
          <w:b/>
          <w:color w:val="C00000"/>
        </w:rPr>
        <w:t>[NOMBRE DEL ABOGADO PATROCINADOR]</w:t>
      </w:r>
    </w:p>
    <w:p w14:paraId="2627F2E5" w14:textId="77777777" w:rsidR="00C40D37" w:rsidRDefault="004F73C0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C40D37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EC87" w14:textId="77777777" w:rsidR="004F73C0" w:rsidRDefault="004F73C0">
      <w:pPr>
        <w:spacing w:after="0" w:line="240" w:lineRule="auto"/>
      </w:pPr>
      <w:r>
        <w:separator/>
      </w:r>
    </w:p>
  </w:endnote>
  <w:endnote w:type="continuationSeparator" w:id="0">
    <w:p w14:paraId="0ED96A32" w14:textId="77777777" w:rsidR="004F73C0" w:rsidRDefault="004F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5DC66" w14:textId="77777777" w:rsidR="004F73C0" w:rsidRDefault="004F73C0">
      <w:pPr>
        <w:spacing w:after="0" w:line="240" w:lineRule="auto"/>
      </w:pPr>
      <w:r>
        <w:separator/>
      </w:r>
    </w:p>
  </w:footnote>
  <w:footnote w:type="continuationSeparator" w:id="0">
    <w:p w14:paraId="4FBE9108" w14:textId="77777777" w:rsidR="004F73C0" w:rsidRDefault="004F7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0EA13" w14:textId="77777777" w:rsidR="00C40D37" w:rsidRDefault="00C40D37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C40D37" w14:paraId="76782E15" w14:textId="77777777">
      <w:trPr>
        <w:jc w:val="center"/>
      </w:trPr>
      <w:tc>
        <w:tcPr>
          <w:tcW w:w="4677" w:type="dxa"/>
        </w:tcPr>
        <w:p w14:paraId="3270B617" w14:textId="77777777" w:rsidR="00C40D37" w:rsidRDefault="004F73C0">
          <w:r>
            <w:rPr>
              <w:noProof/>
            </w:rPr>
            <w:drawing>
              <wp:inline distT="0" distB="0" distL="0" distR="0" wp14:anchorId="02C9450A" wp14:editId="7E6A453B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29066C5E" w14:textId="77777777" w:rsidR="00C40D37" w:rsidRDefault="004F73C0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3DA2"/>
    <w:rsid w:val="00326F90"/>
    <w:rsid w:val="004F73C0"/>
    <w:rsid w:val="00AA1D8D"/>
    <w:rsid w:val="00B47730"/>
    <w:rsid w:val="00C40D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0FE38"/>
  <w14:defaultImageDpi w14:val="300"/>
  <w15:docId w15:val="{5CBA4DD1-91BD-42A4-A2DC-AF17FE15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2026-08-22T18:37:00Z</dcterms:modified>
  <cp:category/>
</cp:coreProperties>
</file>