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/>
        <w:jc w:val="center"/>
      </w:pPr>
      <w:r>
        <w:rPr>
          <w:rFonts w:ascii="Cambria" w:hAnsi="Cambria"/>
          <w:b/>
          <w:sz w:val="22"/>
        </w:rPr>
        <w:t>MODELO GRATUITO</w:t>
      </w:r>
    </w:p>
    <w:p>
      <w:pPr>
        <w:spacing w:before="0" w:after="40"/>
        <w:jc w:val="center"/>
      </w:pPr>
      <w:r>
        <w:rPr>
          <w:rFonts w:ascii="Cambria" w:hAnsi="Cambria"/>
          <w:b/>
          <w:sz w:val="36"/>
        </w:rPr>
        <w:t>DISOLUCIÓN DE LA SOCIEDAD CONYUGAL</w:t>
      </w:r>
    </w:p>
    <w:p>
      <w:pPr>
        <w:spacing w:before="0" w:after="240"/>
        <w:jc w:val="center"/>
      </w:pPr>
      <w:r>
        <w:rPr>
          <w:rFonts w:ascii="Cambria" w:hAnsi="Cambria"/>
          <w:b w:val="0"/>
          <w:sz w:val="22"/>
        </w:rPr>
        <w:t>PETICIÓN</w:t>
      </w:r>
    </w:p>
    <w:p>
      <w:pPr>
        <w:spacing w:before="0" w:after="100"/>
        <w:jc w:val="both"/>
      </w:pPr>
      <w:r>
        <w:rPr>
          <w:rFonts w:ascii="Cambria" w:hAnsi="Cambria"/>
          <w:b w:val="0"/>
          <w:sz w:val="22"/>
        </w:rPr>
        <w:t>SEÑOR NOTARIO: En el registro de escrituras públicas a su cargo, sírvase insertar una más de DISOLUCIÓN DE LA SOCIEDAD CONYUGAL, al tenor de las siguientes cláusulas:</w:t>
      </w:r>
    </w:p>
    <w:p>
      <w:pPr>
        <w:spacing w:before="140" w:after="40"/>
        <w:jc w:val="both"/>
      </w:pPr>
      <w:r>
        <w:rPr>
          <w:rFonts w:ascii="Cambria" w:hAnsi="Cambria"/>
          <w:b/>
          <w:sz w:val="22"/>
        </w:rPr>
        <w:t>PRIMERA: COMPARECIENTES.-</w:t>
      </w:r>
    </w:p>
    <w:p>
      <w:pPr>
        <w:spacing w:before="0" w:after="100"/>
        <w:jc w:val="both"/>
      </w:pPr>
      <w:r>
        <w:rPr>
          <w:rFonts w:ascii="Cambria" w:hAnsi="Cambria"/>
          <w:b w:val="0"/>
          <w:sz w:val="22"/>
        </w:rPr>
        <w:t xml:space="preserve">A la celebración del presente instrumento comparecen los cónyuges, el señor </w:t>
      </w:r>
      <w:r>
        <w:rPr>
          <w:rFonts w:ascii="Cambria" w:hAnsi="Cambria"/>
          <w:b w:val="0"/>
          <w:color w:val="C00000"/>
          <w:sz w:val="22"/>
        </w:rPr>
        <w:t>[NOMBRE COMPLETO DEL ESPOSO]</w:t>
      </w:r>
      <w:r>
        <w:rPr>
          <w:rFonts w:ascii="Cambria" w:hAnsi="Cambria"/>
          <w:b w:val="0"/>
          <w:sz w:val="22"/>
        </w:rPr>
        <w:t xml:space="preserve"> y la señora </w:t>
      </w:r>
      <w:r>
        <w:rPr>
          <w:rFonts w:ascii="Cambria" w:hAnsi="Cambria"/>
          <w:b w:val="0"/>
          <w:color w:val="C00000"/>
          <w:sz w:val="22"/>
        </w:rPr>
        <w:t>[NOMBRE COMPLETO DE LA ESPOSA]</w:t>
      </w:r>
      <w:r>
        <w:rPr>
          <w:rFonts w:ascii="Cambria" w:hAnsi="Cambria"/>
          <w:b w:val="0"/>
          <w:sz w:val="22"/>
        </w:rPr>
        <w:t xml:space="preserve">, cada uno por sus propios y personales derechos, de nacionalidad </w:t>
      </w:r>
      <w:r>
        <w:rPr>
          <w:rFonts w:ascii="Cambria" w:hAnsi="Cambria"/>
          <w:b w:val="0"/>
          <w:color w:val="C00000"/>
          <w:sz w:val="22"/>
        </w:rPr>
        <w:t>[NACIONALIDAD]</w:t>
      </w:r>
      <w:r>
        <w:rPr>
          <w:rFonts w:ascii="Cambria" w:hAnsi="Cambria"/>
          <w:b w:val="0"/>
          <w:sz w:val="22"/>
        </w:rPr>
        <w:t xml:space="preserve">, de estado civil casados entre sí, de profesión u ocupación </w:t>
      </w:r>
      <w:r>
        <w:rPr>
          <w:rFonts w:ascii="Cambria" w:hAnsi="Cambria"/>
          <w:b w:val="0"/>
          <w:color w:val="C00000"/>
          <w:sz w:val="22"/>
        </w:rPr>
        <w:t>[PROFESIÓN U OCUPACIÓN]</w:t>
      </w:r>
      <w:r>
        <w:rPr>
          <w:rFonts w:ascii="Cambria" w:hAnsi="Cambria"/>
          <w:b w:val="0"/>
          <w:sz w:val="22"/>
        </w:rPr>
        <w:t xml:space="preserve">, de </w:t>
      </w:r>
      <w:r>
        <w:rPr>
          <w:rFonts w:ascii="Cambria" w:hAnsi="Cambria"/>
          <w:b w:val="0"/>
          <w:color w:val="C00000"/>
          <w:sz w:val="22"/>
        </w:rPr>
        <w:t>[____]</w:t>
      </w:r>
      <w:r>
        <w:rPr>
          <w:rFonts w:ascii="Cambria" w:hAnsi="Cambria"/>
          <w:b w:val="0"/>
          <w:sz w:val="22"/>
        </w:rPr>
        <w:t xml:space="preserve"> años de edad, domiciliados en </w:t>
      </w:r>
      <w:r>
        <w:rPr>
          <w:rFonts w:ascii="Cambria" w:hAnsi="Cambria"/>
          <w:b w:val="0"/>
          <w:color w:val="C00000"/>
          <w:sz w:val="22"/>
        </w:rPr>
        <w:t>[DIRECCIÓN COMPLETA]</w:t>
      </w:r>
      <w:r>
        <w:rPr>
          <w:rFonts w:ascii="Cambria" w:hAnsi="Cambria"/>
          <w:b w:val="0"/>
          <w:sz w:val="22"/>
        </w:rPr>
        <w:t xml:space="preserve">, con número de teléfono </w:t>
      </w:r>
      <w:r>
        <w:rPr>
          <w:rFonts w:ascii="Cambria" w:hAnsi="Cambria"/>
          <w:b w:val="0"/>
          <w:color w:val="C00000"/>
          <w:sz w:val="22"/>
        </w:rPr>
        <w:t>[__________]</w:t>
      </w:r>
      <w:r>
        <w:rPr>
          <w:rFonts w:ascii="Cambria" w:hAnsi="Cambria"/>
          <w:b w:val="0"/>
          <w:sz w:val="22"/>
        </w:rPr>
        <w:t xml:space="preserve"> y correo electrónico </w:t>
      </w:r>
      <w:r>
        <w:rPr>
          <w:rFonts w:ascii="Cambria" w:hAnsi="Cambria"/>
          <w:b w:val="0"/>
          <w:color w:val="C00000"/>
          <w:sz w:val="22"/>
        </w:rPr>
        <w:t>[__________]</w:t>
      </w:r>
      <w:r>
        <w:rPr>
          <w:rFonts w:ascii="Cambria" w:hAnsi="Cambria"/>
          <w:b w:val="0"/>
          <w:sz w:val="22"/>
        </w:rPr>
        <w:t>, legalmente capaces para contratar y obligarse.</w:t>
      </w:r>
    </w:p>
    <w:p>
      <w:pPr>
        <w:spacing w:before="140" w:after="40"/>
        <w:jc w:val="both"/>
      </w:pPr>
      <w:r>
        <w:rPr>
          <w:rFonts w:ascii="Cambria" w:hAnsi="Cambria"/>
          <w:b/>
          <w:sz w:val="22"/>
        </w:rPr>
        <w:t>SEGUNDA: ANTECEDENTES.-</w:t>
      </w:r>
    </w:p>
    <w:p>
      <w:pPr>
        <w:spacing w:before="0" w:after="100"/>
        <w:jc w:val="both"/>
      </w:pPr>
      <w:r>
        <w:rPr>
          <w:rFonts w:ascii="Cambria" w:hAnsi="Cambria"/>
          <w:b w:val="0"/>
          <w:sz w:val="22"/>
        </w:rPr>
        <w:t xml:space="preserve">Los comparecientes contrajeron matrimonio el </w:t>
      </w:r>
      <w:r>
        <w:rPr>
          <w:rFonts w:ascii="Cambria" w:hAnsi="Cambria"/>
          <w:b w:val="0"/>
          <w:color w:val="C00000"/>
          <w:sz w:val="22"/>
        </w:rPr>
        <w:t>[FECHA DEL MATRIMONIO]</w:t>
      </w:r>
      <w:r>
        <w:rPr>
          <w:rFonts w:ascii="Cambria" w:hAnsi="Cambria"/>
          <w:b w:val="0"/>
          <w:sz w:val="22"/>
        </w:rPr>
        <w:t xml:space="preserve">, evento que fue legalmente inscrito en la Dirección General de Registro Civil, Identificación y Cedulación el </w:t>
      </w:r>
      <w:r>
        <w:rPr>
          <w:rFonts w:ascii="Cambria" w:hAnsi="Cambria"/>
          <w:b w:val="0"/>
          <w:color w:val="C00000"/>
          <w:sz w:val="22"/>
        </w:rPr>
        <w:t>[FECHA DE INSCRIPCIÓN]</w:t>
      </w:r>
      <w:r>
        <w:rPr>
          <w:rFonts w:ascii="Cambria" w:hAnsi="Cambria"/>
          <w:b w:val="0"/>
          <w:sz w:val="22"/>
        </w:rPr>
        <w:t xml:space="preserve">, bajo el tomo </w:t>
      </w:r>
      <w:r>
        <w:rPr>
          <w:rFonts w:ascii="Cambria" w:hAnsi="Cambria"/>
          <w:b w:val="0"/>
          <w:color w:val="C00000"/>
          <w:sz w:val="22"/>
        </w:rPr>
        <w:t>[__________]</w:t>
      </w:r>
      <w:r>
        <w:rPr>
          <w:rFonts w:ascii="Cambria" w:hAnsi="Cambria"/>
          <w:b w:val="0"/>
          <w:sz w:val="22"/>
        </w:rPr>
        <w:t xml:space="preserve">, página </w:t>
      </w:r>
      <w:r>
        <w:rPr>
          <w:rFonts w:ascii="Cambria" w:hAnsi="Cambria"/>
          <w:b w:val="0"/>
          <w:color w:val="C00000"/>
          <w:sz w:val="22"/>
        </w:rPr>
        <w:t>[__________]</w:t>
      </w:r>
      <w:r>
        <w:rPr>
          <w:rFonts w:ascii="Cambria" w:hAnsi="Cambria"/>
          <w:b w:val="0"/>
          <w:sz w:val="22"/>
        </w:rPr>
        <w:t xml:space="preserve"> y acta </w:t>
      </w:r>
      <w:r>
        <w:rPr>
          <w:rFonts w:ascii="Cambria" w:hAnsi="Cambria"/>
          <w:b w:val="0"/>
          <w:color w:val="C00000"/>
          <w:sz w:val="22"/>
        </w:rPr>
        <w:t>[__________]</w:t>
      </w:r>
      <w:r>
        <w:rPr>
          <w:rFonts w:ascii="Cambria" w:hAnsi="Cambria"/>
          <w:b w:val="0"/>
          <w:sz w:val="22"/>
        </w:rPr>
        <w:t>, conforme se desprende de la partida o certificado de matrimonio que se adjunta como parte instrumental de este documento.</w:t>
      </w:r>
    </w:p>
    <w:p>
      <w:pPr>
        <w:spacing w:before="140" w:after="40"/>
        <w:jc w:val="both"/>
      </w:pPr>
      <w:r>
        <w:rPr>
          <w:rFonts w:ascii="Cambria" w:hAnsi="Cambria"/>
          <w:b/>
          <w:sz w:val="22"/>
        </w:rPr>
        <w:t>TERCERA: DISOLUCIÓN DE LA SOCIEDAD CONYUGAL.-</w:t>
      </w:r>
    </w:p>
    <w:p>
      <w:pPr>
        <w:spacing w:before="0" w:after="100"/>
        <w:jc w:val="both"/>
      </w:pPr>
      <w:r>
        <w:rPr>
          <w:rFonts w:ascii="Cambria" w:hAnsi="Cambria"/>
          <w:b w:val="0"/>
          <w:sz w:val="22"/>
        </w:rPr>
        <w:t>En virtud del antecedente expuesto, y al amparo de la facultad prevista en el artículo 18, numeral 13, de la Ley Notarial, los comparecientes, de consuno y viva voz, solicitan se declare disuelta la sociedad conyugal que tienen formada como consecuencia del matrimonio que actualmente los une, para lo cual están prestos a realizar el correspondiente reconocimiento de firma y rúbrica.</w:t>
      </w:r>
    </w:p>
    <w:p>
      <w:pPr>
        <w:spacing w:before="0" w:after="100"/>
        <w:jc w:val="both"/>
      </w:pPr>
      <w:r>
        <w:rPr>
          <w:rFonts w:ascii="Cambria" w:hAnsi="Cambria"/>
          <w:b w:val="0"/>
          <w:sz w:val="22"/>
        </w:rPr>
        <w:t>La señora Notaria se servirá protocolizar la correspondiente Acta Notarial y disponer su inscripción en la Dirección General de Registro Civil, Identificación y Cedulación.</w:t>
      </w:r>
    </w:p>
    <w:p>
      <w:pPr>
        <w:spacing w:before="140" w:after="40"/>
        <w:jc w:val="both"/>
      </w:pPr>
      <w:r>
        <w:rPr>
          <w:rFonts w:ascii="Cambria" w:hAnsi="Cambria"/>
          <w:b/>
          <w:sz w:val="22"/>
        </w:rPr>
        <w:t>CUARTA: CUANTÍA.-</w:t>
      </w:r>
    </w:p>
    <w:p>
      <w:pPr>
        <w:spacing w:before="0" w:after="100"/>
        <w:jc w:val="both"/>
      </w:pPr>
      <w:r>
        <w:rPr>
          <w:rFonts w:ascii="Cambria" w:hAnsi="Cambria"/>
          <w:b w:val="0"/>
          <w:sz w:val="22"/>
        </w:rPr>
        <w:t>La cuantía del presente acto, por su naturaleza, es indeterminada.</w:t>
      </w:r>
    </w:p>
    <w:p>
      <w:pPr>
        <w:spacing w:before="0" w:after="100"/>
        <w:jc w:val="both"/>
      </w:pPr>
      <w:r>
        <w:rPr>
          <w:rFonts w:ascii="Cambria" w:hAnsi="Cambria"/>
          <w:b w:val="0"/>
          <w:sz w:val="22"/>
        </w:rPr>
        <w:t>Usted, señor Notario, se servirá agregar las demás cláusulas de estilo para la plena validez de este instrumento.</w:t>
      </w:r>
    </w:p>
    <w:p>
      <w:pPr>
        <w:spacing w:before="160" w:after="240"/>
        <w:jc w:val="both"/>
      </w:pPr>
      <w:r>
        <w:rPr>
          <w:rFonts w:ascii="Cambria" w:hAnsi="Cambria"/>
          <w:b w:val="0"/>
          <w:sz w:val="22"/>
        </w:rPr>
        <w:t>Firmamos conjuntamente con nuestro abogado patrocinador.</w:t>
      </w:r>
    </w:p>
    <w:p>
      <w:pPr>
        <w:spacing w:before="160" w:after="40"/>
        <w:jc w:val="center"/>
      </w:pPr>
      <w:r>
        <w:rPr>
          <w:rFonts w:ascii="Cambria" w:hAnsi="Cambria"/>
          <w:b/>
          <w:color w:val="C00000"/>
          <w:sz w:val="22"/>
        </w:rPr>
        <w:t>[NOMBRE COMPLETO DEL ESPOSO]</w:t>
      </w:r>
    </w:p>
    <w:p>
      <w:pPr>
        <w:spacing w:before="0" w:after="160"/>
        <w:jc w:val="center"/>
      </w:pPr>
      <w:r>
        <w:rPr>
          <w:rFonts w:ascii="Cambria" w:hAnsi="Cambria"/>
          <w:b/>
          <w:color w:val="C00000"/>
          <w:sz w:val="22"/>
        </w:rPr>
        <w:t>[NOMBRE COMPLETO DE LA ESPOSA]</w:t>
      </w:r>
    </w:p>
    <w:p>
      <w:pPr>
        <w:spacing w:before="0" w:after="100"/>
        <w:jc w:val="center"/>
      </w:pPr>
      <w:r>
        <w:rPr>
          <w:rFonts w:ascii="Cambria" w:hAnsi="Cambria"/>
          <w:b/>
          <w:color w:val="C00000"/>
          <w:sz w:val="22"/>
        </w:rPr>
        <w:t>[NOMBRE DEL ABOGADO PATROCINADOR]</w:t>
      </w:r>
    </w:p>
    <w:p>
      <w:pPr>
        <w:spacing w:before="0" w:after="100"/>
        <w:jc w:val="center"/>
      </w:pPr>
      <w:r>
        <w:rPr>
          <w:rFonts w:ascii="Cambria" w:hAnsi="Cambria"/>
          <w:b w:val="0"/>
          <w:sz w:val="22"/>
        </w:rPr>
        <w:t xml:space="preserve">Abogado – Matrícula profesional </w:t>
      </w:r>
      <w:r>
        <w:rPr>
          <w:rFonts w:ascii="Cambria" w:hAnsi="Cambria"/>
          <w:b w:val="0"/>
          <w:color w:val="C00000"/>
          <w:sz w:val="22"/>
        </w:rPr>
        <w:t>[__________]</w:t>
      </w:r>
    </w:p>
    <w:sectPr w:rsidR="00FC693F" w:rsidRPr="0006063C" w:rsidSect="00034616">
      <w:headerReference w:type="default" r:id="rId9"/>
      <w:pgSz w:w="12240" w:h="15840"/>
      <w:pgMar w:top="1247" w:right="1417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  <w:tbl>
    <w:tblPr>
      <w:tblW w:type="auto" w:w="0"/>
      <w:jc w:val="center"/>
      <w:tblLayout w:type="fixed"/>
      <w:tblLook w:firstColumn="1" w:firstRow="1" w:lastColumn="0" w:lastRow="0" w:noHBand="0" w:noVBand="1" w:val="04A0"/>
    </w:tblPr>
    <w:tblGrid>
      <w:gridCol w:w="4677"/>
      <w:gridCol w:w="4677"/>
    </w:tblGrid>
    <w:tr>
      <w:tc>
        <w:tcPr>
          <w:tcW w:type="dxa" w:w="4677"/>
        </w:tcPr>
        <w:p>
          <w:r>
            <w:drawing>
              <wp:inline xmlns:a="http://schemas.openxmlformats.org/drawingml/2006/main" xmlns:pic="http://schemas.openxmlformats.org/drawingml/2006/picture">
                <wp:extent cx="1440000" cy="39456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con-marca-de-agua-e1735359403888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40000" cy="39456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4677"/>
        </w:tcPr>
        <w:p>
          <w:pPr>
            <w:jc w:val="right"/>
          </w:pPr>
          <w:r>
            <w:rPr>
              <w:rFonts w:ascii="Cambria" w:hAnsi="Cambria"/>
              <w:b/>
              <w:sz w:val="18"/>
            </w:rPr>
            <w:t>www.iniciaderecho.com</w:t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mbria" w:hAnsi="Cambria" w:eastAsia="Cambria"/>
      <w:b w:val="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Cambria" w:hAnsi="Cambria" w:eastAsia="Cambria"/>
      <w:b/>
      <w:color w:val="17365D" w:themeColor="text2" w:themeShade="BF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Inicia Derecho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