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rFonts w:ascii="Cambria" w:hAnsi="Cambria"/>
          <w:b/>
          <w:sz w:val="22"/>
        </w:rPr>
        <w:t>MODELO GRATUITO</w:t>
      </w:r>
    </w:p>
    <w:p>
      <w:pPr>
        <w:spacing w:before="0" w:after="40"/>
        <w:jc w:val="center"/>
      </w:pPr>
      <w:r>
        <w:rPr>
          <w:rFonts w:ascii="Cambria" w:hAnsi="Cambria"/>
          <w:b/>
          <w:sz w:val="36"/>
        </w:rPr>
        <w:t>DISOLUCIÓN DE LA SOCIEDAD DE BIENES</w:t>
      </w:r>
    </w:p>
    <w:p>
      <w:pPr>
        <w:spacing w:before="0" w:after="240"/>
        <w:jc w:val="center"/>
      </w:pPr>
      <w:r>
        <w:rPr>
          <w:rFonts w:ascii="Cambria" w:hAnsi="Cambria"/>
          <w:b w:val="0"/>
          <w:sz w:val="22"/>
        </w:rPr>
        <w:t>PETICIÓN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SEÑOR NOTARIO: En el registro de escrituras públicas a su cargo, sírvase insertar una más de DISOLUCIÓN DE LA SOCIEDAD DE BIENES, al tenor de las siguientes cláusulas: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PRIMERA: COMPARECIENTES.-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A la celebración del presente instrumento comparecen los convivientes, el señor </w:t>
      </w:r>
      <w:r>
        <w:rPr>
          <w:rFonts w:ascii="Cambria" w:hAnsi="Cambria"/>
          <w:b w:val="0"/>
          <w:color w:val="C00000"/>
          <w:sz w:val="22"/>
        </w:rPr>
        <w:t>[NOMBRE COMPLETO DEL CONVIVIENTE]</w:t>
      </w:r>
      <w:r>
        <w:rPr>
          <w:rFonts w:ascii="Cambria" w:hAnsi="Cambria"/>
          <w:b w:val="0"/>
          <w:sz w:val="22"/>
        </w:rPr>
        <w:t xml:space="preserve"> y la señora </w:t>
      </w:r>
      <w:r>
        <w:rPr>
          <w:rFonts w:ascii="Cambria" w:hAnsi="Cambria"/>
          <w:b w:val="0"/>
          <w:color w:val="C00000"/>
          <w:sz w:val="22"/>
        </w:rPr>
        <w:t>[NOMBRE COMPLETO DE LA CONVIVIENTE]</w:t>
      </w:r>
      <w:r>
        <w:rPr>
          <w:rFonts w:ascii="Cambria" w:hAnsi="Cambria"/>
          <w:b w:val="0"/>
          <w:sz w:val="22"/>
        </w:rPr>
        <w:t xml:space="preserve">, cada uno por sus propios y personales derechos, de nacionalidad </w:t>
      </w:r>
      <w:r>
        <w:rPr>
          <w:rFonts w:ascii="Cambria" w:hAnsi="Cambria"/>
          <w:b w:val="0"/>
          <w:color w:val="C00000"/>
          <w:sz w:val="22"/>
        </w:rPr>
        <w:t>[NACIONALIDAD]</w:t>
      </w:r>
      <w:r>
        <w:rPr>
          <w:rFonts w:ascii="Cambria" w:hAnsi="Cambria"/>
          <w:b w:val="0"/>
          <w:sz w:val="22"/>
        </w:rPr>
        <w:t xml:space="preserve">, de estado civil </w:t>
      </w:r>
      <w:r>
        <w:rPr>
          <w:rFonts w:ascii="Cambria" w:hAnsi="Cambria"/>
          <w:b w:val="0"/>
          <w:color w:val="C00000"/>
          <w:sz w:val="22"/>
        </w:rPr>
        <w:t>[ESTADO CIVIL]</w:t>
      </w:r>
      <w:r>
        <w:rPr>
          <w:rFonts w:ascii="Cambria" w:hAnsi="Cambria"/>
          <w:b w:val="0"/>
          <w:sz w:val="22"/>
        </w:rPr>
        <w:t xml:space="preserve">, de profesión u ocupación </w:t>
      </w:r>
      <w:r>
        <w:rPr>
          <w:rFonts w:ascii="Cambria" w:hAnsi="Cambria"/>
          <w:b w:val="0"/>
          <w:color w:val="C00000"/>
          <w:sz w:val="22"/>
        </w:rPr>
        <w:t>[PROFESIÓN U OCUPACIÓN]</w:t>
      </w:r>
      <w:r>
        <w:rPr>
          <w:rFonts w:ascii="Cambria" w:hAnsi="Cambria"/>
          <w:b w:val="0"/>
          <w:sz w:val="22"/>
        </w:rPr>
        <w:t xml:space="preserve">, de </w:t>
      </w:r>
      <w:r>
        <w:rPr>
          <w:rFonts w:ascii="Cambria" w:hAnsi="Cambria"/>
          <w:b w:val="0"/>
          <w:color w:val="C00000"/>
          <w:sz w:val="22"/>
        </w:rPr>
        <w:t>[____]</w:t>
      </w:r>
      <w:r>
        <w:rPr>
          <w:rFonts w:ascii="Cambria" w:hAnsi="Cambria"/>
          <w:b w:val="0"/>
          <w:sz w:val="22"/>
        </w:rPr>
        <w:t xml:space="preserve"> años de edad, domiciliados en </w:t>
      </w:r>
      <w:r>
        <w:rPr>
          <w:rFonts w:ascii="Cambria" w:hAnsi="Cambria"/>
          <w:b w:val="0"/>
          <w:color w:val="C00000"/>
          <w:sz w:val="22"/>
        </w:rPr>
        <w:t>[DIRECCIÓN COMPLETA]</w:t>
      </w:r>
      <w:r>
        <w:rPr>
          <w:rFonts w:ascii="Cambria" w:hAnsi="Cambria"/>
          <w:b w:val="0"/>
          <w:sz w:val="22"/>
        </w:rPr>
        <w:t xml:space="preserve">, con número de teléfono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 xml:space="preserve"> y correo electrónico </w:t>
      </w:r>
      <w:r>
        <w:rPr>
          <w:rFonts w:ascii="Cambria" w:hAnsi="Cambria"/>
          <w:b w:val="0"/>
          <w:color w:val="C00000"/>
          <w:sz w:val="22"/>
        </w:rPr>
        <w:t>[__________]</w:t>
      </w:r>
      <w:r>
        <w:rPr>
          <w:rFonts w:ascii="Cambria" w:hAnsi="Cambria"/>
          <w:b w:val="0"/>
          <w:sz w:val="22"/>
        </w:rPr>
        <w:t>, legalmente capaces para contratar y obligarse.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SEGUNDA: ANTECEDENTES.-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 xml:space="preserve">Los comparecientes mantienen una unión de hecho reconocida y solemnizada mediante </w:t>
      </w:r>
      <w:r>
        <w:rPr>
          <w:rFonts w:ascii="Cambria" w:hAnsi="Cambria"/>
          <w:b w:val="0"/>
          <w:color w:val="C00000"/>
          <w:sz w:val="22"/>
        </w:rPr>
        <w:t>[ACTA / ESCRITURA PÚBLICA]</w:t>
      </w:r>
      <w:r>
        <w:rPr>
          <w:rFonts w:ascii="Cambria" w:hAnsi="Cambria"/>
          <w:b w:val="0"/>
          <w:sz w:val="22"/>
        </w:rPr>
        <w:t xml:space="preserve"> otorgada el </w:t>
      </w:r>
      <w:r>
        <w:rPr>
          <w:rFonts w:ascii="Cambria" w:hAnsi="Cambria"/>
          <w:b w:val="0"/>
          <w:color w:val="C00000"/>
          <w:sz w:val="22"/>
        </w:rPr>
        <w:t>[FECHA]</w:t>
      </w:r>
      <w:r>
        <w:rPr>
          <w:rFonts w:ascii="Cambria" w:hAnsi="Cambria"/>
          <w:b w:val="0"/>
          <w:sz w:val="22"/>
        </w:rPr>
        <w:t xml:space="preserve">, ante </w:t>
      </w:r>
      <w:r>
        <w:rPr>
          <w:rFonts w:ascii="Cambria" w:hAnsi="Cambria"/>
          <w:b w:val="0"/>
          <w:color w:val="C00000"/>
          <w:sz w:val="22"/>
        </w:rPr>
        <w:t>[NOMBRE DEL NOTARIO / AUTORIDAD]</w:t>
      </w:r>
      <w:r>
        <w:rPr>
          <w:rFonts w:ascii="Cambria" w:hAnsi="Cambria"/>
          <w:b w:val="0"/>
          <w:sz w:val="22"/>
        </w:rPr>
        <w:t xml:space="preserve">, del cantón </w:t>
      </w:r>
      <w:r>
        <w:rPr>
          <w:rFonts w:ascii="Cambria" w:hAnsi="Cambria"/>
          <w:b w:val="0"/>
          <w:color w:val="C00000"/>
          <w:sz w:val="22"/>
        </w:rPr>
        <w:t>[CANTÓN]</w:t>
      </w:r>
      <w:r>
        <w:rPr>
          <w:rFonts w:ascii="Cambria" w:hAnsi="Cambria"/>
          <w:b w:val="0"/>
          <w:sz w:val="22"/>
        </w:rPr>
        <w:t xml:space="preserve">, e inscrita en la Dirección General de Registro Civil, Identificación y Cedulación el </w:t>
      </w:r>
      <w:r>
        <w:rPr>
          <w:rFonts w:ascii="Cambria" w:hAnsi="Cambria"/>
          <w:b w:val="0"/>
          <w:color w:val="C00000"/>
          <w:sz w:val="22"/>
        </w:rPr>
        <w:t>[FECHA]</w:t>
      </w:r>
      <w:r>
        <w:rPr>
          <w:rFonts w:ascii="Cambria" w:hAnsi="Cambria"/>
          <w:b w:val="0"/>
          <w:sz w:val="22"/>
        </w:rPr>
        <w:t>, conforme se desprende del certificado de unión de hecho que se adjunta como habilitante.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TERCERA: DISOLUCIÓN DE LA SOCIEDAD DE BIENES.-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En virtud del antecedente expuesto, y por voluntad de los comparecientes, los convivientes, de consuno y viva voz, solicitan se declare disuelta la sociedad de bienes que tienen formada como consecuencia de la unión de hecho que mantienen, para lo cual están prestos a realizar el correspondiente reconocimiento de firma y rúbrica.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La señora Notaria se servirá protocolizar la correspondiente Acta Notarial y disponer su inscripción en la Dirección General de Registro Civil, Identificación y Cedulación.</w:t>
      </w:r>
    </w:p>
    <w:p>
      <w:pPr>
        <w:spacing w:before="140" w:after="40"/>
        <w:jc w:val="both"/>
      </w:pPr>
      <w:r>
        <w:rPr>
          <w:rFonts w:ascii="Cambria" w:hAnsi="Cambria"/>
          <w:b/>
          <w:sz w:val="22"/>
        </w:rPr>
        <w:t>CUARTA: CUANTÍA.-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La cuantía del presente acto, por su naturaleza, es indeterminada.</w:t>
      </w:r>
    </w:p>
    <w:p>
      <w:pPr>
        <w:spacing w:before="0" w:after="100"/>
        <w:jc w:val="both"/>
      </w:pPr>
      <w:r>
        <w:rPr>
          <w:rFonts w:ascii="Cambria" w:hAnsi="Cambria"/>
          <w:b w:val="0"/>
          <w:sz w:val="22"/>
        </w:rPr>
        <w:t>Usted, señor Notario, se servirá agregar las demás cláusulas de estilo para la plena validez de este instrumento.</w:t>
      </w:r>
    </w:p>
    <w:p>
      <w:pPr>
        <w:spacing w:before="160" w:after="240"/>
        <w:jc w:val="both"/>
      </w:pPr>
      <w:r>
        <w:rPr>
          <w:rFonts w:ascii="Cambria" w:hAnsi="Cambria"/>
          <w:b w:val="0"/>
          <w:sz w:val="22"/>
        </w:rPr>
        <w:t>Firmamos conjuntamente con nuestro abogado patrocinador.</w:t>
      </w:r>
    </w:p>
    <w:p>
      <w:pPr>
        <w:spacing w:before="160" w:after="40"/>
        <w:jc w:val="center"/>
      </w:pPr>
      <w:r>
        <w:rPr>
          <w:rFonts w:ascii="Cambria" w:hAnsi="Cambria"/>
          <w:b/>
          <w:color w:val="C00000"/>
          <w:sz w:val="22"/>
        </w:rPr>
        <w:t>[NOMBRE COMPLETO DEL CONVIVIENTE]</w:t>
      </w:r>
    </w:p>
    <w:p>
      <w:pPr>
        <w:spacing w:before="0" w:after="160"/>
        <w:jc w:val="center"/>
      </w:pPr>
      <w:r>
        <w:rPr>
          <w:rFonts w:ascii="Cambria" w:hAnsi="Cambria"/>
          <w:b/>
          <w:color w:val="C00000"/>
          <w:sz w:val="22"/>
        </w:rPr>
        <w:t>[NOMBRE COMPLETO DE LA CONVIVIENTE]</w:t>
      </w:r>
    </w:p>
    <w:p>
      <w:pPr>
        <w:spacing w:before="0" w:after="100"/>
        <w:jc w:val="center"/>
      </w:pPr>
      <w:r>
        <w:rPr>
          <w:rFonts w:ascii="Cambria" w:hAnsi="Cambria"/>
          <w:b/>
          <w:color w:val="C00000"/>
          <w:sz w:val="22"/>
        </w:rPr>
        <w:t>[NOMBRE DEL ABOGADO PATROCINADOR]</w:t>
      </w:r>
    </w:p>
    <w:p>
      <w:pPr>
        <w:spacing w:before="0" w:after="100"/>
        <w:jc w:val="center"/>
      </w:pPr>
      <w:r>
        <w:rPr>
          <w:rFonts w:ascii="Cambria" w:hAnsi="Cambria"/>
          <w:b w:val="0"/>
          <w:sz w:val="22"/>
        </w:rPr>
        <w:t xml:space="preserve">Abogado – Matrícula profesional </w:t>
      </w:r>
      <w:r>
        <w:rPr>
          <w:rFonts w:ascii="Cambria" w:hAnsi="Cambria"/>
          <w:b w:val="0"/>
          <w:color w:val="C00000"/>
          <w:sz w:val="22"/>
        </w:rPr>
        <w:t>[__________]</w:t>
      </w:r>
    </w:p>
    <w:sectPr w:rsidR="00FC693F" w:rsidRPr="0006063C" w:rsidSect="00034616">
      <w:head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4677"/>
      <w:gridCol w:w="4677"/>
    </w:tblGrid>
    <w:tr>
      <w:tc>
        <w:tcPr>
          <w:tcW w:type="dxa" w:w="4677"/>
        </w:tcPr>
        <w:p>
          <w:r>
            <w:drawing>
              <wp:inline xmlns:a="http://schemas.openxmlformats.org/drawingml/2006/main" xmlns:pic="http://schemas.openxmlformats.org/drawingml/2006/picture">
                <wp:extent cx="1440000" cy="39456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rPr>
              <w:rFonts w:ascii="Cambria" w:hAnsi="Cambria"/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 w:eastAsia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