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C3FF4" w14:textId="77777777" w:rsidR="001A7E4C" w:rsidRDefault="00332782" w:rsidP="008C4190">
      <w:pPr>
        <w:spacing w:after="40"/>
        <w:ind w:left="720" w:hanging="720"/>
        <w:jc w:val="center"/>
      </w:pPr>
      <w:r>
        <w:rPr>
          <w:b/>
          <w:sz w:val="30"/>
        </w:rPr>
        <w:t>MODELO GRATUITO</w:t>
      </w:r>
    </w:p>
    <w:p w14:paraId="30CE3654" w14:textId="77777777" w:rsidR="001A7E4C" w:rsidRDefault="00332782">
      <w:pPr>
        <w:spacing w:after="40"/>
        <w:jc w:val="center"/>
      </w:pPr>
      <w:r>
        <w:rPr>
          <w:b/>
          <w:sz w:val="32"/>
        </w:rPr>
        <w:t>DONACIÓN DE INMUEBLE</w:t>
      </w:r>
    </w:p>
    <w:p w14:paraId="72070150" w14:textId="77777777" w:rsidR="001A7E4C" w:rsidRDefault="00332782">
      <w:pPr>
        <w:spacing w:after="200"/>
        <w:jc w:val="center"/>
      </w:pPr>
      <w:r>
        <w:rPr>
          <w:b/>
          <w:sz w:val="24"/>
        </w:rPr>
        <w:t>CON RESERVA DE USUFRUCTO</w:t>
      </w:r>
    </w:p>
    <w:p w14:paraId="11CA613C" w14:textId="77777777" w:rsidR="001A7E4C" w:rsidRDefault="00332782">
      <w:pPr>
        <w:spacing w:after="160"/>
        <w:jc w:val="both"/>
      </w:pPr>
      <w:r>
        <w:rPr>
          <w:sz w:val="20"/>
        </w:rPr>
        <w:t xml:space="preserve">Las </w:t>
      </w:r>
      <w:proofErr w:type="spellStart"/>
      <w:r>
        <w:rPr>
          <w:sz w:val="20"/>
        </w:rPr>
        <w:t>instrucciones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toda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información</w:t>
      </w:r>
      <w:proofErr w:type="spellEnd"/>
      <w:r>
        <w:rPr>
          <w:sz w:val="20"/>
        </w:rPr>
        <w:t xml:space="preserve"> que </w:t>
      </w:r>
      <w:proofErr w:type="spellStart"/>
      <w:r>
        <w:rPr>
          <w:sz w:val="20"/>
        </w:rPr>
        <w:t>deba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completarse</w:t>
      </w:r>
      <w:proofErr w:type="spellEnd"/>
      <w:r>
        <w:rPr>
          <w:sz w:val="20"/>
        </w:rPr>
        <w:t xml:space="preserve"> o </w:t>
      </w:r>
      <w:proofErr w:type="spellStart"/>
      <w:r>
        <w:rPr>
          <w:sz w:val="20"/>
        </w:rPr>
        <w:t>seleccionarse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están</w:t>
      </w:r>
      <w:proofErr w:type="spellEnd"/>
      <w:r>
        <w:rPr>
          <w:sz w:val="20"/>
        </w:rPr>
        <w:t xml:space="preserve"> entre </w:t>
      </w:r>
      <w:proofErr w:type="spellStart"/>
      <w:r>
        <w:rPr>
          <w:sz w:val="20"/>
        </w:rPr>
        <w:t>corchetes</w:t>
      </w:r>
      <w:proofErr w:type="spellEnd"/>
      <w:r>
        <w:rPr>
          <w:sz w:val="20"/>
        </w:rPr>
        <w:t xml:space="preserve"> y </w:t>
      </w:r>
      <w:proofErr w:type="spellStart"/>
      <w:r>
        <w:rPr>
          <w:sz w:val="20"/>
        </w:rPr>
        <w:t>aparecen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</w:t>
      </w:r>
      <w:proofErr w:type="spellEnd"/>
      <w:r>
        <w:rPr>
          <w:sz w:val="20"/>
        </w:rPr>
        <w:t xml:space="preserve"> color </w:t>
      </w:r>
      <w:proofErr w:type="spellStart"/>
      <w:r>
        <w:rPr>
          <w:sz w:val="20"/>
        </w:rPr>
        <w:t>rojo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Elimine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estos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textos</w:t>
      </w:r>
      <w:proofErr w:type="spellEnd"/>
      <w:r>
        <w:rPr>
          <w:sz w:val="20"/>
        </w:rPr>
        <w:t xml:space="preserve"> antes de </w:t>
      </w:r>
      <w:proofErr w:type="spellStart"/>
      <w:r>
        <w:rPr>
          <w:sz w:val="20"/>
        </w:rPr>
        <w:t>utilizar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minuta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definitiva</w:t>
      </w:r>
      <w:proofErr w:type="spellEnd"/>
      <w:r>
        <w:rPr>
          <w:sz w:val="20"/>
        </w:rPr>
        <w:t>.</w:t>
      </w:r>
    </w:p>
    <w:p w14:paraId="1C01085A" w14:textId="77777777" w:rsidR="001A7E4C" w:rsidRDefault="00332782">
      <w:pPr>
        <w:jc w:val="both"/>
      </w:pPr>
      <w:r>
        <w:t xml:space="preserve">SEÑORA NOTARIA: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Registro</w:t>
      </w:r>
      <w:proofErr w:type="spellEnd"/>
      <w:r>
        <w:t xml:space="preserve"> de </w:t>
      </w:r>
      <w:proofErr w:type="spellStart"/>
      <w:r>
        <w:t>Escrituras</w:t>
      </w:r>
      <w:proofErr w:type="spellEnd"/>
      <w:r>
        <w:t xml:space="preserve"> </w:t>
      </w:r>
      <w:proofErr w:type="spellStart"/>
      <w:r>
        <w:t>Públicas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cargo, </w:t>
      </w:r>
      <w:proofErr w:type="spellStart"/>
      <w:r>
        <w:t>sírvase</w:t>
      </w:r>
      <w:proofErr w:type="spellEnd"/>
      <w:r>
        <w:t xml:space="preserve"> </w:t>
      </w:r>
      <w:proofErr w:type="spellStart"/>
      <w:r>
        <w:t>insertar</w:t>
      </w:r>
      <w:proofErr w:type="spellEnd"/>
      <w:r>
        <w:t xml:space="preserve"> una </w:t>
      </w:r>
      <w:proofErr w:type="spellStart"/>
      <w:r>
        <w:t>escritura</w:t>
      </w:r>
      <w:proofErr w:type="spellEnd"/>
      <w:r>
        <w:t xml:space="preserve"> de </w:t>
      </w:r>
      <w:proofErr w:type="spellStart"/>
      <w:r>
        <w:t>Donación</w:t>
      </w:r>
      <w:proofErr w:type="spellEnd"/>
      <w:r>
        <w:t xml:space="preserve"> con </w:t>
      </w:r>
      <w:proofErr w:type="spellStart"/>
      <w:r>
        <w:t>reserva</w:t>
      </w:r>
      <w:proofErr w:type="spellEnd"/>
      <w:r>
        <w:t xml:space="preserve"> de </w:t>
      </w:r>
      <w:proofErr w:type="spellStart"/>
      <w:r>
        <w:t>usufructo</w:t>
      </w:r>
      <w:proofErr w:type="spellEnd"/>
      <w:r>
        <w:t xml:space="preserve">, al tenor de las </w:t>
      </w:r>
      <w:proofErr w:type="spellStart"/>
      <w:r>
        <w:t>siguientes</w:t>
      </w:r>
      <w:proofErr w:type="spellEnd"/>
      <w:r>
        <w:t xml:space="preserve"> </w:t>
      </w:r>
      <w:proofErr w:type="spellStart"/>
      <w:r>
        <w:t>cláusulas</w:t>
      </w:r>
      <w:proofErr w:type="spellEnd"/>
      <w:r>
        <w:t>:</w:t>
      </w:r>
    </w:p>
    <w:p w14:paraId="6EAA1818" w14:textId="77777777" w:rsidR="001A7E4C" w:rsidRDefault="00332782">
      <w:pPr>
        <w:spacing w:before="140" w:after="80"/>
        <w:jc w:val="both"/>
      </w:pPr>
      <w:r>
        <w:rPr>
          <w:b/>
        </w:rPr>
        <w:t xml:space="preserve">PRIMERA: </w:t>
      </w:r>
      <w:proofErr w:type="gramStart"/>
      <w:r>
        <w:rPr>
          <w:b/>
        </w:rPr>
        <w:t>COMPARECIENTES.-</w:t>
      </w:r>
      <w:proofErr w:type="gramEnd"/>
    </w:p>
    <w:p w14:paraId="0E6B41CA" w14:textId="77777777" w:rsidR="001A7E4C" w:rsidRDefault="00332782">
      <w:pPr>
        <w:jc w:val="both"/>
      </w:pPr>
      <w:r>
        <w:t xml:space="preserve">A la </w:t>
      </w:r>
      <w:proofErr w:type="spellStart"/>
      <w:r>
        <w:t>celebración</w:t>
      </w:r>
      <w:proofErr w:type="spellEnd"/>
      <w:r>
        <w:t xml:space="preserve"> de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escritura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de </w:t>
      </w:r>
      <w:proofErr w:type="spellStart"/>
      <w:r>
        <w:t>Donación</w:t>
      </w:r>
      <w:proofErr w:type="spellEnd"/>
      <w:r>
        <w:t xml:space="preserve"> </w:t>
      </w:r>
      <w:proofErr w:type="spellStart"/>
      <w:r>
        <w:t>comparecen</w:t>
      </w:r>
      <w:proofErr w:type="spellEnd"/>
      <w:r>
        <w:t xml:space="preserve">, por una </w:t>
      </w:r>
      <w:proofErr w:type="spellStart"/>
      <w:r>
        <w:t>parte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calidad</w:t>
      </w:r>
      <w:proofErr w:type="spellEnd"/>
      <w:r>
        <w:t xml:space="preserve"> de DONANTE, </w:t>
      </w:r>
      <w:r>
        <w:rPr>
          <w:color w:val="C00000"/>
        </w:rPr>
        <w:t>[NOMBRE COMPLETO DEL/DE LOS DONANTES]</w:t>
      </w:r>
      <w:r>
        <w:t xml:space="preserve">, de </w:t>
      </w:r>
      <w:proofErr w:type="spellStart"/>
      <w:r>
        <w:t>nacionalidad</w:t>
      </w:r>
      <w:proofErr w:type="spellEnd"/>
      <w:r>
        <w:t xml:space="preserve"> </w:t>
      </w:r>
      <w:r>
        <w:rPr>
          <w:color w:val="C00000"/>
        </w:rPr>
        <w:t>[__________]</w:t>
      </w:r>
      <w:r>
        <w:t xml:space="preserve">, de </w:t>
      </w:r>
      <w:proofErr w:type="spellStart"/>
      <w:r>
        <w:t>estado</w:t>
      </w:r>
      <w:proofErr w:type="spellEnd"/>
      <w:r>
        <w:t xml:space="preserve"> civil </w:t>
      </w:r>
      <w:r>
        <w:rPr>
          <w:color w:val="C00000"/>
        </w:rPr>
        <w:t>[__________]</w:t>
      </w:r>
      <w:r>
        <w:t xml:space="preserve">, de </w:t>
      </w:r>
      <w:r>
        <w:rPr>
          <w:color w:val="C00000"/>
        </w:rPr>
        <w:t>[____]</w:t>
      </w:r>
      <w:r>
        <w:t xml:space="preserve">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, de </w:t>
      </w:r>
      <w:proofErr w:type="spellStart"/>
      <w:r>
        <w:t>ocupación</w:t>
      </w:r>
      <w:proofErr w:type="spellEnd"/>
      <w:r>
        <w:t xml:space="preserve"> o </w:t>
      </w:r>
      <w:proofErr w:type="spellStart"/>
      <w:r>
        <w:t>profesión</w:t>
      </w:r>
      <w:proofErr w:type="spellEnd"/>
      <w:r>
        <w:t xml:space="preserve"> </w:t>
      </w:r>
      <w:r>
        <w:rPr>
          <w:color w:val="C00000"/>
        </w:rPr>
        <w:t>[__________]</w:t>
      </w:r>
      <w:r>
        <w:t xml:space="preserve">, </w:t>
      </w:r>
      <w:proofErr w:type="spellStart"/>
      <w:r>
        <w:t>domiciliado</w:t>
      </w:r>
      <w:proofErr w:type="spellEnd"/>
      <w:r>
        <w:t xml:space="preserve">/s </w:t>
      </w:r>
      <w:proofErr w:type="spellStart"/>
      <w:r>
        <w:t>en</w:t>
      </w:r>
      <w:proofErr w:type="spellEnd"/>
      <w:r>
        <w:t xml:space="preserve"> </w:t>
      </w:r>
      <w:r>
        <w:rPr>
          <w:color w:val="C00000"/>
        </w:rPr>
        <w:t>[DIRECCIÓN COMPLETA]</w:t>
      </w:r>
      <w:r>
        <w:t xml:space="preserve">, con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teléfono</w:t>
      </w:r>
      <w:proofErr w:type="spellEnd"/>
      <w:r>
        <w:t xml:space="preserve"> </w:t>
      </w:r>
      <w:r>
        <w:rPr>
          <w:color w:val="C00000"/>
        </w:rPr>
        <w:t>[__________]</w:t>
      </w:r>
      <w:r>
        <w:t xml:space="preserve"> y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</w:t>
      </w:r>
      <w:r>
        <w:rPr>
          <w:color w:val="C00000"/>
        </w:rPr>
        <w:t>[__________]</w:t>
      </w:r>
      <w:r>
        <w:t xml:space="preserve">; por </w:t>
      </w:r>
      <w:proofErr w:type="spellStart"/>
      <w:r>
        <w:t>otra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calidad</w:t>
      </w:r>
      <w:proofErr w:type="spellEnd"/>
      <w:r>
        <w:t xml:space="preserve"> de DONATARIO, </w:t>
      </w:r>
      <w:r>
        <w:rPr>
          <w:color w:val="C00000"/>
        </w:rPr>
        <w:t>[NOMBRE COMPLETO DEL/DE LOS DONATARIOS]</w:t>
      </w:r>
      <w:r>
        <w:t xml:space="preserve">, de </w:t>
      </w:r>
      <w:proofErr w:type="spellStart"/>
      <w:r>
        <w:t>nacionalidad</w:t>
      </w:r>
      <w:proofErr w:type="spellEnd"/>
      <w:r>
        <w:t xml:space="preserve"> </w:t>
      </w:r>
      <w:r>
        <w:rPr>
          <w:color w:val="C00000"/>
        </w:rPr>
        <w:t>[__________]</w:t>
      </w:r>
      <w:r>
        <w:t xml:space="preserve">, de </w:t>
      </w:r>
      <w:proofErr w:type="spellStart"/>
      <w:r>
        <w:t>estado</w:t>
      </w:r>
      <w:proofErr w:type="spellEnd"/>
      <w:r>
        <w:t xml:space="preserve"> civil </w:t>
      </w:r>
      <w:r>
        <w:rPr>
          <w:color w:val="C00000"/>
        </w:rPr>
        <w:t>[__________]</w:t>
      </w:r>
      <w:r>
        <w:t xml:space="preserve">, de </w:t>
      </w:r>
      <w:r>
        <w:rPr>
          <w:color w:val="C00000"/>
        </w:rPr>
        <w:t>[____]</w:t>
      </w:r>
      <w:r>
        <w:t xml:space="preserve"> </w:t>
      </w:r>
      <w:proofErr w:type="spellStart"/>
      <w:r>
        <w:t>años</w:t>
      </w:r>
      <w:proofErr w:type="spellEnd"/>
      <w:r>
        <w:t xml:space="preserve"> de </w:t>
      </w:r>
      <w:proofErr w:type="spellStart"/>
      <w:r>
        <w:t>edad</w:t>
      </w:r>
      <w:proofErr w:type="spellEnd"/>
      <w:r>
        <w:t xml:space="preserve">, de </w:t>
      </w:r>
      <w:proofErr w:type="spellStart"/>
      <w:r>
        <w:t>ocupación</w:t>
      </w:r>
      <w:proofErr w:type="spellEnd"/>
      <w:r>
        <w:t xml:space="preserve"> o </w:t>
      </w:r>
      <w:proofErr w:type="spellStart"/>
      <w:r>
        <w:t>profesión</w:t>
      </w:r>
      <w:proofErr w:type="spellEnd"/>
      <w:r>
        <w:t xml:space="preserve"> </w:t>
      </w:r>
      <w:r>
        <w:rPr>
          <w:color w:val="C00000"/>
        </w:rPr>
        <w:t>[__________]</w:t>
      </w:r>
      <w:r>
        <w:t xml:space="preserve">, </w:t>
      </w:r>
      <w:proofErr w:type="spellStart"/>
      <w:r>
        <w:t>domiciliado</w:t>
      </w:r>
      <w:proofErr w:type="spellEnd"/>
      <w:r>
        <w:t xml:space="preserve">/s </w:t>
      </w:r>
      <w:proofErr w:type="spellStart"/>
      <w:r>
        <w:t>en</w:t>
      </w:r>
      <w:proofErr w:type="spellEnd"/>
      <w:r>
        <w:t xml:space="preserve"> </w:t>
      </w:r>
      <w:r>
        <w:rPr>
          <w:color w:val="C00000"/>
        </w:rPr>
        <w:t>[DIRECCIÓN COMPLETA]</w:t>
      </w:r>
      <w:r>
        <w:t xml:space="preserve">, con </w:t>
      </w:r>
      <w:proofErr w:type="spellStart"/>
      <w:r>
        <w:t>número</w:t>
      </w:r>
      <w:proofErr w:type="spellEnd"/>
      <w:r>
        <w:t xml:space="preserve"> de </w:t>
      </w:r>
      <w:proofErr w:type="spellStart"/>
      <w:r>
        <w:t>teléfono</w:t>
      </w:r>
      <w:proofErr w:type="spellEnd"/>
      <w:r>
        <w:t xml:space="preserve"> </w:t>
      </w:r>
      <w:r>
        <w:rPr>
          <w:color w:val="C00000"/>
        </w:rPr>
        <w:t>[__________]</w:t>
      </w:r>
      <w:r>
        <w:t xml:space="preserve"> y </w:t>
      </w:r>
      <w:proofErr w:type="spellStart"/>
      <w:r>
        <w:t>correo</w:t>
      </w:r>
      <w:proofErr w:type="spellEnd"/>
      <w:r>
        <w:t xml:space="preserve"> </w:t>
      </w:r>
      <w:proofErr w:type="spellStart"/>
      <w:r>
        <w:t>electrónico</w:t>
      </w:r>
      <w:proofErr w:type="spellEnd"/>
      <w:r>
        <w:t xml:space="preserve"> </w:t>
      </w:r>
      <w:r>
        <w:rPr>
          <w:color w:val="C00000"/>
        </w:rPr>
        <w:t>[__________]</w:t>
      </w:r>
      <w:r>
        <w:t xml:space="preserve">, y </w:t>
      </w:r>
      <w:proofErr w:type="spellStart"/>
      <w:r>
        <w:t>comparecen</w:t>
      </w:r>
      <w:proofErr w:type="spellEnd"/>
      <w:r>
        <w:t xml:space="preserve"> con plena </w:t>
      </w:r>
      <w:proofErr w:type="spellStart"/>
      <w:r>
        <w:t>capacidad</w:t>
      </w:r>
      <w:proofErr w:type="spellEnd"/>
      <w:r>
        <w:t xml:space="preserve"> civil para </w:t>
      </w:r>
      <w:proofErr w:type="spellStart"/>
      <w:r>
        <w:t>contratar</w:t>
      </w:r>
      <w:proofErr w:type="spellEnd"/>
      <w:r>
        <w:t xml:space="preserve"> y </w:t>
      </w:r>
      <w:proofErr w:type="spellStart"/>
      <w:r>
        <w:t>obligarse</w:t>
      </w:r>
      <w:proofErr w:type="spellEnd"/>
      <w:r>
        <w:t xml:space="preserve">, </w:t>
      </w:r>
      <w:proofErr w:type="spellStart"/>
      <w:r>
        <w:t>quienes</w:t>
      </w:r>
      <w:proofErr w:type="spellEnd"/>
      <w:r>
        <w:t xml:space="preserve"> libre y </w:t>
      </w:r>
      <w:proofErr w:type="spellStart"/>
      <w:r>
        <w:t>voluntariamente</w:t>
      </w:r>
      <w:proofErr w:type="spellEnd"/>
      <w:r>
        <w:t xml:space="preserve">, </w:t>
      </w:r>
      <w:proofErr w:type="spellStart"/>
      <w:r>
        <w:t>esto</w:t>
      </w:r>
      <w:proofErr w:type="spellEnd"/>
      <w:r>
        <w:t xml:space="preserve"> es sin </w:t>
      </w:r>
      <w:proofErr w:type="spellStart"/>
      <w:r>
        <w:t>presión</w:t>
      </w:r>
      <w:proofErr w:type="spellEnd"/>
      <w:r>
        <w:t xml:space="preserve">, </w:t>
      </w:r>
      <w:proofErr w:type="spellStart"/>
      <w:r>
        <w:t>coacción</w:t>
      </w:r>
      <w:proofErr w:type="spellEnd"/>
      <w:r>
        <w:t xml:space="preserve">, </w:t>
      </w:r>
      <w:proofErr w:type="spellStart"/>
      <w:r>
        <w:t>ni</w:t>
      </w:r>
      <w:proofErr w:type="spellEnd"/>
      <w:r>
        <w:t xml:space="preserve"> </w:t>
      </w:r>
      <w:proofErr w:type="spellStart"/>
      <w:r>
        <w:t>ningún</w:t>
      </w:r>
      <w:proofErr w:type="spellEnd"/>
      <w:r>
        <w:t xml:space="preserve"> </w:t>
      </w:r>
      <w:proofErr w:type="spellStart"/>
      <w:r>
        <w:t>otro</w:t>
      </w:r>
      <w:proofErr w:type="spellEnd"/>
      <w:r>
        <w:t xml:space="preserve"> </w:t>
      </w:r>
      <w:proofErr w:type="spellStart"/>
      <w:r>
        <w:t>vicio</w:t>
      </w:r>
      <w:proofErr w:type="spellEnd"/>
      <w:r>
        <w:t xml:space="preserve"> que </w:t>
      </w:r>
      <w:proofErr w:type="spellStart"/>
      <w:r>
        <w:t>pudiere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</w:t>
      </w:r>
      <w:proofErr w:type="spellStart"/>
      <w:r>
        <w:t>su</w:t>
      </w:r>
      <w:proofErr w:type="spellEnd"/>
      <w:r>
        <w:t xml:space="preserve"> </w:t>
      </w:r>
      <w:proofErr w:type="spellStart"/>
      <w:r>
        <w:t>consentimiento</w:t>
      </w:r>
      <w:proofErr w:type="spellEnd"/>
      <w:r>
        <w:t xml:space="preserve">, </w:t>
      </w:r>
      <w:proofErr w:type="spellStart"/>
      <w:r>
        <w:t>convienen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efectivamente</w:t>
      </w:r>
      <w:proofErr w:type="spellEnd"/>
      <w:r>
        <w:t xml:space="preserve"> </w:t>
      </w:r>
      <w:proofErr w:type="spellStart"/>
      <w:r>
        <w:t>así</w:t>
      </w:r>
      <w:proofErr w:type="spellEnd"/>
      <w:r>
        <w:t xml:space="preserve"> lo </w:t>
      </w:r>
      <w:proofErr w:type="spellStart"/>
      <w:r>
        <w:t>hacen</w:t>
      </w:r>
      <w:proofErr w:type="spellEnd"/>
      <w:r>
        <w:t xml:space="preserve"> y </w:t>
      </w:r>
      <w:proofErr w:type="spellStart"/>
      <w:r>
        <w:t>según</w:t>
      </w:r>
      <w:proofErr w:type="spellEnd"/>
      <w:r>
        <w:t xml:space="preserve"> las </w:t>
      </w:r>
      <w:proofErr w:type="spellStart"/>
      <w:r>
        <w:t>calidades</w:t>
      </w:r>
      <w:proofErr w:type="spellEnd"/>
      <w:r>
        <w:t xml:space="preserve"> que </w:t>
      </w:r>
      <w:proofErr w:type="spellStart"/>
      <w:r>
        <w:t>han</w:t>
      </w:r>
      <w:proofErr w:type="spellEnd"/>
      <w:r>
        <w:t xml:space="preserve"> </w:t>
      </w:r>
      <w:proofErr w:type="spellStart"/>
      <w:r>
        <w:t>quedado</w:t>
      </w:r>
      <w:proofErr w:type="spellEnd"/>
      <w:r>
        <w:t xml:space="preserve"> </w:t>
      </w:r>
      <w:proofErr w:type="spellStart"/>
      <w:r>
        <w:t>previamente</w:t>
      </w:r>
      <w:proofErr w:type="spellEnd"/>
      <w:r>
        <w:t xml:space="preserve"> </w:t>
      </w:r>
      <w:proofErr w:type="spellStart"/>
      <w:r>
        <w:t>invocadas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otorgar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Donación</w:t>
      </w:r>
      <w:proofErr w:type="spellEnd"/>
      <w:r>
        <w:t xml:space="preserve"> al tenor de los </w:t>
      </w:r>
      <w:proofErr w:type="spellStart"/>
      <w:r>
        <w:t>términos</w:t>
      </w:r>
      <w:proofErr w:type="spellEnd"/>
      <w:r>
        <w:t xml:space="preserve"> que se </w:t>
      </w:r>
      <w:proofErr w:type="spellStart"/>
      <w:r>
        <w:t>precisan</w:t>
      </w:r>
      <w:proofErr w:type="spellEnd"/>
      <w:r>
        <w:t xml:space="preserve"> a </w:t>
      </w:r>
      <w:proofErr w:type="spellStart"/>
      <w:r>
        <w:t>continuación</w:t>
      </w:r>
      <w:proofErr w:type="spellEnd"/>
      <w:r>
        <w:t>.</w:t>
      </w:r>
    </w:p>
    <w:p w14:paraId="43C7999B" w14:textId="77777777" w:rsidR="001A7E4C" w:rsidRDefault="00332782">
      <w:pPr>
        <w:spacing w:before="140" w:after="80"/>
        <w:jc w:val="both"/>
      </w:pPr>
      <w:r>
        <w:rPr>
          <w:b/>
        </w:rPr>
        <w:t xml:space="preserve">SEGUNDA: DESCRIPCIÓN DE LA PROPIEDAD, FORMA DE ADQUISICIÓN Y </w:t>
      </w:r>
      <w:proofErr w:type="gramStart"/>
      <w:r>
        <w:rPr>
          <w:b/>
        </w:rPr>
        <w:t>ANTECEDENTES.-</w:t>
      </w:r>
      <w:proofErr w:type="gramEnd"/>
    </w:p>
    <w:p w14:paraId="5B5CA420" w14:textId="77777777" w:rsidR="001A7E4C" w:rsidRDefault="00332782">
      <w:pPr>
        <w:jc w:val="both"/>
      </w:pPr>
      <w:r>
        <w:t xml:space="preserve">El/los DONANTE/S es/son </w:t>
      </w:r>
      <w:proofErr w:type="spellStart"/>
      <w:r>
        <w:t>legítimo</w:t>
      </w:r>
      <w:proofErr w:type="spellEnd"/>
      <w:r>
        <w:t xml:space="preserve">/s </w:t>
      </w:r>
      <w:proofErr w:type="spellStart"/>
      <w:r>
        <w:t>propietario</w:t>
      </w:r>
      <w:proofErr w:type="spellEnd"/>
      <w:r>
        <w:t xml:space="preserve">/s del </w:t>
      </w:r>
      <w:r>
        <w:rPr>
          <w:color w:val="C00000"/>
        </w:rPr>
        <w:t>[INSERTAR LA DESCRIPCIÓN COMPLETA DEL INMUEBLE EXACTAMENTE COMO CONSTA EN EL CERTIFICADO DE GRAVÁMENES O EN LA ESCRITURA DE ADQUISICIÓN DEL MISMO]</w:t>
      </w:r>
      <w:r>
        <w:t xml:space="preserve">. </w:t>
      </w:r>
      <w:proofErr w:type="spellStart"/>
      <w:r>
        <w:t>Adquirido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</w:t>
      </w:r>
      <w:r>
        <w:rPr>
          <w:color w:val="C00000"/>
        </w:rPr>
        <w:t>[INSERTAR LA FORMA DE ADQUISICIÓN DEL INMUEBLE, INCLUYENDO A QUIÉN SE LO ADQUIRIÓ, NOTARÍA DONDE SE CELEBRÓ LA ESCRITURA O ENTIDAD QUE EMITE LA ADJUDICACIÓN, DE SER EL CASO, FECHA DE CELEBRACIÓN Y FECHA DE INSCRIPCIÓN EN EL REGISTRO DE LA PROPIEDAD]</w:t>
      </w:r>
      <w:r>
        <w:t>.</w:t>
      </w:r>
    </w:p>
    <w:p w14:paraId="0C115125" w14:textId="77777777" w:rsidR="001A7E4C" w:rsidRDefault="00332782">
      <w:pPr>
        <w:jc w:val="both"/>
      </w:pPr>
      <w:r>
        <w:rPr>
          <w:color w:val="C00000"/>
          <w:sz w:val="20"/>
        </w:rPr>
        <w:t xml:space="preserve">[USAR SOLO CUANDO CORRESPONDA: </w:t>
      </w:r>
      <w:proofErr w:type="spellStart"/>
      <w:r>
        <w:rPr>
          <w:color w:val="C00000"/>
          <w:sz w:val="20"/>
        </w:rPr>
        <w:t>En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el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caso</w:t>
      </w:r>
      <w:proofErr w:type="spellEnd"/>
      <w:r>
        <w:rPr>
          <w:color w:val="C00000"/>
          <w:sz w:val="20"/>
        </w:rPr>
        <w:t xml:space="preserve"> de </w:t>
      </w:r>
      <w:proofErr w:type="spellStart"/>
      <w:r>
        <w:rPr>
          <w:color w:val="C00000"/>
          <w:sz w:val="20"/>
        </w:rPr>
        <w:t>bienes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declarados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en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propiedad</w:t>
      </w:r>
      <w:proofErr w:type="spellEnd"/>
      <w:r>
        <w:rPr>
          <w:color w:val="C00000"/>
          <w:sz w:val="20"/>
        </w:rPr>
        <w:t xml:space="preserve"> horizontal, </w:t>
      </w:r>
      <w:proofErr w:type="spellStart"/>
      <w:r>
        <w:rPr>
          <w:color w:val="C00000"/>
          <w:sz w:val="20"/>
        </w:rPr>
        <w:t>incluir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notaría</w:t>
      </w:r>
      <w:proofErr w:type="spellEnd"/>
      <w:r>
        <w:rPr>
          <w:color w:val="C00000"/>
          <w:sz w:val="20"/>
        </w:rPr>
        <w:t xml:space="preserve">, </w:t>
      </w:r>
      <w:proofErr w:type="spellStart"/>
      <w:r>
        <w:rPr>
          <w:color w:val="C00000"/>
          <w:sz w:val="20"/>
        </w:rPr>
        <w:t>fecha</w:t>
      </w:r>
      <w:proofErr w:type="spellEnd"/>
      <w:r>
        <w:rPr>
          <w:color w:val="C00000"/>
          <w:sz w:val="20"/>
        </w:rPr>
        <w:t xml:space="preserve"> de </w:t>
      </w:r>
      <w:proofErr w:type="spellStart"/>
      <w:r>
        <w:rPr>
          <w:color w:val="C00000"/>
          <w:sz w:val="20"/>
        </w:rPr>
        <w:t>otorgamiento</w:t>
      </w:r>
      <w:proofErr w:type="spellEnd"/>
      <w:r>
        <w:rPr>
          <w:color w:val="C00000"/>
          <w:sz w:val="20"/>
        </w:rPr>
        <w:t xml:space="preserve"> y </w:t>
      </w:r>
      <w:proofErr w:type="spellStart"/>
      <w:r>
        <w:rPr>
          <w:color w:val="C00000"/>
          <w:sz w:val="20"/>
        </w:rPr>
        <w:t>fecha</w:t>
      </w:r>
      <w:proofErr w:type="spellEnd"/>
      <w:r>
        <w:rPr>
          <w:color w:val="C00000"/>
          <w:sz w:val="20"/>
        </w:rPr>
        <w:t xml:space="preserve"> de </w:t>
      </w:r>
      <w:proofErr w:type="spellStart"/>
      <w:r>
        <w:rPr>
          <w:color w:val="C00000"/>
          <w:sz w:val="20"/>
        </w:rPr>
        <w:t>inscripción</w:t>
      </w:r>
      <w:proofErr w:type="spellEnd"/>
      <w:r>
        <w:rPr>
          <w:color w:val="C00000"/>
          <w:sz w:val="20"/>
        </w:rPr>
        <w:t xml:space="preserve"> de la </w:t>
      </w:r>
      <w:proofErr w:type="spellStart"/>
      <w:r>
        <w:rPr>
          <w:color w:val="C00000"/>
          <w:sz w:val="20"/>
        </w:rPr>
        <w:t>declaratoria</w:t>
      </w:r>
      <w:proofErr w:type="spellEnd"/>
      <w:r>
        <w:rPr>
          <w:color w:val="C00000"/>
          <w:sz w:val="20"/>
        </w:rPr>
        <w:t xml:space="preserve"> de </w:t>
      </w:r>
      <w:proofErr w:type="spellStart"/>
      <w:r>
        <w:rPr>
          <w:color w:val="C00000"/>
          <w:sz w:val="20"/>
        </w:rPr>
        <w:t>propiedad</w:t>
      </w:r>
      <w:proofErr w:type="spellEnd"/>
      <w:r>
        <w:rPr>
          <w:color w:val="C00000"/>
          <w:sz w:val="20"/>
        </w:rPr>
        <w:t xml:space="preserve"> horizontal]</w:t>
      </w:r>
      <w:r>
        <w:rPr>
          <w:sz w:val="20"/>
        </w:rPr>
        <w:t>.</w:t>
      </w:r>
    </w:p>
    <w:p w14:paraId="0F62B30A" w14:textId="77777777" w:rsidR="001A7E4C" w:rsidRDefault="00332782">
      <w:pPr>
        <w:spacing w:before="140" w:after="80"/>
        <w:jc w:val="both"/>
      </w:pPr>
      <w:r>
        <w:rPr>
          <w:b/>
        </w:rPr>
        <w:t xml:space="preserve">TERCERA: DONACIÓN Y </w:t>
      </w:r>
      <w:proofErr w:type="gramStart"/>
      <w:r>
        <w:rPr>
          <w:b/>
        </w:rPr>
        <w:t>LINDEROS.-</w:t>
      </w:r>
      <w:proofErr w:type="gramEnd"/>
    </w:p>
    <w:p w14:paraId="587B3BC1" w14:textId="77777777" w:rsidR="001A7E4C" w:rsidRDefault="00332782">
      <w:pPr>
        <w:jc w:val="both"/>
      </w:pPr>
      <w:r>
        <w:t xml:space="preserve">Con los </w:t>
      </w:r>
      <w:proofErr w:type="spellStart"/>
      <w:r>
        <w:t>antecedentes</w:t>
      </w:r>
      <w:proofErr w:type="spellEnd"/>
      <w:r>
        <w:t xml:space="preserve"> </w:t>
      </w:r>
      <w:proofErr w:type="spellStart"/>
      <w:r>
        <w:t>expuestos</w:t>
      </w:r>
      <w:proofErr w:type="spellEnd"/>
      <w:r>
        <w:t xml:space="preserve">, y </w:t>
      </w:r>
      <w:proofErr w:type="spellStart"/>
      <w:r>
        <w:t>previamente</w:t>
      </w:r>
      <w:proofErr w:type="spellEnd"/>
      <w:r>
        <w:t xml:space="preserve"> </w:t>
      </w:r>
      <w:proofErr w:type="spellStart"/>
      <w:r>
        <w:t>autorizados</w:t>
      </w:r>
      <w:proofErr w:type="spellEnd"/>
      <w:r>
        <w:t xml:space="preserve"> </w:t>
      </w:r>
      <w:proofErr w:type="spellStart"/>
      <w:r>
        <w:t>mediante</w:t>
      </w:r>
      <w:proofErr w:type="spellEnd"/>
      <w:r>
        <w:t xml:space="preserve"> acta notarial </w:t>
      </w:r>
      <w:r>
        <w:rPr>
          <w:color w:val="C00000"/>
        </w:rPr>
        <w:t>[INSERTAR FECHA Y NOTARÍA DE CELEBRACIÓN DE LA INSINUACIÓN DE DONACIÓN]</w:t>
      </w:r>
      <w:r>
        <w:t xml:space="preserve">, </w:t>
      </w:r>
      <w:proofErr w:type="spellStart"/>
      <w:r>
        <w:t>el</w:t>
      </w:r>
      <w:proofErr w:type="spellEnd"/>
      <w:r>
        <w:t xml:space="preserve">/los DONANTE/S, </w:t>
      </w:r>
      <w:proofErr w:type="spellStart"/>
      <w:r>
        <w:t>en</w:t>
      </w:r>
      <w:proofErr w:type="spellEnd"/>
      <w:r>
        <w:t xml:space="preserve"> forma libre, </w:t>
      </w:r>
      <w:proofErr w:type="spellStart"/>
      <w:r>
        <w:t>voluntaria</w:t>
      </w:r>
      <w:proofErr w:type="spellEnd"/>
      <w:r>
        <w:t xml:space="preserve"> y </w:t>
      </w:r>
      <w:proofErr w:type="spellStart"/>
      <w:r>
        <w:t>expresa</w:t>
      </w:r>
      <w:proofErr w:type="spellEnd"/>
      <w:r>
        <w:t xml:space="preserve">, </w:t>
      </w:r>
      <w:proofErr w:type="spellStart"/>
      <w:r>
        <w:t>declara</w:t>
      </w:r>
      <w:proofErr w:type="spellEnd"/>
      <w:r>
        <w:t xml:space="preserve">/n que es/son </w:t>
      </w:r>
      <w:proofErr w:type="spellStart"/>
      <w:r>
        <w:t>su</w:t>
      </w:r>
      <w:proofErr w:type="spellEnd"/>
      <w:r>
        <w:t xml:space="preserve"> </w:t>
      </w:r>
      <w:proofErr w:type="spellStart"/>
      <w:r>
        <w:t>deseo</w:t>
      </w:r>
      <w:proofErr w:type="spellEnd"/>
      <w:r>
        <w:t xml:space="preserve"> </w:t>
      </w:r>
      <w:proofErr w:type="spellStart"/>
      <w:r>
        <w:t>donar</w:t>
      </w:r>
      <w:proofErr w:type="spellEnd"/>
      <w:r>
        <w:t xml:space="preserve"> </w:t>
      </w:r>
      <w:proofErr w:type="spellStart"/>
      <w:r>
        <w:t>únicamente</w:t>
      </w:r>
      <w:proofErr w:type="spellEnd"/>
      <w:r>
        <w:t xml:space="preserve"> la NUDA PROPIEDAD del </w:t>
      </w:r>
      <w:proofErr w:type="spellStart"/>
      <w:r>
        <w:t>inmueble</w:t>
      </w:r>
      <w:proofErr w:type="spellEnd"/>
      <w:r>
        <w:t xml:space="preserve"> </w:t>
      </w:r>
      <w:proofErr w:type="spellStart"/>
      <w:r>
        <w:t>descrito</w:t>
      </w:r>
      <w:proofErr w:type="spellEnd"/>
      <w:r>
        <w:t xml:space="preserve"> </w:t>
      </w:r>
      <w:proofErr w:type="spellStart"/>
      <w:r>
        <w:t>previamente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favor del/los DONATARIO/S, </w:t>
      </w:r>
      <w:proofErr w:type="spellStart"/>
      <w:r>
        <w:t>reservándose</w:t>
      </w:r>
      <w:proofErr w:type="spellEnd"/>
      <w:r>
        <w:t xml:space="preserve"> para </w:t>
      </w:r>
      <w:proofErr w:type="spellStart"/>
      <w:r>
        <w:t>sí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derecho de USUFRUCTO </w:t>
      </w:r>
      <w:r>
        <w:rPr>
          <w:color w:val="C00000"/>
        </w:rPr>
        <w:t>[VITALICIO / POR EL PLAZO DE ________]</w:t>
      </w:r>
      <w:r w:rsidR="00E9045A">
        <w:t>.</w:t>
      </w:r>
    </w:p>
    <w:p w14:paraId="0AB05301" w14:textId="77777777" w:rsidR="001A5858" w:rsidRDefault="00E87975">
      <w:pPr>
        <w:jc w:val="both"/>
      </w:pPr>
      <w:r>
        <w:rPr>
          <w:color w:val="C00000"/>
          <w:sz w:val="20"/>
        </w:rPr>
        <w:t xml:space="preserve">[USAR SOLO CUANDO CORRESPONDA: Si la </w:t>
      </w:r>
      <w:proofErr w:type="spellStart"/>
      <w:r>
        <w:rPr>
          <w:color w:val="C00000"/>
          <w:sz w:val="20"/>
        </w:rPr>
        <w:t>donación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está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sujeta</w:t>
      </w:r>
      <w:proofErr w:type="spellEnd"/>
      <w:r>
        <w:rPr>
          <w:color w:val="C00000"/>
          <w:sz w:val="20"/>
        </w:rPr>
        <w:t xml:space="preserve"> a una </w:t>
      </w:r>
      <w:proofErr w:type="spellStart"/>
      <w:r>
        <w:rPr>
          <w:color w:val="C00000"/>
          <w:sz w:val="20"/>
        </w:rPr>
        <w:t>condición</w:t>
      </w:r>
      <w:proofErr w:type="spellEnd"/>
      <w:r>
        <w:rPr>
          <w:color w:val="C00000"/>
          <w:sz w:val="20"/>
        </w:rPr>
        <w:t xml:space="preserve"> o a un </w:t>
      </w:r>
      <w:proofErr w:type="spellStart"/>
      <w:r>
        <w:rPr>
          <w:color w:val="C00000"/>
          <w:sz w:val="20"/>
        </w:rPr>
        <w:t>plazo</w:t>
      </w:r>
      <w:proofErr w:type="spellEnd"/>
      <w:r>
        <w:rPr>
          <w:color w:val="C00000"/>
          <w:sz w:val="20"/>
        </w:rPr>
        <w:t xml:space="preserve">, </w:t>
      </w:r>
      <w:proofErr w:type="spellStart"/>
      <w:r>
        <w:rPr>
          <w:color w:val="C00000"/>
          <w:sz w:val="20"/>
        </w:rPr>
        <w:t>expresar</w:t>
      </w:r>
      <w:proofErr w:type="spellEnd"/>
      <w:r>
        <w:rPr>
          <w:color w:val="C00000"/>
          <w:sz w:val="20"/>
        </w:rPr>
        <w:t xml:space="preserve"> de </w:t>
      </w:r>
      <w:proofErr w:type="spellStart"/>
      <w:r>
        <w:rPr>
          <w:color w:val="C00000"/>
          <w:sz w:val="20"/>
        </w:rPr>
        <w:t>manera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clara</w:t>
      </w:r>
      <w:proofErr w:type="spellEnd"/>
      <w:r>
        <w:rPr>
          <w:color w:val="C00000"/>
          <w:sz w:val="20"/>
        </w:rPr>
        <w:t xml:space="preserve"> y </w:t>
      </w:r>
      <w:proofErr w:type="spellStart"/>
      <w:r>
        <w:rPr>
          <w:color w:val="C00000"/>
          <w:sz w:val="20"/>
        </w:rPr>
        <w:t>precisa</w:t>
      </w:r>
      <w:proofErr w:type="spellEnd"/>
      <w:r>
        <w:rPr>
          <w:color w:val="C00000"/>
          <w:sz w:val="20"/>
        </w:rPr>
        <w:t xml:space="preserve"> la </w:t>
      </w:r>
      <w:proofErr w:type="spellStart"/>
      <w:r>
        <w:rPr>
          <w:color w:val="C00000"/>
          <w:sz w:val="20"/>
        </w:rPr>
        <w:t>condición</w:t>
      </w:r>
      <w:proofErr w:type="spellEnd"/>
      <w:r>
        <w:rPr>
          <w:color w:val="C00000"/>
          <w:sz w:val="20"/>
        </w:rPr>
        <w:t xml:space="preserve"> o </w:t>
      </w:r>
      <w:proofErr w:type="spellStart"/>
      <w:r>
        <w:rPr>
          <w:color w:val="C00000"/>
          <w:sz w:val="20"/>
        </w:rPr>
        <w:t>el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plazo</w:t>
      </w:r>
      <w:proofErr w:type="spellEnd"/>
      <w:r>
        <w:rPr>
          <w:color w:val="C00000"/>
          <w:sz w:val="20"/>
        </w:rPr>
        <w:t xml:space="preserve"> dentro de</w:t>
      </w:r>
      <w:r>
        <w:rPr>
          <w:color w:val="C00000"/>
          <w:sz w:val="20"/>
        </w:rPr>
        <w:t xml:space="preserve"> la </w:t>
      </w:r>
      <w:proofErr w:type="spellStart"/>
      <w:r>
        <w:rPr>
          <w:color w:val="C00000"/>
          <w:sz w:val="20"/>
        </w:rPr>
        <w:t>escritura</w:t>
      </w:r>
      <w:proofErr w:type="spellEnd"/>
      <w:r>
        <w:rPr>
          <w:color w:val="C00000"/>
          <w:sz w:val="20"/>
        </w:rPr>
        <w:t xml:space="preserve">. No </w:t>
      </w:r>
      <w:proofErr w:type="spellStart"/>
      <w:r>
        <w:rPr>
          <w:color w:val="C00000"/>
          <w:sz w:val="20"/>
        </w:rPr>
        <w:t>dejar</w:t>
      </w:r>
      <w:proofErr w:type="spellEnd"/>
      <w:r>
        <w:rPr>
          <w:color w:val="C00000"/>
          <w:sz w:val="20"/>
        </w:rPr>
        <w:t xml:space="preserve"> la </w:t>
      </w:r>
      <w:proofErr w:type="spellStart"/>
      <w:r>
        <w:rPr>
          <w:color w:val="C00000"/>
          <w:sz w:val="20"/>
        </w:rPr>
        <w:t>condición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como</w:t>
      </w:r>
      <w:proofErr w:type="spellEnd"/>
      <w:r>
        <w:rPr>
          <w:color w:val="C00000"/>
          <w:sz w:val="20"/>
        </w:rPr>
        <w:t xml:space="preserve"> una </w:t>
      </w:r>
      <w:proofErr w:type="spellStart"/>
      <w:r>
        <w:rPr>
          <w:color w:val="C00000"/>
          <w:sz w:val="20"/>
        </w:rPr>
        <w:t>instrucción</w:t>
      </w:r>
      <w:proofErr w:type="spellEnd"/>
      <w:r>
        <w:rPr>
          <w:color w:val="C00000"/>
          <w:sz w:val="20"/>
        </w:rPr>
        <w:t xml:space="preserve"> general o </w:t>
      </w:r>
      <w:proofErr w:type="spellStart"/>
      <w:r>
        <w:rPr>
          <w:color w:val="C00000"/>
          <w:sz w:val="20"/>
        </w:rPr>
        <w:t>implícita</w:t>
      </w:r>
      <w:proofErr w:type="spellEnd"/>
      <w:r>
        <w:rPr>
          <w:color w:val="C00000"/>
          <w:sz w:val="20"/>
        </w:rPr>
        <w:t xml:space="preserve">; debe </w:t>
      </w:r>
      <w:proofErr w:type="spellStart"/>
      <w:r>
        <w:rPr>
          <w:color w:val="C00000"/>
          <w:sz w:val="20"/>
        </w:rPr>
        <w:t>indicarse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exactamente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el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hecho</w:t>
      </w:r>
      <w:proofErr w:type="spellEnd"/>
      <w:r>
        <w:rPr>
          <w:color w:val="C00000"/>
          <w:sz w:val="20"/>
        </w:rPr>
        <w:t xml:space="preserve"> o </w:t>
      </w:r>
      <w:proofErr w:type="spellStart"/>
      <w:r>
        <w:rPr>
          <w:color w:val="C00000"/>
          <w:sz w:val="20"/>
        </w:rPr>
        <w:t>circunstancia</w:t>
      </w:r>
      <w:proofErr w:type="spellEnd"/>
      <w:r>
        <w:rPr>
          <w:color w:val="C00000"/>
          <w:sz w:val="20"/>
        </w:rPr>
        <w:t xml:space="preserve"> de </w:t>
      </w:r>
      <w:proofErr w:type="spellStart"/>
      <w:r>
        <w:rPr>
          <w:color w:val="C00000"/>
          <w:sz w:val="20"/>
        </w:rPr>
        <w:t>cuyo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cumplimiento</w:t>
      </w:r>
      <w:proofErr w:type="spellEnd"/>
      <w:r>
        <w:rPr>
          <w:color w:val="C00000"/>
          <w:sz w:val="20"/>
        </w:rPr>
        <w:t xml:space="preserve"> </w:t>
      </w:r>
      <w:proofErr w:type="spellStart"/>
      <w:r>
        <w:rPr>
          <w:color w:val="C00000"/>
          <w:sz w:val="20"/>
        </w:rPr>
        <w:t>dependa</w:t>
      </w:r>
      <w:proofErr w:type="spellEnd"/>
      <w:r>
        <w:rPr>
          <w:color w:val="C00000"/>
          <w:sz w:val="20"/>
        </w:rPr>
        <w:t xml:space="preserve"> la </w:t>
      </w:r>
      <w:proofErr w:type="spellStart"/>
      <w:r>
        <w:rPr>
          <w:color w:val="C00000"/>
          <w:sz w:val="20"/>
        </w:rPr>
        <w:t>donación</w:t>
      </w:r>
      <w:proofErr w:type="spellEnd"/>
      <w:r>
        <w:rPr>
          <w:color w:val="C00000"/>
          <w:sz w:val="20"/>
        </w:rPr>
        <w:t>.]</w:t>
      </w:r>
    </w:p>
    <w:p w14:paraId="296CF274" w14:textId="77777777" w:rsidR="001A7E4C" w:rsidRDefault="00332782">
      <w:pPr>
        <w:jc w:val="both"/>
      </w:pPr>
      <w:r>
        <w:t xml:space="preserve">LINDEROS GENERALES: </w:t>
      </w:r>
      <w:r>
        <w:rPr>
          <w:color w:val="C00000"/>
        </w:rPr>
        <w:t>[TRANSCRIBIR LOS LINDEROS GENERALES DEL INMUEBLE QUE SE DONA. EN EL CASO DE BIENES DECLARADOS EN PROPIEDAD HORIZONTAL, INSERTAR LOS LINDEROS DEL LOTE DONDE SE LEVANTA LA EDIFICACIÓN]</w:t>
      </w:r>
      <w:r>
        <w:t>.</w:t>
      </w:r>
    </w:p>
    <w:p w14:paraId="539E229B" w14:textId="77777777" w:rsidR="001A7E4C" w:rsidRDefault="00332782">
      <w:pPr>
        <w:jc w:val="both"/>
      </w:pPr>
      <w:r>
        <w:lastRenderedPageBreak/>
        <w:t xml:space="preserve">LINDEROS ESPECÍFICOS: </w:t>
      </w:r>
      <w:r>
        <w:rPr>
          <w:color w:val="C00000"/>
        </w:rPr>
        <w:t>[USAR SOLO CUANDO CORRESPONDA A BIENES DECLARADOS EN PROPIEDAD HORIZONTAL: TRANSCRIBIR LAS ALÍCUOTAS, LINDEROS, NIVELES Y ÁREAS DE CADA UNO DE LOS INMUEBLES A DONAR]</w:t>
      </w:r>
      <w:r>
        <w:t>.</w:t>
      </w:r>
    </w:p>
    <w:p w14:paraId="74A285AC" w14:textId="77777777" w:rsidR="001A7E4C" w:rsidRDefault="00332782">
      <w:pPr>
        <w:jc w:val="both"/>
      </w:pPr>
      <w:r>
        <w:t xml:space="preserve">No obstante, de </w:t>
      </w:r>
      <w:proofErr w:type="spellStart"/>
      <w:r>
        <w:t>haberse</w:t>
      </w:r>
      <w:proofErr w:type="spellEnd"/>
      <w:r>
        <w:t xml:space="preserve"> </w:t>
      </w:r>
      <w:proofErr w:type="spellStart"/>
      <w:r>
        <w:t>determinado</w:t>
      </w:r>
      <w:proofErr w:type="spellEnd"/>
      <w:r>
        <w:t xml:space="preserve"> </w:t>
      </w:r>
      <w:proofErr w:type="spellStart"/>
      <w:r>
        <w:t>cabida</w:t>
      </w:r>
      <w:proofErr w:type="spellEnd"/>
      <w:r>
        <w:t xml:space="preserve"> y </w:t>
      </w:r>
      <w:proofErr w:type="spellStart"/>
      <w:r>
        <w:t>linderos</w:t>
      </w:r>
      <w:proofErr w:type="spellEnd"/>
      <w:r>
        <w:t xml:space="preserve">,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Donación</w:t>
      </w:r>
      <w:proofErr w:type="spellEnd"/>
      <w:r>
        <w:t xml:space="preserve"> se la </w:t>
      </w:r>
      <w:proofErr w:type="spellStart"/>
      <w:r>
        <w:t>realiza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cuerpo</w:t>
      </w:r>
      <w:proofErr w:type="spellEnd"/>
      <w:r>
        <w:t xml:space="preserve"> </w:t>
      </w:r>
      <w:proofErr w:type="spellStart"/>
      <w:r>
        <w:t>cierto</w:t>
      </w:r>
      <w:proofErr w:type="spellEnd"/>
      <w:r>
        <w:t xml:space="preserve">, con </w:t>
      </w:r>
      <w:proofErr w:type="spellStart"/>
      <w:r>
        <w:t>todos</w:t>
      </w:r>
      <w:proofErr w:type="spellEnd"/>
      <w:r>
        <w:t xml:space="preserve"> sus derechos, entradas, </w:t>
      </w:r>
      <w:proofErr w:type="spellStart"/>
      <w:r>
        <w:t>salidas</w:t>
      </w:r>
      <w:proofErr w:type="spellEnd"/>
      <w:r>
        <w:t xml:space="preserve">, </w:t>
      </w:r>
      <w:proofErr w:type="spellStart"/>
      <w:r>
        <w:t>usos</w:t>
      </w:r>
      <w:proofErr w:type="spellEnd"/>
      <w:r>
        <w:t xml:space="preserve">, </w:t>
      </w:r>
      <w:proofErr w:type="spellStart"/>
      <w:r>
        <w:t>costumbres</w:t>
      </w:r>
      <w:proofErr w:type="spellEnd"/>
      <w:r>
        <w:t xml:space="preserve">, </w:t>
      </w:r>
      <w:proofErr w:type="spellStart"/>
      <w:r>
        <w:t>áreas</w:t>
      </w:r>
      <w:proofErr w:type="spellEnd"/>
      <w:r>
        <w:t xml:space="preserve"> </w:t>
      </w:r>
      <w:proofErr w:type="spellStart"/>
      <w:r>
        <w:t>comunales</w:t>
      </w:r>
      <w:proofErr w:type="spellEnd"/>
      <w:r>
        <w:t xml:space="preserve"> y </w:t>
      </w:r>
      <w:proofErr w:type="spellStart"/>
      <w:r>
        <w:t>más</w:t>
      </w:r>
      <w:proofErr w:type="spellEnd"/>
      <w:r>
        <w:t xml:space="preserve"> </w:t>
      </w:r>
      <w:proofErr w:type="spellStart"/>
      <w:r>
        <w:t>servidumbres</w:t>
      </w:r>
      <w:proofErr w:type="spellEnd"/>
      <w:r>
        <w:t xml:space="preserve"> </w:t>
      </w:r>
      <w:proofErr w:type="spellStart"/>
      <w:r>
        <w:t>activas</w:t>
      </w:r>
      <w:proofErr w:type="spellEnd"/>
      <w:r>
        <w:t xml:space="preserve"> y </w:t>
      </w:r>
      <w:proofErr w:type="spellStart"/>
      <w:r>
        <w:t>pasivas</w:t>
      </w:r>
      <w:proofErr w:type="spellEnd"/>
      <w:r>
        <w:t xml:space="preserve"> que le son </w:t>
      </w:r>
      <w:proofErr w:type="spellStart"/>
      <w:r>
        <w:t>anexas</w:t>
      </w:r>
      <w:proofErr w:type="spellEnd"/>
      <w:r>
        <w:t xml:space="preserve"> por ley.</w:t>
      </w:r>
    </w:p>
    <w:p w14:paraId="19EF10DF" w14:textId="77777777" w:rsidR="001A7E4C" w:rsidRDefault="00332782">
      <w:pPr>
        <w:spacing w:before="140" w:after="80"/>
        <w:jc w:val="both"/>
      </w:pPr>
      <w:r>
        <w:rPr>
          <w:b/>
        </w:rPr>
        <w:t xml:space="preserve">CUARTA: </w:t>
      </w:r>
      <w:proofErr w:type="gramStart"/>
      <w:r>
        <w:rPr>
          <w:b/>
        </w:rPr>
        <w:t>CUANTÍA.-</w:t>
      </w:r>
      <w:proofErr w:type="gramEnd"/>
    </w:p>
    <w:p w14:paraId="0366F862" w14:textId="77777777" w:rsidR="001A7E4C" w:rsidRDefault="00332782">
      <w:pPr>
        <w:jc w:val="both"/>
      </w:pPr>
      <w:r>
        <w:t xml:space="preserve">Para los </w:t>
      </w:r>
      <w:proofErr w:type="spellStart"/>
      <w:r>
        <w:t>efectos</w:t>
      </w:r>
      <w:proofErr w:type="spellEnd"/>
      <w:r>
        <w:t xml:space="preserve"> </w:t>
      </w:r>
      <w:proofErr w:type="spellStart"/>
      <w:r>
        <w:t>legales</w:t>
      </w:r>
      <w:proofErr w:type="spellEnd"/>
      <w:r>
        <w:t xml:space="preserve"> </w:t>
      </w:r>
      <w:proofErr w:type="spellStart"/>
      <w:r>
        <w:t>pertinentes</w:t>
      </w:r>
      <w:proofErr w:type="spellEnd"/>
      <w:r>
        <w:t xml:space="preserve">, la </w:t>
      </w:r>
      <w:proofErr w:type="spellStart"/>
      <w:r>
        <w:t>cuantía</w:t>
      </w:r>
      <w:proofErr w:type="spellEnd"/>
      <w:r>
        <w:t xml:space="preserve"> de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donación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inmueble</w:t>
      </w:r>
      <w:proofErr w:type="spellEnd"/>
      <w:r>
        <w:t xml:space="preserve"> </w:t>
      </w:r>
      <w:proofErr w:type="spellStart"/>
      <w:r>
        <w:t>anteriormente</w:t>
      </w:r>
      <w:proofErr w:type="spellEnd"/>
      <w:r>
        <w:t xml:space="preserve"> </w:t>
      </w:r>
      <w:proofErr w:type="spellStart"/>
      <w:r>
        <w:t>mencionado</w:t>
      </w:r>
      <w:proofErr w:type="spellEnd"/>
      <w:r>
        <w:t xml:space="preserve"> se </w:t>
      </w:r>
      <w:proofErr w:type="spellStart"/>
      <w:r>
        <w:t>fija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la </w:t>
      </w:r>
      <w:proofErr w:type="spellStart"/>
      <w:r>
        <w:t>cantidad</w:t>
      </w:r>
      <w:proofErr w:type="spellEnd"/>
      <w:r>
        <w:t xml:space="preserve"> de </w:t>
      </w:r>
      <w:r>
        <w:rPr>
          <w:color w:val="C00000"/>
        </w:rPr>
        <w:t>[VALOR EN LETRAS]</w:t>
      </w:r>
      <w:r>
        <w:t xml:space="preserve"> DÓLARES DE LOS ESTADOS UNIDOS DE AMÉRICA (</w:t>
      </w:r>
      <w:r>
        <w:rPr>
          <w:color w:val="C00000"/>
        </w:rPr>
        <w:t>[VALOR EN NÚMEROS]</w:t>
      </w:r>
      <w:r>
        <w:t xml:space="preserve"> USD); </w:t>
      </w:r>
      <w:proofErr w:type="spellStart"/>
      <w:r>
        <w:t>cuantía</w:t>
      </w:r>
      <w:proofErr w:type="spellEnd"/>
      <w:r>
        <w:t xml:space="preserve"> </w:t>
      </w:r>
      <w:proofErr w:type="spellStart"/>
      <w:r>
        <w:t>fijada</w:t>
      </w:r>
      <w:proofErr w:type="spellEnd"/>
      <w:r>
        <w:t xml:space="preserve"> para </w:t>
      </w:r>
      <w:proofErr w:type="spellStart"/>
      <w:r>
        <w:t>temas</w:t>
      </w:r>
      <w:proofErr w:type="spellEnd"/>
      <w:r>
        <w:t xml:space="preserve"> </w:t>
      </w:r>
      <w:proofErr w:type="spellStart"/>
      <w:r>
        <w:t>tributarios</w:t>
      </w:r>
      <w:proofErr w:type="spellEnd"/>
      <w:r>
        <w:t xml:space="preserve">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corresponda</w:t>
      </w:r>
      <w:proofErr w:type="spellEnd"/>
      <w:r>
        <w:t>.</w:t>
      </w:r>
    </w:p>
    <w:p w14:paraId="20537203" w14:textId="77777777" w:rsidR="001A7E4C" w:rsidRDefault="00332782">
      <w:pPr>
        <w:spacing w:before="140" w:after="80"/>
        <w:jc w:val="both"/>
      </w:pPr>
      <w:r>
        <w:rPr>
          <w:b/>
        </w:rPr>
        <w:t xml:space="preserve">QUINTA: GRAVÁMENES, SANEAMIENTO Y </w:t>
      </w:r>
      <w:proofErr w:type="gramStart"/>
      <w:r>
        <w:rPr>
          <w:b/>
        </w:rPr>
        <w:t>DECLARACIONES.-</w:t>
      </w:r>
      <w:proofErr w:type="gramEnd"/>
    </w:p>
    <w:p w14:paraId="3C49AF96" w14:textId="77777777" w:rsidR="001A7E4C" w:rsidRDefault="00332782">
      <w:pPr>
        <w:jc w:val="both"/>
      </w:pPr>
      <w:r>
        <w:t xml:space="preserve">El/los DONANTE/S </w:t>
      </w:r>
      <w:proofErr w:type="spellStart"/>
      <w:r>
        <w:t>declara</w:t>
      </w:r>
      <w:proofErr w:type="spellEnd"/>
      <w:r>
        <w:t xml:space="preserve">/n que </w:t>
      </w:r>
      <w:proofErr w:type="spellStart"/>
      <w:r>
        <w:t>el</w:t>
      </w:r>
      <w:proofErr w:type="spellEnd"/>
      <w:r>
        <w:t xml:space="preserve"> </w:t>
      </w:r>
      <w:proofErr w:type="spellStart"/>
      <w:r>
        <w:t>inmueble</w:t>
      </w:r>
      <w:proofErr w:type="spellEnd"/>
      <w:r>
        <w:t xml:space="preserve"> que hoy </w:t>
      </w:r>
      <w:proofErr w:type="spellStart"/>
      <w:r>
        <w:t>dona</w:t>
      </w:r>
      <w:proofErr w:type="spellEnd"/>
      <w:r>
        <w:t xml:space="preserve">/n </w:t>
      </w:r>
      <w:r>
        <w:rPr>
          <w:color w:val="C00000"/>
        </w:rPr>
        <w:t>[SE ENCUENTRA LIBRE DE TODO GRAVAMEN O IMPEDIMENTO LEGAL / DETALLAR EL GRAVAMEN O IMPEDIMENTO]</w:t>
      </w:r>
      <w:r>
        <w:t xml:space="preserve">, </w:t>
      </w:r>
      <w:proofErr w:type="spellStart"/>
      <w:r>
        <w:t>conforme</w:t>
      </w:r>
      <w:proofErr w:type="spellEnd"/>
      <w:r>
        <w:t xml:space="preserve"> </w:t>
      </w:r>
      <w:proofErr w:type="spellStart"/>
      <w:r>
        <w:t>consta</w:t>
      </w:r>
      <w:proofErr w:type="spellEnd"/>
      <w:r>
        <w:t xml:space="preserve"> del </w:t>
      </w:r>
      <w:proofErr w:type="spellStart"/>
      <w:r>
        <w:t>certificado</w:t>
      </w:r>
      <w:proofErr w:type="spellEnd"/>
      <w:r>
        <w:t xml:space="preserve"> del </w:t>
      </w:r>
      <w:proofErr w:type="spellStart"/>
      <w:r>
        <w:t>Registro</w:t>
      </w:r>
      <w:proofErr w:type="spellEnd"/>
      <w:r>
        <w:t xml:space="preserve"> de la </w:t>
      </w:r>
      <w:proofErr w:type="spellStart"/>
      <w:r>
        <w:t>Propiedad</w:t>
      </w:r>
      <w:proofErr w:type="spellEnd"/>
      <w:r>
        <w:t xml:space="preserve"> del </w:t>
      </w:r>
      <w:proofErr w:type="spellStart"/>
      <w:r>
        <w:t>Cantón</w:t>
      </w:r>
      <w:proofErr w:type="spellEnd"/>
      <w:r>
        <w:t xml:space="preserve"> </w:t>
      </w:r>
      <w:r>
        <w:rPr>
          <w:color w:val="C00000"/>
        </w:rPr>
        <w:t>[CANTÓN]</w:t>
      </w:r>
      <w:r>
        <w:t xml:space="preserve">, que </w:t>
      </w:r>
      <w:proofErr w:type="spellStart"/>
      <w:r>
        <w:t>también</w:t>
      </w:r>
      <w:proofErr w:type="spellEnd"/>
      <w:r>
        <w:t xml:space="preserve"> se </w:t>
      </w:r>
      <w:proofErr w:type="spellStart"/>
      <w:r>
        <w:t>adjunta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habilitante</w:t>
      </w:r>
      <w:proofErr w:type="spellEnd"/>
      <w:r>
        <w:t xml:space="preserve">;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todo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 se </w:t>
      </w:r>
      <w:proofErr w:type="spellStart"/>
      <w:r>
        <w:t>somete</w:t>
      </w:r>
      <w:proofErr w:type="spellEnd"/>
      <w:r>
        <w:t xml:space="preserve">/n al </w:t>
      </w:r>
      <w:proofErr w:type="spellStart"/>
      <w:r>
        <w:t>saneamiento</w:t>
      </w:r>
      <w:proofErr w:type="spellEnd"/>
      <w:r>
        <w:t xml:space="preserve"> por </w:t>
      </w:r>
      <w:proofErr w:type="spellStart"/>
      <w:r>
        <w:t>evicción</w:t>
      </w:r>
      <w:proofErr w:type="spellEnd"/>
      <w:r>
        <w:t xml:space="preserve"> de ser </w:t>
      </w:r>
      <w:proofErr w:type="spellStart"/>
      <w:r>
        <w:t>necesario</w:t>
      </w:r>
      <w:proofErr w:type="spellEnd"/>
      <w:r>
        <w:t>.</w:t>
      </w:r>
    </w:p>
    <w:p w14:paraId="71E1E6CE" w14:textId="77777777" w:rsidR="001A7E4C" w:rsidRDefault="00332782">
      <w:pPr>
        <w:spacing w:before="140" w:after="80"/>
        <w:jc w:val="both"/>
      </w:pPr>
      <w:r>
        <w:rPr>
          <w:b/>
        </w:rPr>
        <w:t xml:space="preserve">SEXTA: SOMETIMIENTO AL RÉGIMEN DE PROPIEDAD HORIZONTAL Y </w:t>
      </w:r>
      <w:proofErr w:type="gramStart"/>
      <w:r>
        <w:rPr>
          <w:b/>
        </w:rPr>
        <w:t>EXPENSAS.-</w:t>
      </w:r>
      <w:proofErr w:type="gramEnd"/>
    </w:p>
    <w:p w14:paraId="02605A76" w14:textId="77777777" w:rsidR="001A7E4C" w:rsidRDefault="00332782">
      <w:pPr>
        <w:jc w:val="both"/>
      </w:pPr>
      <w:r>
        <w:rPr>
          <w:color w:val="C00000"/>
        </w:rPr>
        <w:t>[USAR SOLO CUANDO CORRESPONDA A INMUEBLES DECLARADOS EN PROPIEDAD HORIZONTAL]</w:t>
      </w:r>
      <w:r>
        <w:t xml:space="preserve">. A) El/los DONATARIO/S </w:t>
      </w:r>
      <w:proofErr w:type="spellStart"/>
      <w:r>
        <w:t>declara</w:t>
      </w:r>
      <w:proofErr w:type="spellEnd"/>
      <w:r>
        <w:t xml:space="preserve">/n que </w:t>
      </w:r>
      <w:proofErr w:type="spellStart"/>
      <w:r>
        <w:t>conoce</w:t>
      </w:r>
      <w:proofErr w:type="spellEnd"/>
      <w:r>
        <w:t xml:space="preserve">/n que </w:t>
      </w:r>
      <w:proofErr w:type="spellStart"/>
      <w:r>
        <w:t>el</w:t>
      </w:r>
      <w:proofErr w:type="spellEnd"/>
      <w:r>
        <w:t xml:space="preserve">/los </w:t>
      </w:r>
      <w:proofErr w:type="spellStart"/>
      <w:r>
        <w:t>inmueble</w:t>
      </w:r>
      <w:proofErr w:type="spellEnd"/>
      <w:r>
        <w:t xml:space="preserve">/s que hoy </w:t>
      </w:r>
      <w:proofErr w:type="spellStart"/>
      <w:r>
        <w:t>recibe</w:t>
      </w:r>
      <w:proofErr w:type="spellEnd"/>
      <w:r>
        <w:t xml:space="preserve">/n se </w:t>
      </w:r>
      <w:proofErr w:type="spellStart"/>
      <w:r>
        <w:t>encuentra</w:t>
      </w:r>
      <w:proofErr w:type="spellEnd"/>
      <w:r>
        <w:t xml:space="preserve">/n bajo </w:t>
      </w:r>
      <w:proofErr w:type="spellStart"/>
      <w:r>
        <w:t>el</w:t>
      </w:r>
      <w:proofErr w:type="spellEnd"/>
      <w:r>
        <w:t xml:space="preserve"> </w:t>
      </w:r>
      <w:proofErr w:type="spellStart"/>
      <w:r>
        <w:t>régimen</w:t>
      </w:r>
      <w:proofErr w:type="spellEnd"/>
      <w:r>
        <w:t xml:space="preserve"> de </w:t>
      </w:r>
      <w:proofErr w:type="spellStart"/>
      <w:r>
        <w:t>propiedad</w:t>
      </w:r>
      <w:proofErr w:type="spellEnd"/>
      <w:r>
        <w:t xml:space="preserve"> horizontal y al </w:t>
      </w:r>
      <w:proofErr w:type="spellStart"/>
      <w:r>
        <w:t>reglamento</w:t>
      </w:r>
      <w:proofErr w:type="spellEnd"/>
      <w:r>
        <w:t xml:space="preserve"> de </w:t>
      </w:r>
      <w:proofErr w:type="spellStart"/>
      <w:r>
        <w:t>copropietarios</w:t>
      </w:r>
      <w:proofErr w:type="spellEnd"/>
      <w:r>
        <w:t xml:space="preserve">, los </w:t>
      </w:r>
      <w:proofErr w:type="spellStart"/>
      <w:r>
        <w:t>cuales</w:t>
      </w:r>
      <w:proofErr w:type="spellEnd"/>
      <w:r>
        <w:t xml:space="preserve"> </w:t>
      </w:r>
      <w:proofErr w:type="spellStart"/>
      <w:r>
        <w:t>expresamente</w:t>
      </w:r>
      <w:proofErr w:type="spellEnd"/>
      <w:r>
        <w:t xml:space="preserve"> </w:t>
      </w:r>
      <w:proofErr w:type="spellStart"/>
      <w:r>
        <w:t>acepta</w:t>
      </w:r>
      <w:proofErr w:type="spellEnd"/>
      <w:r>
        <w:t xml:space="preserve">/n y se </w:t>
      </w:r>
      <w:proofErr w:type="spellStart"/>
      <w:r>
        <w:t>somete</w:t>
      </w:r>
      <w:proofErr w:type="spellEnd"/>
      <w:r>
        <w:t>/n.</w:t>
      </w:r>
    </w:p>
    <w:p w14:paraId="457B0A74" w14:textId="77777777" w:rsidR="001A7E4C" w:rsidRDefault="00332782">
      <w:pPr>
        <w:jc w:val="both"/>
      </w:pPr>
      <w:r>
        <w:rPr>
          <w:sz w:val="20"/>
        </w:rPr>
        <w:t xml:space="preserve">B) </w:t>
      </w:r>
      <w:r>
        <w:rPr>
          <w:color w:val="C00000"/>
          <w:sz w:val="20"/>
        </w:rPr>
        <w:t xml:space="preserve">[USAR SOLO CUANDO CORRESPONDA A BIENES DECLARADOS EN PROPIEDAD HORIZONTAL EN LOS QUE NO EXISTA DIRECTIVA Y/O ADMINISTRADOR: El/los DONATARIO/S </w:t>
      </w:r>
      <w:proofErr w:type="spellStart"/>
      <w:r>
        <w:rPr>
          <w:color w:val="C00000"/>
          <w:sz w:val="20"/>
        </w:rPr>
        <w:t>declara</w:t>
      </w:r>
      <w:proofErr w:type="spellEnd"/>
      <w:r>
        <w:rPr>
          <w:color w:val="C00000"/>
          <w:sz w:val="20"/>
        </w:rPr>
        <w:t xml:space="preserve">/n bajo la </w:t>
      </w:r>
      <w:proofErr w:type="spellStart"/>
      <w:r>
        <w:rPr>
          <w:color w:val="C00000"/>
          <w:sz w:val="20"/>
        </w:rPr>
        <w:t>gravedad</w:t>
      </w:r>
      <w:proofErr w:type="spellEnd"/>
      <w:r>
        <w:rPr>
          <w:color w:val="C00000"/>
          <w:sz w:val="20"/>
        </w:rPr>
        <w:t xml:space="preserve"> de </w:t>
      </w:r>
      <w:proofErr w:type="spellStart"/>
      <w:r>
        <w:rPr>
          <w:color w:val="C00000"/>
          <w:sz w:val="20"/>
        </w:rPr>
        <w:t>juramento</w:t>
      </w:r>
      <w:proofErr w:type="spellEnd"/>
      <w:r>
        <w:rPr>
          <w:color w:val="C00000"/>
          <w:sz w:val="20"/>
        </w:rPr>
        <w:t xml:space="preserve"> que </w:t>
      </w:r>
      <w:proofErr w:type="spellStart"/>
      <w:r>
        <w:rPr>
          <w:color w:val="C00000"/>
          <w:sz w:val="20"/>
        </w:rPr>
        <w:t>en</w:t>
      </w:r>
      <w:proofErr w:type="spellEnd"/>
      <w:r>
        <w:rPr>
          <w:color w:val="C00000"/>
          <w:sz w:val="20"/>
        </w:rPr>
        <w:t xml:space="preserve"> [NOMBRE DEL EDIFICIO, URBANIZACIÓN, PROYECTO, ETC.]</w:t>
      </w:r>
      <w:r>
        <w:rPr>
          <w:sz w:val="20"/>
        </w:rPr>
        <w:t xml:space="preserve"> no </w:t>
      </w:r>
      <w:proofErr w:type="spellStart"/>
      <w:r>
        <w:rPr>
          <w:sz w:val="20"/>
        </w:rPr>
        <w:t>existe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directiva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administrador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legalmente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nombrado</w:t>
      </w:r>
      <w:proofErr w:type="spellEnd"/>
      <w:r>
        <w:rPr>
          <w:sz w:val="20"/>
        </w:rPr>
        <w:t xml:space="preserve">, por </w:t>
      </w:r>
      <w:proofErr w:type="spellStart"/>
      <w:r>
        <w:rPr>
          <w:sz w:val="20"/>
        </w:rPr>
        <w:t>cuanto</w:t>
      </w:r>
      <w:proofErr w:type="spellEnd"/>
      <w:r>
        <w:rPr>
          <w:sz w:val="20"/>
        </w:rPr>
        <w:t xml:space="preserve"> no se </w:t>
      </w:r>
      <w:proofErr w:type="spellStart"/>
      <w:r>
        <w:rPr>
          <w:sz w:val="20"/>
        </w:rPr>
        <w:t>han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generado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valores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correspondientes</w:t>
      </w:r>
      <w:proofErr w:type="spellEnd"/>
      <w:r>
        <w:rPr>
          <w:sz w:val="20"/>
        </w:rPr>
        <w:t xml:space="preserve"> </w:t>
      </w:r>
      <w:proofErr w:type="gramStart"/>
      <w:r>
        <w:rPr>
          <w:sz w:val="20"/>
        </w:rPr>
        <w:t>a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expensas</w:t>
      </w:r>
      <w:proofErr w:type="spellEnd"/>
      <w:r>
        <w:rPr>
          <w:sz w:val="20"/>
        </w:rPr>
        <w:t xml:space="preserve">, y </w:t>
      </w:r>
      <w:proofErr w:type="spellStart"/>
      <w:r>
        <w:rPr>
          <w:sz w:val="20"/>
        </w:rPr>
        <w:t>exime</w:t>
      </w:r>
      <w:proofErr w:type="spellEnd"/>
      <w:r>
        <w:rPr>
          <w:sz w:val="20"/>
        </w:rPr>
        <w:t xml:space="preserve">/n de </w:t>
      </w:r>
      <w:proofErr w:type="spellStart"/>
      <w:r>
        <w:rPr>
          <w:sz w:val="20"/>
        </w:rPr>
        <w:t>responsabilidad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terceros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principalmente</w:t>
      </w:r>
      <w:proofErr w:type="spellEnd"/>
      <w:r>
        <w:rPr>
          <w:sz w:val="20"/>
        </w:rPr>
        <w:t xml:space="preserve"> al </w:t>
      </w:r>
      <w:proofErr w:type="spellStart"/>
      <w:r>
        <w:rPr>
          <w:sz w:val="20"/>
        </w:rPr>
        <w:t>Registrador</w:t>
      </w:r>
      <w:proofErr w:type="spellEnd"/>
      <w:r>
        <w:rPr>
          <w:sz w:val="20"/>
        </w:rPr>
        <w:t xml:space="preserve"> de la </w:t>
      </w:r>
      <w:proofErr w:type="spellStart"/>
      <w:r>
        <w:rPr>
          <w:sz w:val="20"/>
        </w:rPr>
        <w:t>Propiedad</w:t>
      </w:r>
      <w:proofErr w:type="spellEnd"/>
      <w:r>
        <w:rPr>
          <w:sz w:val="20"/>
        </w:rPr>
        <w:t xml:space="preserve"> y a la Notaria, por </w:t>
      </w:r>
      <w:proofErr w:type="spellStart"/>
      <w:r>
        <w:rPr>
          <w:sz w:val="20"/>
        </w:rPr>
        <w:t>este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concepto</w:t>
      </w:r>
      <w:proofErr w:type="spellEnd"/>
      <w:r>
        <w:rPr>
          <w:sz w:val="20"/>
        </w:rPr>
        <w:t>].</w:t>
      </w:r>
    </w:p>
    <w:p w14:paraId="1C4CD6B7" w14:textId="77777777" w:rsidR="001A7E4C" w:rsidRDefault="00332782">
      <w:pPr>
        <w:spacing w:before="140" w:after="80"/>
        <w:jc w:val="both"/>
      </w:pPr>
      <w:r>
        <w:rPr>
          <w:b/>
        </w:rPr>
        <w:t xml:space="preserve">SÉPTIMA: ACEPTACIÓN Y </w:t>
      </w:r>
      <w:proofErr w:type="gramStart"/>
      <w:r>
        <w:rPr>
          <w:b/>
        </w:rPr>
        <w:t>NOTIFICACIÓN.-</w:t>
      </w:r>
      <w:proofErr w:type="gramEnd"/>
    </w:p>
    <w:p w14:paraId="4AD5FB67" w14:textId="77777777" w:rsidR="001A7E4C" w:rsidRDefault="00332782">
      <w:pPr>
        <w:jc w:val="both"/>
      </w:pPr>
      <w:r>
        <w:t xml:space="preserve">El/los DONATARIO/S, </w:t>
      </w:r>
      <w:proofErr w:type="spellStart"/>
      <w:r>
        <w:t>señor</w:t>
      </w:r>
      <w:proofErr w:type="spellEnd"/>
      <w:r>
        <w:t xml:space="preserve">/es </w:t>
      </w:r>
      <w:r>
        <w:rPr>
          <w:color w:val="C00000"/>
        </w:rPr>
        <w:t>[NOMBRE/S]</w:t>
      </w:r>
      <w:r>
        <w:t xml:space="preserve">, </w:t>
      </w:r>
      <w:proofErr w:type="spellStart"/>
      <w:r>
        <w:t>manifiesta</w:t>
      </w:r>
      <w:proofErr w:type="spellEnd"/>
      <w:r>
        <w:t xml:space="preserve">/n que </w:t>
      </w:r>
      <w:proofErr w:type="spellStart"/>
      <w:r>
        <w:t>acepta</w:t>
      </w:r>
      <w:proofErr w:type="spellEnd"/>
      <w:r>
        <w:t xml:space="preserve">/n la </w:t>
      </w:r>
      <w:proofErr w:type="spellStart"/>
      <w:r>
        <w:t>donación</w:t>
      </w:r>
      <w:proofErr w:type="spellEnd"/>
      <w:r>
        <w:t xml:space="preserve"> que </w:t>
      </w:r>
      <w:proofErr w:type="spellStart"/>
      <w:r>
        <w:t>efectúa</w:t>
      </w:r>
      <w:proofErr w:type="spellEnd"/>
      <w:r>
        <w:t xml:space="preserve">/n </w:t>
      </w:r>
      <w:proofErr w:type="spellStart"/>
      <w:r>
        <w:t>el</w:t>
      </w:r>
      <w:proofErr w:type="spellEnd"/>
      <w:r>
        <w:t xml:space="preserve">/los DONANTE/S </w:t>
      </w:r>
      <w:proofErr w:type="spellStart"/>
      <w:r>
        <w:t>en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favor y le/s </w:t>
      </w:r>
      <w:proofErr w:type="spellStart"/>
      <w:r>
        <w:t>agradece</w:t>
      </w:r>
      <w:proofErr w:type="spellEnd"/>
      <w:r>
        <w:t xml:space="preserve">/n </w:t>
      </w:r>
      <w:proofErr w:type="spellStart"/>
      <w:r>
        <w:t>su</w:t>
      </w:r>
      <w:proofErr w:type="spellEnd"/>
      <w:r>
        <w:t xml:space="preserve"> </w:t>
      </w:r>
      <w:proofErr w:type="spellStart"/>
      <w:r>
        <w:t>buena</w:t>
      </w:r>
      <w:proofErr w:type="spellEnd"/>
      <w:r>
        <w:t xml:space="preserve"> </w:t>
      </w:r>
      <w:proofErr w:type="spellStart"/>
      <w:r>
        <w:t>voluntad</w:t>
      </w:r>
      <w:proofErr w:type="spellEnd"/>
      <w:r>
        <w:t xml:space="preserve">, particular del que se da por </w:t>
      </w:r>
      <w:proofErr w:type="spellStart"/>
      <w:r>
        <w:t>notificado</w:t>
      </w:r>
      <w:proofErr w:type="spellEnd"/>
      <w:r>
        <w:t xml:space="preserve">/a </w:t>
      </w:r>
      <w:proofErr w:type="spellStart"/>
      <w:r>
        <w:t>el</w:t>
      </w:r>
      <w:proofErr w:type="spellEnd"/>
      <w:r>
        <w:t xml:space="preserve">/los DONANTE/S, </w:t>
      </w:r>
      <w:proofErr w:type="spellStart"/>
      <w:r>
        <w:t>señor</w:t>
      </w:r>
      <w:proofErr w:type="spellEnd"/>
      <w:r>
        <w:t xml:space="preserve">/es </w:t>
      </w:r>
      <w:r>
        <w:rPr>
          <w:color w:val="C00000"/>
        </w:rPr>
        <w:t>[NOMBRE/S]</w:t>
      </w:r>
      <w:r>
        <w:t xml:space="preserve">, para los fines </w:t>
      </w:r>
      <w:proofErr w:type="spellStart"/>
      <w:r>
        <w:t>legales</w:t>
      </w:r>
      <w:proofErr w:type="spellEnd"/>
      <w:r>
        <w:t xml:space="preserve"> </w:t>
      </w:r>
      <w:proofErr w:type="spellStart"/>
      <w:r>
        <w:t>pertinentes</w:t>
      </w:r>
      <w:proofErr w:type="spellEnd"/>
      <w:r>
        <w:t>.</w:t>
      </w:r>
    </w:p>
    <w:p w14:paraId="0E1A7EDB" w14:textId="77777777" w:rsidR="001A7E4C" w:rsidRDefault="00332782">
      <w:pPr>
        <w:spacing w:before="140" w:after="80"/>
        <w:jc w:val="both"/>
      </w:pPr>
      <w:r>
        <w:rPr>
          <w:b/>
        </w:rPr>
        <w:t xml:space="preserve">OCTAVA: </w:t>
      </w:r>
      <w:proofErr w:type="gramStart"/>
      <w:r>
        <w:rPr>
          <w:b/>
        </w:rPr>
        <w:t>GASTOS.-</w:t>
      </w:r>
      <w:proofErr w:type="gramEnd"/>
    </w:p>
    <w:p w14:paraId="29814245" w14:textId="77777777" w:rsidR="001A7E4C" w:rsidRDefault="00332782">
      <w:pPr>
        <w:jc w:val="both"/>
      </w:pPr>
      <w:proofErr w:type="spellStart"/>
      <w:r>
        <w:t>Todos</w:t>
      </w:r>
      <w:proofErr w:type="spellEnd"/>
      <w:r>
        <w:t xml:space="preserve"> los </w:t>
      </w:r>
      <w:proofErr w:type="spellStart"/>
      <w:r>
        <w:t>gastos</w:t>
      </w:r>
      <w:proofErr w:type="spellEnd"/>
      <w:r>
        <w:t xml:space="preserve"> e </w:t>
      </w:r>
      <w:proofErr w:type="spellStart"/>
      <w:r>
        <w:t>impuestos</w:t>
      </w:r>
      <w:proofErr w:type="spellEnd"/>
      <w:r>
        <w:t xml:space="preserve"> que </w:t>
      </w:r>
      <w:proofErr w:type="spellStart"/>
      <w:r>
        <w:t>demande</w:t>
      </w:r>
      <w:proofErr w:type="spellEnd"/>
      <w:r>
        <w:t xml:space="preserve"> la </w:t>
      </w:r>
      <w:proofErr w:type="spellStart"/>
      <w:r>
        <w:t>celebración</w:t>
      </w:r>
      <w:proofErr w:type="spellEnd"/>
      <w:r>
        <w:t xml:space="preserve"> de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escritura</w:t>
      </w:r>
      <w:proofErr w:type="spellEnd"/>
      <w:r>
        <w:t xml:space="preserve"> hasta la </w:t>
      </w:r>
      <w:proofErr w:type="spellStart"/>
      <w:r>
        <w:t>inscripción</w:t>
      </w:r>
      <w:proofErr w:type="spellEnd"/>
      <w:r>
        <w:t xml:space="preserve"> </w:t>
      </w:r>
      <w:proofErr w:type="spellStart"/>
      <w:r>
        <w:t>correspondiente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Registro</w:t>
      </w:r>
      <w:proofErr w:type="spellEnd"/>
      <w:r>
        <w:t xml:space="preserve"> de la </w:t>
      </w:r>
      <w:proofErr w:type="spellStart"/>
      <w:r>
        <w:t>Propiedad</w:t>
      </w:r>
      <w:proofErr w:type="spellEnd"/>
      <w:r>
        <w:t xml:space="preserve"> del </w:t>
      </w:r>
      <w:proofErr w:type="spellStart"/>
      <w:r>
        <w:t>Cantón</w:t>
      </w:r>
      <w:proofErr w:type="spellEnd"/>
      <w:r>
        <w:t xml:space="preserve"> </w:t>
      </w:r>
      <w:r>
        <w:rPr>
          <w:color w:val="C00000"/>
        </w:rPr>
        <w:t>[CANTÓN]</w:t>
      </w:r>
      <w:r>
        <w:t xml:space="preserve">, </w:t>
      </w:r>
      <w:proofErr w:type="spellStart"/>
      <w:r>
        <w:t>serán</w:t>
      </w:r>
      <w:proofErr w:type="spellEnd"/>
      <w:r>
        <w:t xml:space="preserve"> de </w:t>
      </w:r>
      <w:proofErr w:type="spellStart"/>
      <w:r>
        <w:t>cuenta</w:t>
      </w:r>
      <w:proofErr w:type="spellEnd"/>
      <w:r>
        <w:t xml:space="preserve"> de </w:t>
      </w:r>
      <w:r>
        <w:rPr>
          <w:color w:val="C00000"/>
        </w:rPr>
        <w:t>[DONANTE / DONATARIO / DISTRIBUCIÓN ACORDADA]</w:t>
      </w:r>
      <w:r>
        <w:t>.</w:t>
      </w:r>
    </w:p>
    <w:p w14:paraId="5ED81912" w14:textId="77777777" w:rsidR="001A7E4C" w:rsidRDefault="00332782">
      <w:pPr>
        <w:spacing w:before="140" w:after="80"/>
        <w:jc w:val="both"/>
      </w:pPr>
      <w:r>
        <w:rPr>
          <w:b/>
        </w:rPr>
        <w:t xml:space="preserve">NOVENA: AUTORIZACIÓN PARA TRÁMITES E </w:t>
      </w:r>
      <w:proofErr w:type="gramStart"/>
      <w:r>
        <w:rPr>
          <w:b/>
        </w:rPr>
        <w:t>INSCRIPCIÓN.-</w:t>
      </w:r>
      <w:proofErr w:type="gramEnd"/>
    </w:p>
    <w:p w14:paraId="2346B6BC" w14:textId="77777777" w:rsidR="001A7E4C" w:rsidRDefault="00332782">
      <w:pPr>
        <w:jc w:val="both"/>
      </w:pPr>
      <w:r>
        <w:t xml:space="preserve">El/los DONATARIO/S </w:t>
      </w:r>
      <w:proofErr w:type="spellStart"/>
      <w:r>
        <w:t>queda</w:t>
      </w:r>
      <w:proofErr w:type="spellEnd"/>
      <w:r>
        <w:t xml:space="preserve">/n </w:t>
      </w:r>
      <w:proofErr w:type="spellStart"/>
      <w:r>
        <w:t>autorizado</w:t>
      </w:r>
      <w:proofErr w:type="spellEnd"/>
      <w:r>
        <w:t xml:space="preserve">/s para </w:t>
      </w:r>
      <w:proofErr w:type="spellStart"/>
      <w:r>
        <w:t>realizar</w:t>
      </w:r>
      <w:proofErr w:type="spellEnd"/>
      <w:r>
        <w:t xml:space="preserve"> los </w:t>
      </w:r>
      <w:proofErr w:type="spellStart"/>
      <w:r>
        <w:t>trámites</w:t>
      </w:r>
      <w:proofErr w:type="spellEnd"/>
      <w:r>
        <w:t xml:space="preserve"> </w:t>
      </w:r>
      <w:proofErr w:type="spellStart"/>
      <w:r>
        <w:t>necesarios</w:t>
      </w:r>
      <w:proofErr w:type="spellEnd"/>
      <w:r>
        <w:t xml:space="preserve"> para la </w:t>
      </w:r>
      <w:proofErr w:type="spellStart"/>
      <w:r>
        <w:t>inscripción</w:t>
      </w:r>
      <w:proofErr w:type="spellEnd"/>
      <w:r>
        <w:t xml:space="preserve"> de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escritura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</w:t>
      </w:r>
      <w:proofErr w:type="spellEnd"/>
      <w:r>
        <w:t xml:space="preserve"> </w:t>
      </w:r>
      <w:proofErr w:type="spellStart"/>
      <w:r>
        <w:t>Registro</w:t>
      </w:r>
      <w:proofErr w:type="spellEnd"/>
      <w:r>
        <w:t xml:space="preserve"> de la </w:t>
      </w:r>
      <w:proofErr w:type="spellStart"/>
      <w:r>
        <w:t>Propiedad</w:t>
      </w:r>
      <w:proofErr w:type="spellEnd"/>
      <w:r>
        <w:t xml:space="preserve"> </w:t>
      </w:r>
      <w:proofErr w:type="spellStart"/>
      <w:r>
        <w:t>correspondiente</w:t>
      </w:r>
      <w:proofErr w:type="spellEnd"/>
      <w:r>
        <w:t xml:space="preserve">, </w:t>
      </w:r>
      <w:proofErr w:type="spellStart"/>
      <w:r>
        <w:t>directamente</w:t>
      </w:r>
      <w:proofErr w:type="spellEnd"/>
      <w:r>
        <w:t xml:space="preserve">, por </w:t>
      </w:r>
      <w:proofErr w:type="spellStart"/>
      <w:r>
        <w:t>interpuesta</w:t>
      </w:r>
      <w:proofErr w:type="spellEnd"/>
      <w:r>
        <w:t xml:space="preserve"> persona o por medio de </w:t>
      </w:r>
      <w:proofErr w:type="spellStart"/>
      <w:r>
        <w:t>su</w:t>
      </w:r>
      <w:proofErr w:type="spellEnd"/>
      <w:r>
        <w:t xml:space="preserve"> abogado </w:t>
      </w:r>
      <w:proofErr w:type="spellStart"/>
      <w:r>
        <w:t>patrocinador</w:t>
      </w:r>
      <w:proofErr w:type="spellEnd"/>
      <w:r>
        <w:t>.</w:t>
      </w:r>
    </w:p>
    <w:p w14:paraId="6ADD130D" w14:textId="77777777" w:rsidR="001A7E4C" w:rsidRDefault="00332782">
      <w:pPr>
        <w:jc w:val="both"/>
      </w:pPr>
      <w:r>
        <w:t xml:space="preserve">Las </w:t>
      </w:r>
      <w:proofErr w:type="spellStart"/>
      <w:r>
        <w:t>partes</w:t>
      </w:r>
      <w:proofErr w:type="spellEnd"/>
      <w:r>
        <w:t xml:space="preserve"> </w:t>
      </w:r>
      <w:proofErr w:type="spellStart"/>
      <w:r>
        <w:t>aceptan</w:t>
      </w:r>
      <w:proofErr w:type="spellEnd"/>
      <w:r>
        <w:t xml:space="preserve"> la </w:t>
      </w:r>
      <w:proofErr w:type="spellStart"/>
      <w:r>
        <w:t>presente</w:t>
      </w:r>
      <w:proofErr w:type="spellEnd"/>
      <w:r>
        <w:t xml:space="preserve"> </w:t>
      </w:r>
      <w:proofErr w:type="spellStart"/>
      <w:r>
        <w:t>escritura</w:t>
      </w:r>
      <w:proofErr w:type="spellEnd"/>
      <w:r>
        <w:t xml:space="preserve"> </w:t>
      </w:r>
      <w:proofErr w:type="spellStart"/>
      <w:r>
        <w:t>pública</w:t>
      </w:r>
      <w:proofErr w:type="spellEnd"/>
      <w:r>
        <w:t xml:space="preserve"> de </w:t>
      </w:r>
      <w:proofErr w:type="spellStart"/>
      <w:r>
        <w:t>donación</w:t>
      </w:r>
      <w:proofErr w:type="spellEnd"/>
      <w:r>
        <w:t xml:space="preserve">, y </w:t>
      </w:r>
      <w:proofErr w:type="spellStart"/>
      <w:r>
        <w:t>manifiestan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conformidad</w:t>
      </w:r>
      <w:proofErr w:type="spellEnd"/>
      <w:r>
        <w:t xml:space="preserve"> con </w:t>
      </w:r>
      <w:proofErr w:type="spellStart"/>
      <w:r>
        <w:t>el</w:t>
      </w:r>
      <w:proofErr w:type="spellEnd"/>
      <w:r>
        <w:t xml:space="preserve"> </w:t>
      </w:r>
      <w:proofErr w:type="spellStart"/>
      <w:r>
        <w:t>contenido</w:t>
      </w:r>
      <w:proofErr w:type="spellEnd"/>
      <w:r>
        <w:t xml:space="preserve"> de las </w:t>
      </w:r>
      <w:proofErr w:type="spellStart"/>
      <w:r>
        <w:t>cláusulas</w:t>
      </w:r>
      <w:proofErr w:type="spellEnd"/>
      <w:r>
        <w:t xml:space="preserve"> que </w:t>
      </w:r>
      <w:proofErr w:type="spellStart"/>
      <w:r>
        <w:t>anteceden</w:t>
      </w:r>
      <w:proofErr w:type="spellEnd"/>
      <w:r>
        <w:t xml:space="preserve">, </w:t>
      </w:r>
      <w:proofErr w:type="spellStart"/>
      <w:r>
        <w:t>afirmándose</w:t>
      </w:r>
      <w:proofErr w:type="spellEnd"/>
      <w:r>
        <w:t xml:space="preserve"> y </w:t>
      </w:r>
      <w:proofErr w:type="spellStart"/>
      <w:r>
        <w:t>ratificándose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todas</w:t>
      </w:r>
      <w:proofErr w:type="spellEnd"/>
      <w:r>
        <w:t xml:space="preserve"> </w:t>
      </w:r>
      <w:proofErr w:type="spellStart"/>
      <w:r>
        <w:t>ellas</w:t>
      </w:r>
      <w:proofErr w:type="spellEnd"/>
      <w:r>
        <w:t>.</w:t>
      </w:r>
    </w:p>
    <w:p w14:paraId="3E30C1E0" w14:textId="77777777" w:rsidR="001A7E4C" w:rsidRDefault="00332782">
      <w:pPr>
        <w:jc w:val="both"/>
      </w:pPr>
      <w:proofErr w:type="spellStart"/>
      <w:r>
        <w:t>Usted</w:t>
      </w:r>
      <w:proofErr w:type="spellEnd"/>
      <w:r>
        <w:t xml:space="preserve">, </w:t>
      </w:r>
      <w:proofErr w:type="spellStart"/>
      <w:r>
        <w:t>señora</w:t>
      </w:r>
      <w:proofErr w:type="spellEnd"/>
      <w:r>
        <w:t xml:space="preserve"> Notaria, se </w:t>
      </w:r>
      <w:proofErr w:type="spellStart"/>
      <w:r>
        <w:t>servirá</w:t>
      </w:r>
      <w:proofErr w:type="spellEnd"/>
      <w:r>
        <w:t xml:space="preserve"> </w:t>
      </w:r>
      <w:proofErr w:type="spellStart"/>
      <w:r>
        <w:t>agregar</w:t>
      </w:r>
      <w:proofErr w:type="spellEnd"/>
      <w:r>
        <w:t xml:space="preserve"> las </w:t>
      </w:r>
      <w:proofErr w:type="spellStart"/>
      <w:r>
        <w:t>demás</w:t>
      </w:r>
      <w:proofErr w:type="spellEnd"/>
      <w:r>
        <w:t xml:space="preserve"> </w:t>
      </w:r>
      <w:proofErr w:type="spellStart"/>
      <w:r>
        <w:t>cláusulas</w:t>
      </w:r>
      <w:proofErr w:type="spellEnd"/>
      <w:r>
        <w:t xml:space="preserve"> de </w:t>
      </w:r>
      <w:proofErr w:type="spellStart"/>
      <w:r>
        <w:t>estilo</w:t>
      </w:r>
      <w:proofErr w:type="spellEnd"/>
      <w:r>
        <w:t xml:space="preserve"> </w:t>
      </w:r>
      <w:proofErr w:type="spellStart"/>
      <w:r>
        <w:t>necesarias</w:t>
      </w:r>
      <w:proofErr w:type="spellEnd"/>
      <w:r>
        <w:t xml:space="preserve"> para la plena </w:t>
      </w:r>
      <w:proofErr w:type="spellStart"/>
      <w:r>
        <w:t>validez</w:t>
      </w:r>
      <w:proofErr w:type="spellEnd"/>
      <w:r>
        <w:t xml:space="preserve"> de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instrumento</w:t>
      </w:r>
      <w:proofErr w:type="spellEnd"/>
      <w:r>
        <w:t xml:space="preserve"> </w:t>
      </w:r>
      <w:proofErr w:type="spellStart"/>
      <w:r>
        <w:t>público</w:t>
      </w:r>
      <w:proofErr w:type="spellEnd"/>
      <w:r>
        <w:t>.</w:t>
      </w:r>
    </w:p>
    <w:p w14:paraId="6F8A746E" w14:textId="77777777" w:rsidR="001A7E4C" w:rsidRDefault="00332782">
      <w:pPr>
        <w:spacing w:after="200"/>
        <w:jc w:val="both"/>
      </w:pPr>
      <w:r>
        <w:rPr>
          <w:i/>
          <w:sz w:val="20"/>
        </w:rPr>
        <w:lastRenderedPageBreak/>
        <w:t xml:space="preserve">Este </w:t>
      </w:r>
      <w:proofErr w:type="spellStart"/>
      <w:r>
        <w:rPr>
          <w:i/>
          <w:sz w:val="20"/>
        </w:rPr>
        <w:t>modelo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está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pensado</w:t>
      </w:r>
      <w:proofErr w:type="spellEnd"/>
      <w:r>
        <w:rPr>
          <w:i/>
          <w:sz w:val="20"/>
        </w:rPr>
        <w:t xml:space="preserve"> para una </w:t>
      </w:r>
      <w:proofErr w:type="spellStart"/>
      <w:r>
        <w:rPr>
          <w:i/>
          <w:sz w:val="20"/>
        </w:rPr>
        <w:t>operación</w:t>
      </w:r>
      <w:proofErr w:type="spellEnd"/>
      <w:r>
        <w:rPr>
          <w:i/>
          <w:sz w:val="20"/>
        </w:rPr>
        <w:t xml:space="preserve"> simple. Para </w:t>
      </w:r>
      <w:proofErr w:type="spellStart"/>
      <w:r>
        <w:rPr>
          <w:i/>
          <w:sz w:val="20"/>
        </w:rPr>
        <w:t>operaciones</w:t>
      </w:r>
      <w:proofErr w:type="spellEnd"/>
      <w:r>
        <w:rPr>
          <w:i/>
          <w:sz w:val="20"/>
        </w:rPr>
        <w:t xml:space="preserve"> que </w:t>
      </w:r>
      <w:proofErr w:type="spellStart"/>
      <w:r>
        <w:rPr>
          <w:i/>
          <w:sz w:val="20"/>
        </w:rPr>
        <w:t>requieren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cláusulas</w:t>
      </w:r>
      <w:proofErr w:type="spellEnd"/>
      <w:r>
        <w:rPr>
          <w:i/>
          <w:sz w:val="20"/>
        </w:rPr>
        <w:t xml:space="preserve"> o </w:t>
      </w:r>
      <w:proofErr w:type="spellStart"/>
      <w:r>
        <w:rPr>
          <w:i/>
          <w:sz w:val="20"/>
        </w:rPr>
        <w:t>adaptaciones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adicionales</w:t>
      </w:r>
      <w:proofErr w:type="spellEnd"/>
      <w:r>
        <w:rPr>
          <w:i/>
          <w:sz w:val="20"/>
        </w:rPr>
        <w:t xml:space="preserve">, </w:t>
      </w:r>
      <w:proofErr w:type="spellStart"/>
      <w:r>
        <w:rPr>
          <w:i/>
          <w:sz w:val="20"/>
        </w:rPr>
        <w:t>puedes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optar</w:t>
      </w:r>
      <w:proofErr w:type="spellEnd"/>
      <w:r>
        <w:rPr>
          <w:i/>
          <w:sz w:val="20"/>
        </w:rPr>
        <w:t xml:space="preserve"> por </w:t>
      </w:r>
      <w:proofErr w:type="spellStart"/>
      <w:r>
        <w:rPr>
          <w:i/>
          <w:sz w:val="20"/>
        </w:rPr>
        <w:t>nuestros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modelos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profesionales</w:t>
      </w:r>
      <w:proofErr w:type="spellEnd"/>
      <w:r>
        <w:rPr>
          <w:i/>
          <w:sz w:val="20"/>
        </w:rPr>
        <w:t xml:space="preserve"> de </w:t>
      </w:r>
      <w:proofErr w:type="spellStart"/>
      <w:r>
        <w:rPr>
          <w:i/>
          <w:sz w:val="20"/>
        </w:rPr>
        <w:t>pago</w:t>
      </w:r>
      <w:proofErr w:type="spellEnd"/>
      <w:r>
        <w:rPr>
          <w:i/>
          <w:sz w:val="20"/>
        </w:rPr>
        <w:t>.</w:t>
      </w:r>
    </w:p>
    <w:p w14:paraId="2DA199CC" w14:textId="77777777" w:rsidR="001A7E4C" w:rsidRDefault="00332782">
      <w:pPr>
        <w:jc w:val="center"/>
      </w:pPr>
      <w:r>
        <w:rPr>
          <w:sz w:val="18"/>
        </w:rPr>
        <w:t>www.iniciaderecho.com</w:t>
      </w:r>
    </w:p>
    <w:sectPr w:rsidR="001A7E4C" w:rsidSect="00034616">
      <w:headerReference w:type="default" r:id="rId8"/>
      <w:footerReference w:type="default" r:id="rId9"/>
      <w:pgSz w:w="12240" w:h="15840"/>
      <w:pgMar w:top="1152" w:right="1224" w:bottom="1008" w:left="12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B33521" w14:textId="77777777" w:rsidR="00E87975" w:rsidRDefault="00E87975">
      <w:pPr>
        <w:spacing w:after="0" w:line="240" w:lineRule="auto"/>
      </w:pPr>
      <w:r>
        <w:separator/>
      </w:r>
    </w:p>
  </w:endnote>
  <w:endnote w:type="continuationSeparator" w:id="0">
    <w:p w14:paraId="03EE236E" w14:textId="77777777" w:rsidR="00E87975" w:rsidRDefault="00E87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E5A27" w14:textId="77777777" w:rsidR="001A7E4C" w:rsidRDefault="00332782">
    <w:pPr>
      <w:pStyle w:val="Piedepgina"/>
      <w:jc w:val="center"/>
    </w:pPr>
    <w:r>
      <w:rPr>
        <w:b/>
        <w:color w:val="646464"/>
        <w:sz w:val="16"/>
      </w:rPr>
      <w:t>INICIA DERECHO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65F9A" w14:textId="77777777" w:rsidR="00E87975" w:rsidRDefault="00E87975">
      <w:pPr>
        <w:spacing w:after="0" w:line="240" w:lineRule="auto"/>
      </w:pPr>
      <w:r>
        <w:separator/>
      </w:r>
    </w:p>
  </w:footnote>
  <w:footnote w:type="continuationSeparator" w:id="0">
    <w:p w14:paraId="2E1D4DD0" w14:textId="77777777" w:rsidR="00E87975" w:rsidRDefault="00E879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F605F" w14:textId="77777777" w:rsidR="001A7E4C" w:rsidRDefault="001A7E4C">
    <w:pPr>
      <w:pStyle w:val="Encabezado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896"/>
      <w:gridCol w:w="4896"/>
    </w:tblGrid>
    <w:tr w:rsidR="001A7E4C" w14:paraId="19C95A24" w14:textId="77777777">
      <w:trPr>
        <w:jc w:val="center"/>
      </w:trPr>
      <w:tc>
        <w:tcPr>
          <w:tcW w:w="48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190E57D" w14:textId="77777777" w:rsidR="001A7E4C" w:rsidRDefault="00332782">
          <w:r>
            <w:rPr>
              <w:noProof/>
            </w:rPr>
            <w:drawing>
              <wp:inline distT="0" distB="0" distL="0" distR="0" wp14:anchorId="35132D17" wp14:editId="3BB5AA84">
                <wp:extent cx="1325880" cy="363291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on-marca-de-agua-e1735359403888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25880" cy="3632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96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EC0E978" w14:textId="77777777" w:rsidR="001A7E4C" w:rsidRDefault="00332782">
          <w:pPr>
            <w:jc w:val="right"/>
          </w:pPr>
          <w:r>
            <w:rPr>
              <w:color w:val="1F3763"/>
              <w:sz w:val="18"/>
            </w:rPr>
            <w:t>www.iniciaderecho.com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5858"/>
    <w:rsid w:val="001A7E4C"/>
    <w:rsid w:val="0029639D"/>
    <w:rsid w:val="00326F90"/>
    <w:rsid w:val="00332782"/>
    <w:rsid w:val="008C4190"/>
    <w:rsid w:val="00AA1D8D"/>
    <w:rsid w:val="00B47730"/>
    <w:rsid w:val="00CB0664"/>
    <w:rsid w:val="00E87975"/>
    <w:rsid w:val="00E9045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B101AB"/>
  <w14:defaultImageDpi w14:val="300"/>
  <w15:docId w15:val="{A38F3627-3FEE-4D6A-823F-2C557D95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mbria" w:eastAsia="Cambria" w:hAnsi="Cambria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1022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gratuito de donación con reserva de usufructo</dc:title>
  <dc:subject/>
  <dc:creator>Inicia Derecho</dc:creator>
  <cp:keywords/>
  <dc:description>generated by python-docx</dc:description>
  <cp:lastModifiedBy>Luis Miranda</cp:lastModifiedBy>
  <cp:revision>3</cp:revision>
  <dcterms:created xsi:type="dcterms:W3CDTF">2013-12-23T23:15:00Z</dcterms:created>
  <dcterms:modified xsi:type="dcterms:W3CDTF">2026-08-19T02:48:00Z</dcterms:modified>
  <cp:category/>
</cp:coreProperties>
</file>