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Cambria" w:hAnsi="Cambria" w:eastAsia="Cambria"/>
          <w:b/>
          <w:i w:val="0"/>
          <w:sz w:val="28"/>
        </w:rPr>
        <w:t>MODELO GRATUITO</w:t>
      </w:r>
    </w:p>
    <w:p>
      <w:pPr>
        <w:jc w:val="center"/>
      </w:pPr>
      <w:r>
        <w:rPr>
          <w:rFonts w:ascii="Cambria" w:hAnsi="Cambria" w:eastAsia="Cambria"/>
          <w:b/>
          <w:i w:val="0"/>
          <w:sz w:val="36"/>
        </w:rPr>
        <w:t>DONACIÓN DE DINERO</w:t>
      </w:r>
    </w:p>
    <w:p>
      <w:pPr>
        <w:jc w:val="center"/>
      </w:pPr>
      <w:r>
        <w:rPr>
          <w:rFonts w:ascii="Cambria" w:hAnsi="Cambria" w:eastAsia="Cambria"/>
          <w:b w:val="0"/>
          <w:i/>
          <w:sz w:val="22"/>
        </w:rPr>
        <w:t>ESCRITURA PÚBLICA</w:t>
      </w:r>
    </w:p>
    <w:p>
      <w:pPr>
        <w:jc w:val="both"/>
      </w:pPr>
      <w:r>
        <w:rPr>
          <w:rFonts w:ascii="Cambria" w:hAnsi="Cambria" w:eastAsia="Cambria"/>
          <w:b w:val="0"/>
          <w:i w:val="0"/>
          <w:sz w:val="22"/>
        </w:rPr>
        <w:t>SEÑORA NOTARIA: En el Registro de Escrituras Públicas a su cargo, sírvase insertar una escritura pública de DONACIÓN DE DINERO, al tenor de las siguientes cláusulas:</w:t>
      </w:r>
    </w:p>
    <w:p>
      <w:pPr>
        <w:spacing w:before="140" w:after="40"/>
        <w:jc w:val="both"/>
      </w:pPr>
      <w:r>
        <w:rPr>
          <w:rFonts w:ascii="Cambria" w:hAnsi="Cambria" w:eastAsia="Cambria"/>
          <w:b/>
          <w:i w:val="0"/>
          <w:sz w:val="22"/>
        </w:rPr>
        <w:t>PRIMERA: COMPARECIENTES.-</w:t>
      </w:r>
    </w:p>
    <w:p>
      <w:pPr>
        <w:spacing w:after="100"/>
        <w:jc w:val="both"/>
      </w:pP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sz w:val="22"/>
        </w:rPr>
        <w:t xml:space="preserve">A la celebración de la presente escritura pública de Donación comparecen, por una parte en calidad de DONANTE, </w:t>
      </w:r>
      <w:r>
        <w:rPr>
          <w:rFonts w:ascii="Cambria" w:hAnsi="Cambria" w:eastAsia="Cambria"/>
          <w:b w:val="0"/>
          <w:color w:val="C00000"/>
          <w:sz w:val="22"/>
        </w:rPr>
        <w:t>[NOMBRE COMPLETO DEL/DE LOS DONANTES]</w:t>
      </w:r>
      <w:r>
        <w:rPr>
          <w:rFonts w:ascii="Cambria" w:hAnsi="Cambria" w:eastAsia="Cambria"/>
          <w:b w:val="0"/>
          <w:sz w:val="22"/>
        </w:rPr>
        <w:t xml:space="preserve">, de nacionalidad </w:t>
      </w:r>
      <w:r>
        <w:rPr>
          <w:rFonts w:ascii="Cambria" w:hAnsi="Cambria" w:eastAsia="Cambria"/>
          <w:b w:val="0"/>
          <w:color w:val="C00000"/>
          <w:sz w:val="22"/>
        </w:rPr>
        <w:t>[__________]</w:t>
      </w:r>
      <w:r>
        <w:rPr>
          <w:rFonts w:ascii="Cambria" w:hAnsi="Cambria" w:eastAsia="Cambria"/>
          <w:b w:val="0"/>
          <w:sz w:val="22"/>
        </w:rPr>
        <w:t xml:space="preserve">, de estado civil </w:t>
      </w:r>
      <w:r>
        <w:rPr>
          <w:rFonts w:ascii="Cambria" w:hAnsi="Cambria" w:eastAsia="Cambria"/>
          <w:b w:val="0"/>
          <w:color w:val="C00000"/>
          <w:sz w:val="22"/>
        </w:rPr>
        <w:t>[__________]</w:t>
      </w:r>
      <w:r>
        <w:rPr>
          <w:rFonts w:ascii="Cambria" w:hAnsi="Cambria" w:eastAsia="Cambria"/>
          <w:b w:val="0"/>
          <w:sz w:val="22"/>
        </w:rPr>
        <w:t xml:space="preserve">, de </w:t>
      </w:r>
      <w:r>
        <w:rPr>
          <w:rFonts w:ascii="Cambria" w:hAnsi="Cambria" w:eastAsia="Cambria"/>
          <w:b w:val="0"/>
          <w:color w:val="C00000"/>
          <w:sz w:val="22"/>
        </w:rPr>
        <w:t>[____]</w:t>
      </w:r>
      <w:r>
        <w:rPr>
          <w:rFonts w:ascii="Cambria" w:hAnsi="Cambria" w:eastAsia="Cambria"/>
          <w:b w:val="0"/>
          <w:sz w:val="22"/>
        </w:rPr>
        <w:t xml:space="preserve"> años de edad, de ocupación o profesión </w:t>
      </w:r>
      <w:r>
        <w:rPr>
          <w:rFonts w:ascii="Cambria" w:hAnsi="Cambria" w:eastAsia="Cambria"/>
          <w:b w:val="0"/>
          <w:color w:val="C00000"/>
          <w:sz w:val="22"/>
        </w:rPr>
        <w:t>[__________]</w:t>
      </w:r>
      <w:r>
        <w:rPr>
          <w:rFonts w:ascii="Cambria" w:hAnsi="Cambria" w:eastAsia="Cambria"/>
          <w:b w:val="0"/>
          <w:sz w:val="22"/>
        </w:rPr>
        <w:t xml:space="preserve">, domiciliado/s en </w:t>
      </w:r>
      <w:r>
        <w:rPr>
          <w:rFonts w:ascii="Cambria" w:hAnsi="Cambria" w:eastAsia="Cambria"/>
          <w:b w:val="0"/>
          <w:color w:val="C00000"/>
          <w:sz w:val="22"/>
        </w:rPr>
        <w:t>[DIRECCIÓN COMPLETA]</w:t>
      </w:r>
      <w:r>
        <w:rPr>
          <w:rFonts w:ascii="Cambria" w:hAnsi="Cambria" w:eastAsia="Cambria"/>
          <w:b w:val="0"/>
          <w:sz w:val="22"/>
        </w:rPr>
        <w:t xml:space="preserve">, con número de teléfono </w:t>
      </w:r>
      <w:r>
        <w:rPr>
          <w:rFonts w:ascii="Cambria" w:hAnsi="Cambria" w:eastAsia="Cambria"/>
          <w:b w:val="0"/>
          <w:color w:val="C00000"/>
          <w:sz w:val="22"/>
        </w:rPr>
        <w:t>[__________]</w:t>
      </w:r>
      <w:r>
        <w:rPr>
          <w:rFonts w:ascii="Cambria" w:hAnsi="Cambria" w:eastAsia="Cambria"/>
          <w:b w:val="0"/>
          <w:sz w:val="22"/>
        </w:rPr>
        <w:t xml:space="preserve"> y correo electrónico </w:t>
      </w:r>
      <w:r>
        <w:rPr>
          <w:rFonts w:ascii="Cambria" w:hAnsi="Cambria" w:eastAsia="Cambria"/>
          <w:b w:val="0"/>
          <w:color w:val="C00000"/>
          <w:sz w:val="22"/>
        </w:rPr>
        <w:t>[__________]</w:t>
      </w:r>
      <w:r>
        <w:rPr>
          <w:rFonts w:ascii="Cambria" w:hAnsi="Cambria" w:eastAsia="Cambria"/>
          <w:b w:val="0"/>
          <w:sz w:val="22"/>
        </w:rPr>
        <w:t xml:space="preserve">; y, por otra parte, en calidad de DONATARIO, </w:t>
      </w:r>
      <w:r>
        <w:rPr>
          <w:rFonts w:ascii="Cambria" w:hAnsi="Cambria" w:eastAsia="Cambria"/>
          <w:b w:val="0"/>
          <w:color w:val="C00000"/>
          <w:sz w:val="22"/>
        </w:rPr>
        <w:t>[NOMBRE COMPLETO DEL/DE LOS DONATARIOS]</w:t>
      </w:r>
      <w:r>
        <w:rPr>
          <w:rFonts w:ascii="Cambria" w:hAnsi="Cambria" w:eastAsia="Cambria"/>
          <w:b w:val="0"/>
          <w:sz w:val="22"/>
        </w:rPr>
        <w:t xml:space="preserve">, de nacionalidad </w:t>
      </w:r>
      <w:r>
        <w:rPr>
          <w:rFonts w:ascii="Cambria" w:hAnsi="Cambria" w:eastAsia="Cambria"/>
          <w:b w:val="0"/>
          <w:color w:val="C00000"/>
          <w:sz w:val="22"/>
        </w:rPr>
        <w:t>[__________]</w:t>
      </w:r>
      <w:r>
        <w:rPr>
          <w:rFonts w:ascii="Cambria" w:hAnsi="Cambria" w:eastAsia="Cambria"/>
          <w:b w:val="0"/>
          <w:sz w:val="22"/>
        </w:rPr>
        <w:t xml:space="preserve">, de estado civil </w:t>
      </w:r>
      <w:r>
        <w:rPr>
          <w:rFonts w:ascii="Cambria" w:hAnsi="Cambria" w:eastAsia="Cambria"/>
          <w:b w:val="0"/>
          <w:color w:val="C00000"/>
          <w:sz w:val="22"/>
        </w:rPr>
        <w:t>[__________]</w:t>
      </w:r>
      <w:r>
        <w:rPr>
          <w:rFonts w:ascii="Cambria" w:hAnsi="Cambria" w:eastAsia="Cambria"/>
          <w:b w:val="0"/>
          <w:sz w:val="22"/>
        </w:rPr>
        <w:t xml:space="preserve">, de </w:t>
      </w:r>
      <w:r>
        <w:rPr>
          <w:rFonts w:ascii="Cambria" w:hAnsi="Cambria" w:eastAsia="Cambria"/>
          <w:b w:val="0"/>
          <w:color w:val="C00000"/>
          <w:sz w:val="22"/>
        </w:rPr>
        <w:t>[____]</w:t>
      </w:r>
      <w:r>
        <w:rPr>
          <w:rFonts w:ascii="Cambria" w:hAnsi="Cambria" w:eastAsia="Cambria"/>
          <w:b w:val="0"/>
          <w:sz w:val="22"/>
        </w:rPr>
        <w:t xml:space="preserve"> años de edad, de ocupación o profesión </w:t>
      </w:r>
      <w:r>
        <w:rPr>
          <w:rFonts w:ascii="Cambria" w:hAnsi="Cambria" w:eastAsia="Cambria"/>
          <w:b w:val="0"/>
          <w:color w:val="C00000"/>
          <w:sz w:val="22"/>
        </w:rPr>
        <w:t>[__________]</w:t>
      </w:r>
      <w:r>
        <w:rPr>
          <w:rFonts w:ascii="Cambria" w:hAnsi="Cambria" w:eastAsia="Cambria"/>
          <w:b w:val="0"/>
          <w:sz w:val="22"/>
        </w:rPr>
        <w:t xml:space="preserve">, domiciliado/s en </w:t>
      </w:r>
      <w:r>
        <w:rPr>
          <w:rFonts w:ascii="Cambria" w:hAnsi="Cambria" w:eastAsia="Cambria"/>
          <w:b w:val="0"/>
          <w:color w:val="C00000"/>
          <w:sz w:val="22"/>
        </w:rPr>
        <w:t>[DIRECCIÓN COMPLETA]</w:t>
      </w:r>
      <w:r>
        <w:rPr>
          <w:rFonts w:ascii="Cambria" w:hAnsi="Cambria" w:eastAsia="Cambria"/>
          <w:b w:val="0"/>
          <w:sz w:val="22"/>
        </w:rPr>
        <w:t xml:space="preserve">, con número de teléfono </w:t>
      </w:r>
      <w:r>
        <w:rPr>
          <w:rFonts w:ascii="Cambria" w:hAnsi="Cambria" w:eastAsia="Cambria"/>
          <w:b w:val="0"/>
          <w:color w:val="C00000"/>
          <w:sz w:val="22"/>
        </w:rPr>
        <w:t>[__________]</w:t>
      </w:r>
      <w:r>
        <w:rPr>
          <w:rFonts w:ascii="Cambria" w:hAnsi="Cambria" w:eastAsia="Cambria"/>
          <w:b w:val="0"/>
          <w:sz w:val="22"/>
        </w:rPr>
        <w:t xml:space="preserve"> y correo electrónico </w:t>
      </w:r>
      <w:r>
        <w:rPr>
          <w:rFonts w:ascii="Cambria" w:hAnsi="Cambria" w:eastAsia="Cambria"/>
          <w:b w:val="0"/>
          <w:color w:val="C00000"/>
          <w:sz w:val="22"/>
        </w:rPr>
        <w:t>[__________]</w:t>
      </w:r>
      <w:r>
        <w:rPr>
          <w:rFonts w:ascii="Cambria" w:hAnsi="Cambria" w:eastAsia="Cambria"/>
          <w:b w:val="0"/>
          <w:sz w:val="22"/>
        </w:rPr>
        <w:t>. Los comparecientes tienen plena capacidad para contratar y obligarse y comparecen libre y voluntariamente.</w:t>
      </w:r>
    </w:p>
    <w:p>
      <w:pPr>
        <w:spacing w:before="140" w:after="40"/>
        <w:jc w:val="both"/>
      </w:pPr>
      <w:r>
        <w:rPr>
          <w:rFonts w:ascii="Cambria" w:hAnsi="Cambria" w:eastAsia="Cambria"/>
          <w:b/>
          <w:i w:val="0"/>
          <w:sz w:val="22"/>
        </w:rPr>
        <w:t>SEGUNDA: ANTECEDENTES.-</w:t>
      </w:r>
    </w:p>
    <w:p>
      <w:pPr>
        <w:spacing w:after="100"/>
        <w:jc w:val="both"/>
      </w:pP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sz w:val="22"/>
        </w:rPr>
        <w:t xml:space="preserve">El/los DONANTE/S declara/n ser titular/es de los recursos económicos que constituyen el objeto de la presente donación y que cuenta/n con dichos recursos para disponer de ellos a título gratuito. El/los DONANTE/S ha/n decidido donar a favor del/los DONATARIO/S la cantidad de </w:t>
      </w:r>
      <w:r>
        <w:rPr>
          <w:rFonts w:ascii="Cambria" w:hAnsi="Cambria" w:eastAsia="Cambria"/>
          <w:b w:val="0"/>
          <w:color w:val="C00000"/>
          <w:sz w:val="22"/>
        </w:rPr>
        <w:t>[VALOR EN LETRAS]</w:t>
      </w:r>
      <w:r>
        <w:rPr>
          <w:rFonts w:ascii="Cambria" w:hAnsi="Cambria" w:eastAsia="Cambria"/>
          <w:b w:val="0"/>
          <w:sz w:val="22"/>
        </w:rPr>
        <w:t xml:space="preserve"> DÓLARES DE LOS ESTADOS UNIDOS DE AMÉRICA (USD </w:t>
      </w:r>
      <w:r>
        <w:rPr>
          <w:rFonts w:ascii="Cambria" w:hAnsi="Cambria" w:eastAsia="Cambria"/>
          <w:b w:val="0"/>
          <w:color w:val="C00000"/>
          <w:sz w:val="22"/>
        </w:rPr>
        <w:t>[VALOR EN NÚMEROS]</w:t>
      </w:r>
      <w:r>
        <w:rPr>
          <w:rFonts w:ascii="Cambria" w:hAnsi="Cambria" w:eastAsia="Cambria"/>
          <w:b w:val="0"/>
          <w:sz w:val="22"/>
        </w:rPr>
        <w:t xml:space="preserve">). La entrega del dinero se realizará o se ha realizado mediante </w:t>
      </w:r>
      <w:r>
        <w:rPr>
          <w:rFonts w:ascii="Cambria" w:hAnsi="Cambria" w:eastAsia="Cambria"/>
          <w:b w:val="0"/>
          <w:color w:val="C00000"/>
          <w:sz w:val="22"/>
        </w:rPr>
        <w:t>[TRANSFERENCIA BANCARIA / DEPÓSITO BANCARIO / CHEQUE]</w:t>
      </w:r>
      <w:r>
        <w:rPr>
          <w:rFonts w:ascii="Cambria" w:hAnsi="Cambria" w:eastAsia="Cambria"/>
          <w:b w:val="0"/>
          <w:sz w:val="22"/>
        </w:rPr>
        <w:t xml:space="preserve">, conforme consta en </w:t>
      </w:r>
      <w:r>
        <w:rPr>
          <w:rFonts w:ascii="Cambria" w:hAnsi="Cambria" w:eastAsia="Cambria"/>
          <w:b w:val="0"/>
          <w:color w:val="C00000"/>
          <w:sz w:val="22"/>
        </w:rPr>
        <w:t>[COMPROBANTE DE TRANSFERENCIA / COMPROBANTE DE DEPÓSITO / CHEQUE]</w:t>
      </w:r>
      <w:r>
        <w:rPr>
          <w:rFonts w:ascii="Cambria" w:hAnsi="Cambria" w:eastAsia="Cambria"/>
          <w:b w:val="0"/>
          <w:sz w:val="22"/>
        </w:rPr>
        <w:t>, que se incorpora como documento habilitante de la presente escritura.</w:t>
      </w:r>
    </w:p>
    <w:p>
      <w:pPr>
        <w:spacing w:before="140" w:after="40"/>
        <w:jc w:val="both"/>
      </w:pPr>
      <w:r>
        <w:rPr>
          <w:rFonts w:ascii="Cambria" w:hAnsi="Cambria" w:eastAsia="Cambria"/>
          <w:b/>
          <w:i w:val="0"/>
          <w:sz w:val="22"/>
        </w:rPr>
        <w:t>TERCERA: DONACIÓN Y ENTREGA DEL DINERO.-</w:t>
      </w:r>
    </w:p>
    <w:p>
      <w:pPr>
        <w:spacing w:after="100"/>
        <w:jc w:val="both"/>
      </w:pP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sz w:val="22"/>
        </w:rPr>
        <w:t xml:space="preserve">Con los antecedentes expuestos, el/los DONANTE/S, en forma libre, voluntaria y expresa, dona/n a favor del/los DONATARIO/S la cantidad de </w:t>
      </w:r>
      <w:r>
        <w:rPr>
          <w:rFonts w:ascii="Cambria" w:hAnsi="Cambria" w:eastAsia="Cambria"/>
          <w:b w:val="0"/>
          <w:color w:val="C00000"/>
          <w:sz w:val="22"/>
        </w:rPr>
        <w:t>[VALOR EN LETRAS]</w:t>
      </w:r>
      <w:r>
        <w:rPr>
          <w:rFonts w:ascii="Cambria" w:hAnsi="Cambria" w:eastAsia="Cambria"/>
          <w:b w:val="0"/>
          <w:sz w:val="22"/>
        </w:rPr>
        <w:t xml:space="preserve"> DÓLARES DE LOS ESTADOS UNIDOS DE AMÉRICA (USD </w:t>
      </w:r>
      <w:r>
        <w:rPr>
          <w:rFonts w:ascii="Cambria" w:hAnsi="Cambria" w:eastAsia="Cambria"/>
          <w:b w:val="0"/>
          <w:color w:val="C00000"/>
          <w:sz w:val="22"/>
        </w:rPr>
        <w:t>[VALOR EN NÚMEROS]</w:t>
      </w:r>
      <w:r>
        <w:rPr>
          <w:rFonts w:ascii="Cambria" w:hAnsi="Cambria" w:eastAsia="Cambria"/>
          <w:b w:val="0"/>
          <w:sz w:val="22"/>
        </w:rPr>
        <w:t xml:space="preserve">), sin contraprestación alguna. La entrega del valor donado se efectúa mediante </w:t>
      </w:r>
      <w:r>
        <w:rPr>
          <w:rFonts w:ascii="Cambria" w:hAnsi="Cambria" w:eastAsia="Cambria"/>
          <w:b w:val="0"/>
          <w:color w:val="C00000"/>
          <w:sz w:val="22"/>
        </w:rPr>
        <w:t>[TRANSFERENCIA BANCARIA / DEPÓSITO BANCARIO / CHEQUE]</w:t>
      </w:r>
      <w:r>
        <w:rPr>
          <w:rFonts w:ascii="Cambria" w:hAnsi="Cambria" w:eastAsia="Cambria"/>
          <w:b w:val="0"/>
          <w:sz w:val="22"/>
        </w:rPr>
        <w:t xml:space="preserve">, realizado en fecha </w:t>
      </w:r>
      <w:r>
        <w:rPr>
          <w:rFonts w:ascii="Cambria" w:hAnsi="Cambria" w:eastAsia="Cambria"/>
          <w:b w:val="0"/>
          <w:color w:val="C00000"/>
          <w:sz w:val="22"/>
        </w:rPr>
        <w:t>[FECHA]</w:t>
      </w:r>
      <w:r>
        <w:rPr>
          <w:rFonts w:ascii="Cambria" w:hAnsi="Cambria" w:eastAsia="Cambria"/>
          <w:b w:val="0"/>
          <w:sz w:val="22"/>
        </w:rPr>
        <w:t xml:space="preserve">, por el valor de USD </w:t>
      </w:r>
      <w:r>
        <w:rPr>
          <w:rFonts w:ascii="Cambria" w:hAnsi="Cambria" w:eastAsia="Cambria"/>
          <w:b w:val="0"/>
          <w:color w:val="C00000"/>
          <w:sz w:val="22"/>
        </w:rPr>
        <w:t>[VALOR EN NÚMEROS]</w:t>
      </w:r>
      <w:r>
        <w:rPr>
          <w:rFonts w:ascii="Cambria" w:hAnsi="Cambria" w:eastAsia="Cambria"/>
          <w:b w:val="0"/>
          <w:sz w:val="22"/>
        </w:rPr>
        <w:t xml:space="preserve">, a través de </w:t>
      </w:r>
      <w:r>
        <w:rPr>
          <w:rFonts w:ascii="Cambria" w:hAnsi="Cambria" w:eastAsia="Cambria"/>
          <w:b w:val="0"/>
          <w:color w:val="C00000"/>
          <w:sz w:val="22"/>
        </w:rPr>
        <w:t>[INSTITUCIÓN FINANCIERA / IDENTIFICACIÓN DEL CHEQUE]</w:t>
      </w:r>
      <w:r>
        <w:rPr>
          <w:rFonts w:ascii="Cambria" w:hAnsi="Cambria" w:eastAsia="Cambria"/>
          <w:b w:val="0"/>
          <w:sz w:val="22"/>
        </w:rPr>
        <w:t>. El comprobante correspondiente se incorpora como documento habilitante.</w:t>
      </w:r>
    </w:p>
    <w:p>
      <w:pPr>
        <w:spacing w:before="140" w:after="40"/>
        <w:jc w:val="both"/>
      </w:pPr>
      <w:r>
        <w:rPr>
          <w:rFonts w:ascii="Cambria" w:hAnsi="Cambria" w:eastAsia="Cambria"/>
          <w:b/>
          <w:i w:val="0"/>
          <w:sz w:val="22"/>
        </w:rPr>
        <w:t>CUARTA: ACEPTACIÓN Y NOTIFICACIÓN.-</w:t>
      </w:r>
    </w:p>
    <w:p>
      <w:pPr>
        <w:spacing w:after="100"/>
        <w:jc w:val="both"/>
      </w:pP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sz w:val="22"/>
        </w:rPr>
        <w:t xml:space="preserve">El/los DONATARIO/S, señor/es </w:t>
      </w:r>
      <w:r>
        <w:rPr>
          <w:rFonts w:ascii="Cambria" w:hAnsi="Cambria" w:eastAsia="Cambria"/>
          <w:b w:val="0"/>
          <w:color w:val="C00000"/>
          <w:sz w:val="22"/>
        </w:rPr>
        <w:t>[NOMBRE/S]</w:t>
      </w:r>
      <w:r>
        <w:rPr>
          <w:rFonts w:ascii="Cambria" w:hAnsi="Cambria" w:eastAsia="Cambria"/>
          <w:b w:val="0"/>
          <w:sz w:val="22"/>
        </w:rPr>
        <w:t xml:space="preserve">, manifiesta/n que acepta/n expresamente la donación efectuada a su favor por el/los DONANTE/S y declara/n haber recibido el valor donado en los términos establecidos en esta escritura. De esta aceptación se da por notificado/a el/los DONANTE/S, señor/es </w:t>
      </w:r>
      <w:r>
        <w:rPr>
          <w:rFonts w:ascii="Cambria" w:hAnsi="Cambria" w:eastAsia="Cambria"/>
          <w:b w:val="0"/>
          <w:color w:val="C00000"/>
          <w:sz w:val="22"/>
        </w:rPr>
        <w:t>[NOMBRE/S]</w:t>
      </w:r>
      <w:r>
        <w:rPr>
          <w:rFonts w:ascii="Cambria" w:hAnsi="Cambria" w:eastAsia="Cambria"/>
          <w:b w:val="0"/>
          <w:sz w:val="22"/>
        </w:rPr>
        <w:t>, para los fines legales pertinentes.</w:t>
      </w:r>
    </w:p>
    <w:p>
      <w:pPr>
        <w:spacing w:before="140" w:after="40"/>
        <w:jc w:val="both"/>
      </w:pPr>
      <w:r>
        <w:rPr>
          <w:rFonts w:ascii="Cambria" w:hAnsi="Cambria" w:eastAsia="Cambria"/>
          <w:b/>
          <w:i w:val="0"/>
          <w:sz w:val="22"/>
        </w:rPr>
        <w:t>QUINTA: CUANTÍA.-</w:t>
      </w:r>
    </w:p>
    <w:p>
      <w:pPr>
        <w:spacing w:after="100"/>
        <w:jc w:val="both"/>
      </w:pP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sz w:val="22"/>
        </w:rPr>
        <w:t xml:space="preserve">La cuantía de la presente donación es de </w:t>
      </w:r>
      <w:r>
        <w:rPr>
          <w:rFonts w:ascii="Cambria" w:hAnsi="Cambria" w:eastAsia="Cambria"/>
          <w:b w:val="0"/>
          <w:color w:val="C00000"/>
          <w:sz w:val="22"/>
        </w:rPr>
        <w:t>[VALOR EN LETRAS]</w:t>
      </w:r>
      <w:r>
        <w:rPr>
          <w:rFonts w:ascii="Cambria" w:hAnsi="Cambria" w:eastAsia="Cambria"/>
          <w:b w:val="0"/>
          <w:sz w:val="22"/>
        </w:rPr>
        <w:t xml:space="preserve"> DÓLARES DE LOS ESTADOS UNIDOS DE AMÉRICA (USD </w:t>
      </w:r>
      <w:r>
        <w:rPr>
          <w:rFonts w:ascii="Cambria" w:hAnsi="Cambria" w:eastAsia="Cambria"/>
          <w:b w:val="0"/>
          <w:color w:val="C00000"/>
          <w:sz w:val="22"/>
        </w:rPr>
        <w:t>[VALOR EN NÚMEROS]</w:t>
      </w:r>
      <w:r>
        <w:rPr>
          <w:rFonts w:ascii="Cambria" w:hAnsi="Cambria" w:eastAsia="Cambria"/>
          <w:b w:val="0"/>
          <w:sz w:val="22"/>
        </w:rPr>
        <w:t>), que corresponde exactamente al valor objeto de la donación.</w:t>
      </w:r>
    </w:p>
    <w:p>
      <w:pPr>
        <w:spacing w:before="140" w:after="40"/>
        <w:jc w:val="both"/>
      </w:pPr>
      <w:r>
        <w:rPr>
          <w:rFonts w:ascii="Cambria" w:hAnsi="Cambria" w:eastAsia="Cambria"/>
          <w:b/>
          <w:sz w:val="22"/>
        </w:rPr>
        <w:t>SEXTA: SANEAMIENTO Y DECLARACIONES.-</w:t>
      </w:r>
    </w:p>
    <w:p>
      <w:pPr>
        <w:spacing w:after="100"/>
        <w:jc w:val="both"/>
      </w:pPr>
      <w:r>
        <w:rPr>
          <w:rFonts w:ascii="Cambria" w:hAnsi="Cambria" w:eastAsia="Cambria"/>
          <w:b w:val="0"/>
          <w:sz w:val="22"/>
        </w:rPr>
        <w:t>El/los DONANTE/S declara/n que los recursos objeto de la presente donación son de su legítima titularidad y que tiene/n plena facultad para disponer de ellos a título gratuito. Asimismo, declara/n que sobre dichos recursos no existe derecho de terceros que impida o limite la presente donación y se obliga/n a responder por el saneamiento que corresponda en caso de que un tercero formule un reclamo legítimo respecto de la titularidad de los recursos donados.</w:t>
      </w:r>
    </w:p>
    <w:p>
      <w:pPr>
        <w:spacing w:before="140" w:after="40"/>
        <w:jc w:val="both"/>
      </w:pPr>
      <w:r>
        <w:rPr>
          <w:rFonts w:ascii="Cambria" w:hAnsi="Cambria" w:eastAsia="Cambria"/>
          <w:b/>
          <w:i w:val="0"/>
          <w:sz w:val="22"/>
        </w:rPr>
        <w:t>SÉPTIMA: GASTOS Y TRIBUTOS.-</w:t>
      </w:r>
    </w:p>
    <w:p>
      <w:pPr>
        <w:spacing w:after="100"/>
        <w:jc w:val="both"/>
      </w:pP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sz w:val="22"/>
        </w:rPr>
        <w:t xml:space="preserve">Los gastos que demande el otorgamiento de la presente escritura serán de cuenta de </w:t>
      </w:r>
      <w:r>
        <w:rPr>
          <w:rFonts w:ascii="Cambria" w:hAnsi="Cambria" w:eastAsia="Cambria"/>
          <w:b w:val="0"/>
          <w:color w:val="C00000"/>
          <w:sz w:val="22"/>
        </w:rPr>
        <w:t>[DONANTE / DONATARIO / DISTRIBUCIÓN ACORDADA]</w:t>
      </w:r>
      <w:r>
        <w:rPr>
          <w:rFonts w:ascii="Cambria" w:hAnsi="Cambria" w:eastAsia="Cambria"/>
          <w:b w:val="0"/>
          <w:sz w:val="22"/>
        </w:rPr>
        <w:t>. Por tratarse de una donación de dinero, la presente operación no corresponde a una transferencia de dominio de un inmueble.</w:t>
      </w:r>
    </w:p>
    <w:p>
      <w:pPr>
        <w:spacing w:before="140" w:after="40"/>
        <w:jc w:val="both"/>
      </w:pPr>
      <w:r>
        <w:rPr>
          <w:rFonts w:ascii="Cambria" w:hAnsi="Cambria" w:eastAsia="Cambria"/>
          <w:b/>
          <w:i w:val="0"/>
          <w:sz w:val="22"/>
        </w:rPr>
        <w:t>OCTAVA: AUTORIZACIÓN.-</w:t>
      </w:r>
    </w:p>
    <w:p>
      <w:pPr>
        <w:spacing w:after="100"/>
        <w:jc w:val="both"/>
      </w:pPr>
      <w:r>
        <w:rPr>
          <w:rFonts w:ascii="Cambria" w:hAnsi="Cambria" w:eastAsia="Cambria"/>
          <w:b w:val="0"/>
          <w:i w:val="0"/>
          <w:sz w:val="22"/>
        </w:rPr>
      </w:r>
      <w:r>
        <w:rPr>
          <w:rFonts w:ascii="Cambria" w:hAnsi="Cambria" w:eastAsia="Cambria"/>
          <w:b w:val="0"/>
          <w:i w:val="0"/>
          <w:color w:val="C00000"/>
          <w:sz w:val="22"/>
        </w:rPr>
      </w:r>
      <w:r>
        <w:rPr>
          <w:rFonts w:ascii="Cambria" w:hAnsi="Cambria" w:eastAsia="Cambria"/>
          <w:b w:val="0"/>
          <w:i w:val="0"/>
          <w:sz w:val="22"/>
        </w:rPr>
      </w:r>
      <w:r>
        <w:rPr>
          <w:rFonts w:ascii="Cambria" w:hAnsi="Cambria" w:eastAsia="Cambria"/>
          <w:b w:val="0"/>
          <w:sz w:val="22"/>
        </w:rPr>
        <w:t xml:space="preserve">Las partes autorizan a </w:t>
      </w:r>
      <w:r>
        <w:rPr>
          <w:rFonts w:ascii="Cambria" w:hAnsi="Cambria" w:eastAsia="Cambria"/>
          <w:b w:val="0"/>
          <w:color w:val="C00000"/>
          <w:sz w:val="22"/>
        </w:rPr>
        <w:t>[NOMBRE DE LA PERSONA AUTORIZADA]</w:t>
      </w:r>
      <w:r>
        <w:rPr>
          <w:rFonts w:ascii="Cambria" w:hAnsi="Cambria" w:eastAsia="Cambria"/>
          <w:b w:val="0"/>
          <w:sz w:val="22"/>
        </w:rPr>
        <w:t>, por sí, por interpuesta persona o por medio de su abogado patrocinador, para realizar las gestiones necesarias relacionadas con la presente escritura.</w:t>
      </w:r>
    </w:p>
    <w:p>
      <w:pPr>
        <w:spacing w:before="140" w:after="40"/>
        <w:jc w:val="both"/>
      </w:pPr>
      <w:r>
        <w:rPr>
          <w:rFonts w:ascii="Cambria" w:hAnsi="Cambria" w:eastAsia="Cambria"/>
          <w:b/>
          <w:i w:val="0"/>
          <w:sz w:val="22"/>
        </w:rPr>
        <w:t>NOVENA: ACEPTACIÓN Y RATIFICACIÓN.-</w:t>
      </w:r>
    </w:p>
    <w:p>
      <w:pPr>
        <w:spacing w:after="100"/>
        <w:jc w:val="both"/>
      </w:pPr>
      <w:r>
        <w:rPr>
          <w:rFonts w:ascii="Cambria" w:hAnsi="Cambria" w:eastAsia="Cambria"/>
          <w:b w:val="0"/>
          <w:i w:val="0"/>
          <w:sz w:val="22"/>
        </w:rPr>
        <w:t>Las partes aceptan y ratifican la presente escritura pública de donación de dinero en todas sus partes, por convenir a sus intereses, y se ratifican en las declaraciones realizadas en este instrumento.</w:t>
      </w:r>
    </w:p>
    <w:p>
      <w:pPr>
        <w:spacing w:before="160"/>
        <w:jc w:val="both"/>
      </w:pPr>
      <w:r>
        <w:rPr>
          <w:rFonts w:ascii="Cambria" w:hAnsi="Cambria" w:eastAsia="Cambria"/>
          <w:b/>
          <w:i w:val="0"/>
          <w:color w:val="C00000"/>
          <w:sz w:val="19"/>
        </w:rPr>
      </w:r>
      <w:r>
        <w:rPr>
          <w:rFonts w:ascii="Cambria" w:hAnsi="Cambria" w:eastAsia="Cambria"/>
          <w:b/>
          <w:color w:val="C00000"/>
          <w:sz w:val="22"/>
        </w:rPr>
      </w:r>
      <w:r>
        <w:rPr>
          <w:rFonts w:ascii="Cambria" w:hAnsi="Cambria" w:eastAsia="Cambria"/>
          <w:b/>
          <w:color w:val="C00000"/>
          <w:sz w:val="19"/>
        </w:rPr>
        <w:t>[USAR SOLO CUANDO EL MONTO DE LA DONACIÓN SUPERE LOS USD 800: Antes del otorgamiento de la donación deberá tramitarse el Acta Notarial de Subsistencia de Patrimonio para Donar, mediante la petición correspondiente, con la intervención de dos testigos idóneos que no sean familiares de los donantes ni de los donatarios. El acta se incorporará como documento habilitante de la donación.]</w:t>
      </w:r>
    </w:p>
    <w:p>
      <w:pPr>
        <w:jc w:val="both"/>
      </w:pPr>
      <w:r>
        <w:rPr>
          <w:rFonts w:ascii="Cambria" w:hAnsi="Cambria" w:eastAsia="Cambria"/>
          <w:b w:val="0"/>
          <w:i w:val="0"/>
          <w:sz w:val="22"/>
        </w:rPr>
        <w:t>Usted, señora Notaria, se servirá agregar las demás cláusulas de estilo necesarias para la plena validez de este instrumento.</w:t>
      </w:r>
    </w:p>
    <w:sectPr w:rsidR="00FC693F" w:rsidRPr="0006063C" w:rsidSect="00034616">
      <w:headerReference w:type="default" r:id="rId9"/>
      <w:footerReference w:type="default" r:id="rId10"/>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eastAsia="Cambria"/>
        <w:b w:val="0"/>
        <w:i w:val="0"/>
        <w:sz w:val="16"/>
      </w:rPr>
      <w:t xml:space="preserve">INICIA DERECHO  •  Modelo gratuito de donación de dinero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Borders>
        <w:bottom w:val="single" w:sz="4" w:color="BFBFBF"/>
      </w:tblBorders>
    </w:tblPr>
    <w:tblGrid>
      <w:gridCol w:w="4677"/>
      <w:gridCol w:w="4677"/>
    </w:tblGrid>
    <w:tr>
      <w:tc>
        <w:tcPr>
          <w:tcW w:type="dxa" w:w="4677"/>
        </w:tcPr>
        <w:p>
          <w:pPr>
            <w:jc w:val="left"/>
          </w:pPr>
          <w:r>
            <w:drawing>
              <wp:inline xmlns:a="http://schemas.openxmlformats.org/drawingml/2006/main" xmlns:pic="http://schemas.openxmlformats.org/drawingml/2006/picture">
                <wp:extent cx="1440000" cy="394560"/>
                <wp:docPr id="1" name="Picture 1"/>
                <wp:cNvGraphicFramePr>
                  <a:graphicFrameLocks noChangeAspect="1"/>
                </wp:cNvGraphicFramePr>
                <a:graphic>
                  <a:graphicData uri="http://schemas.openxmlformats.org/drawingml/2006/picture">
                    <pic:pic>
                      <pic:nvPicPr>
                        <pic:cNvPr id="0" name="con-marca-de-agua-e1735359403888.png"/>
                        <pic:cNvPicPr/>
                      </pic:nvPicPr>
                      <pic:blipFill>
                        <a:blip r:embed="rId1"/>
                        <a:stretch>
                          <a:fillRect/>
                        </a:stretch>
                      </pic:blipFill>
                      <pic:spPr>
                        <a:xfrm>
                          <a:off x="0" y="0"/>
                          <a:ext cx="1440000" cy="394560"/>
                        </a:xfrm>
                        <a:prstGeom prst="rect"/>
                      </pic:spPr>
                    </pic:pic>
                  </a:graphicData>
                </a:graphic>
              </wp:inline>
            </w:drawing>
          </w:r>
        </w:p>
      </w:tc>
      <w:tc>
        <w:tcPr>
          <w:tcW w:type="dxa" w:w="4677"/>
        </w:tcPr>
        <w:p>
          <w:pPr>
            <w:jc w:val="right"/>
          </w:pPr>
          <w:r>
            <w:rPr>
              <w:rFonts w:ascii="Cambria" w:hAnsi="Cambria" w:eastAsia="Cambria"/>
              <w:b/>
              <w:i w:val="0"/>
              <w:sz w:val="18"/>
            </w:rPr>
            <w:t>www.iniciaderecho.com</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mbria" w:hAnsi="Cambria" w:eastAsia="Cambria"/>
      <w:b w:val="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Cambria" w:hAnsi="Cambria" w:eastAsia="Cambria"/>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Inicia Derecho</dc:creator>
  <cp:keywords/>
  <dc:description/>
  <cp:lastModifiedBy/>
  <cp:revision>1</cp:revision>
  <dcterms:created xsi:type="dcterms:W3CDTF">2013-12-23T23:15:00Z</dcterms:created>
  <dcterms:modified xsi:type="dcterms:W3CDTF">2013-12-23T23:15:00Z</dcterms:modified>
  <cp:category/>
</cp:coreProperties>
</file>