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2A96" w14:textId="77777777" w:rsidR="006C7464" w:rsidRDefault="00540711">
      <w:pPr>
        <w:spacing w:after="100"/>
        <w:jc w:val="center"/>
      </w:pPr>
      <w:r>
        <w:rPr>
          <w:b/>
        </w:rPr>
        <w:t>MODELO GRATUITO</w:t>
      </w:r>
    </w:p>
    <w:p w14:paraId="00F7901E" w14:textId="77777777" w:rsidR="006C7464" w:rsidRDefault="00540711">
      <w:pPr>
        <w:spacing w:after="100"/>
        <w:jc w:val="center"/>
      </w:pPr>
      <w:r>
        <w:rPr>
          <w:b/>
          <w:sz w:val="36"/>
        </w:rPr>
        <w:t>DONACIÓN DE OTROS BIENES</w:t>
      </w:r>
    </w:p>
    <w:p w14:paraId="34607749" w14:textId="77777777" w:rsidR="006C7464" w:rsidRDefault="00540711">
      <w:pPr>
        <w:spacing w:after="100"/>
        <w:jc w:val="center"/>
      </w:pPr>
      <w:r>
        <w:t>ESCRITURA PÚBLICA</w:t>
      </w:r>
    </w:p>
    <w:p w14:paraId="73CD01AF" w14:textId="77777777" w:rsidR="006C7464" w:rsidRDefault="00540711">
      <w:pPr>
        <w:spacing w:after="100"/>
        <w:jc w:val="both"/>
      </w:pPr>
      <w:r>
        <w:t>SEÑORA NOTARIA: En el Registro de Escrituras Públicas a su cargo, sírvase insertar una escritura de Donación de bien mueble, al tenor de las siguientes cláusulas:</w:t>
      </w:r>
    </w:p>
    <w:p w14:paraId="1AC69DEF" w14:textId="77777777" w:rsidR="006C7464" w:rsidRDefault="00540711">
      <w:pPr>
        <w:spacing w:after="100"/>
        <w:jc w:val="both"/>
      </w:pPr>
      <w:r>
        <w:rPr>
          <w:b/>
        </w:rPr>
        <w:t xml:space="preserve">PRIMERA: </w:t>
      </w:r>
      <w:proofErr w:type="gramStart"/>
      <w:r>
        <w:rPr>
          <w:b/>
        </w:rPr>
        <w:t>COMPARECIENTES.-</w:t>
      </w:r>
      <w:proofErr w:type="gramEnd"/>
    </w:p>
    <w:p w14:paraId="50A5A5BA" w14:textId="77777777" w:rsidR="006C7464" w:rsidRDefault="00540711">
      <w:pPr>
        <w:spacing w:after="100"/>
        <w:jc w:val="both"/>
      </w:pPr>
      <w:r>
        <w:t xml:space="preserve">A la celebración de la presente escritura pública de Donación comparecen, por una parte en calidad de DONANTE, </w:t>
      </w:r>
      <w:r>
        <w:rPr>
          <w:color w:val="C00000"/>
        </w:rPr>
        <w:t>[NOMBRE COMPLETO DEL/DE LOS DONANTES]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[____]</w:t>
      </w:r>
      <w:r>
        <w:t xml:space="preserve"> años de edad, de oc</w:t>
      </w:r>
      <w:r>
        <w:t xml:space="preserve">upación o profesión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número de teléfono </w:t>
      </w:r>
      <w:r>
        <w:rPr>
          <w:color w:val="C00000"/>
        </w:rPr>
        <w:t>[__________]</w:t>
      </w:r>
      <w:r>
        <w:t xml:space="preserve"> y correo electrónico </w:t>
      </w:r>
      <w:r>
        <w:rPr>
          <w:color w:val="C00000"/>
        </w:rPr>
        <w:t>[__________]</w:t>
      </w:r>
      <w:r>
        <w:t xml:space="preserve">; por otra parte, en calidad de DONATARIO, </w:t>
      </w:r>
      <w:r>
        <w:rPr>
          <w:color w:val="C00000"/>
        </w:rPr>
        <w:t>[NOMBRE COMPLETO DEL/DE LOS DONATARIOS]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</w:t>
      </w:r>
      <w:r>
        <w:t xml:space="preserve">de estado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[____]</w:t>
      </w:r>
      <w:r>
        <w:t xml:space="preserve"> años de edad, de ocupación o profesión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número de teléfono </w:t>
      </w:r>
      <w:r>
        <w:rPr>
          <w:color w:val="C00000"/>
        </w:rPr>
        <w:t>[__________]</w:t>
      </w:r>
      <w:r>
        <w:t xml:space="preserve"> y correo electrónico </w:t>
      </w:r>
      <w:r>
        <w:rPr>
          <w:color w:val="C00000"/>
        </w:rPr>
        <w:t>[__________]</w:t>
      </w:r>
      <w:r>
        <w:t>, quienes comparecen con plena capacidad civil para con</w:t>
      </w:r>
      <w:r>
        <w:t>tratar y obligarse, libre y voluntariamente, sin presión, coacción ni ningún otro vicio que pudiere afectar su consentimiento.</w:t>
      </w:r>
    </w:p>
    <w:p w14:paraId="7DD3AA7B" w14:textId="77777777" w:rsidR="006C7464" w:rsidRDefault="00540711">
      <w:pPr>
        <w:spacing w:after="100"/>
        <w:jc w:val="both"/>
      </w:pPr>
      <w:r>
        <w:rPr>
          <w:b/>
        </w:rPr>
        <w:t xml:space="preserve">SEGUNDA: DESCRIPCIÓN DEL BIEN, TITULARIDAD Y </w:t>
      </w:r>
      <w:proofErr w:type="gramStart"/>
      <w:r>
        <w:rPr>
          <w:b/>
        </w:rPr>
        <w:t>ANTECEDENTES.-</w:t>
      </w:r>
      <w:proofErr w:type="gramEnd"/>
    </w:p>
    <w:p w14:paraId="3C402FB0" w14:textId="75D7BB6E" w:rsidR="006C7464" w:rsidRDefault="00540711">
      <w:pPr>
        <w:spacing w:after="100"/>
        <w:jc w:val="both"/>
      </w:pPr>
      <w:r>
        <w:t>El/los DONANTE/S declara/n ser legítimo/s propietario/s del siguiente</w:t>
      </w:r>
      <w:r>
        <w:t xml:space="preserve"> bien mueble: </w:t>
      </w:r>
      <w:r>
        <w:rPr>
          <w:color w:val="C00000"/>
        </w:rPr>
        <w:t>[DESCRIPCIÓN COMPLETA DEL BIEN, INCLUYENDO MARCA, MODELO, AÑO, SERIE, COLOR, CARACTERÍSTICAS, CANTIDAD, ESTADO Y CUALQUIER OTRO DATO QUE PERMITA IDENTIFICARLO]</w:t>
      </w:r>
      <w:r>
        <w:t xml:space="preserve">. La titularidad se acredita mediante </w:t>
      </w:r>
      <w:r>
        <w:rPr>
          <w:color w:val="C00000"/>
        </w:rPr>
        <w:t>[FACTURA / DOCUMENTO DE ADQUISICIÓN / CERTIFI</w:t>
      </w:r>
      <w:r>
        <w:rPr>
          <w:color w:val="C00000"/>
        </w:rPr>
        <w:t>CADO ÚNICO VEHICULAR Y MATRÍCULA / OTRO DOCUMENTO]</w:t>
      </w:r>
      <w:r>
        <w:t xml:space="preserve">. </w:t>
      </w:r>
      <w:r>
        <w:rPr>
          <w:color w:val="C00000"/>
        </w:rPr>
        <w:t xml:space="preserve">[USAR SOLO CUANDO CORRESPONDA: Al no contar con factura u otro documento de adquisición del bien mueble que no es vehículo, el/los DONANTE/S </w:t>
      </w:r>
      <w:r w:rsidR="00543260">
        <w:rPr>
          <w:color w:val="C00000"/>
        </w:rPr>
        <w:t xml:space="preserve">deberán realizar por </w:t>
      </w:r>
      <w:proofErr w:type="spellStart"/>
      <w:r w:rsidR="00543260">
        <w:rPr>
          <w:color w:val="C00000"/>
        </w:rPr>
        <w:t>instrument</w:t>
      </w:r>
      <w:proofErr w:type="spellEnd"/>
      <w:r w:rsidR="00543260">
        <w:rPr>
          <w:color w:val="C00000"/>
        </w:rPr>
        <w:t xml:space="preserve"> separado una declaración </w:t>
      </w:r>
      <w:r>
        <w:rPr>
          <w:color w:val="C00000"/>
        </w:rPr>
        <w:t>bajo juramento que es/son propietario/s del bien, que</w:t>
      </w:r>
      <w:r>
        <w:rPr>
          <w:color w:val="C00000"/>
        </w:rPr>
        <w:t xml:space="preserve"> fue adquirido durante [ESTADO CIVIL AL MOMENTO DE LA ADQUISICIÓN]</w:t>
      </w:r>
      <w:r>
        <w:t xml:space="preserve"> y que lo posee/n desde hace </w:t>
      </w:r>
      <w:r>
        <w:rPr>
          <w:color w:val="C00000"/>
        </w:rPr>
        <w:t>[TIEMPO APROXIMADO]</w:t>
      </w:r>
      <w:r>
        <w:t>.]</w:t>
      </w:r>
    </w:p>
    <w:p w14:paraId="05724849" w14:textId="77777777" w:rsidR="006C7464" w:rsidRDefault="00540711">
      <w:pPr>
        <w:spacing w:after="100"/>
        <w:jc w:val="both"/>
      </w:pPr>
      <w:r>
        <w:rPr>
          <w:b/>
        </w:rPr>
        <w:t xml:space="preserve">TERCERA: </w:t>
      </w:r>
      <w:proofErr w:type="gramStart"/>
      <w:r>
        <w:rPr>
          <w:b/>
        </w:rPr>
        <w:t>DONACIÓN.-</w:t>
      </w:r>
      <w:proofErr w:type="gramEnd"/>
    </w:p>
    <w:p w14:paraId="0C4BC7BA" w14:textId="12D67551" w:rsidR="006C7464" w:rsidRDefault="00540711">
      <w:pPr>
        <w:spacing w:after="100"/>
        <w:jc w:val="both"/>
      </w:pPr>
      <w:r>
        <w:t xml:space="preserve">Con los antecedentes expuestos, y previamente autorizados mediante Acta Notarial </w:t>
      </w:r>
      <w:r>
        <w:rPr>
          <w:color w:val="C00000"/>
        </w:rPr>
        <w:t xml:space="preserve">[FECHA Y NOTARÍA DE CELEBRACIÓN DE LA </w:t>
      </w:r>
      <w:r>
        <w:rPr>
          <w:color w:val="C00000"/>
        </w:rPr>
        <w:t>INSINUACIÓN DE DONACIÓN]</w:t>
      </w:r>
      <w:r>
        <w:t xml:space="preserve">, </w:t>
      </w:r>
      <w:r w:rsidRPr="00543260">
        <w:rPr>
          <w:color w:val="FF0000"/>
        </w:rPr>
        <w:t xml:space="preserve">cuando corresponda, </w:t>
      </w:r>
      <w:r>
        <w:t>el/los DONANTE/S, en forma libre, voluntaria y expresa, declara/n que es/son su deseo donar el bien mueble descrito previamente en favor del/los DONATARIO/S, sin reservarse nada para sí</w:t>
      </w:r>
      <w:r w:rsidR="00543260">
        <w:t xml:space="preserve"> o con reserve de usufructo de ser el caso</w:t>
      </w:r>
      <w:r>
        <w:t xml:space="preserve">. </w:t>
      </w:r>
      <w:r>
        <w:rPr>
          <w:color w:val="C00000"/>
        </w:rPr>
        <w:t>[USAR SOLO CUANDO CORRE</w:t>
      </w:r>
      <w:r>
        <w:rPr>
          <w:color w:val="C00000"/>
        </w:rPr>
        <w:t>SPONDA: Si la donación no supera los USD 800, eliminar la referencia al Acta Notarial de Subsistencia de Patrimonio para Donar.]</w:t>
      </w:r>
    </w:p>
    <w:p w14:paraId="5239EEAE" w14:textId="77777777" w:rsidR="006C7464" w:rsidRDefault="00540711">
      <w:pPr>
        <w:spacing w:after="100"/>
        <w:jc w:val="both"/>
      </w:pPr>
      <w:r>
        <w:rPr>
          <w:b/>
        </w:rPr>
        <w:t xml:space="preserve">CUARTA: </w:t>
      </w:r>
      <w:proofErr w:type="gramStart"/>
      <w:r>
        <w:rPr>
          <w:b/>
        </w:rPr>
        <w:t>CUANTÍA.-</w:t>
      </w:r>
      <w:proofErr w:type="gramEnd"/>
    </w:p>
    <w:p w14:paraId="13866753" w14:textId="77777777" w:rsidR="006C7464" w:rsidRDefault="00540711">
      <w:pPr>
        <w:spacing w:after="100"/>
        <w:jc w:val="both"/>
      </w:pPr>
      <w:r>
        <w:t xml:space="preserve">Para los efectos legales pertinentes, la cuantía de esta donación se fija en la cantidad de </w:t>
      </w:r>
      <w:r>
        <w:rPr>
          <w:color w:val="C00000"/>
        </w:rPr>
        <w:t>[VALOR EN LETRAS]</w:t>
      </w:r>
      <w:r>
        <w:t xml:space="preserve"> DÓLARES DE LOS ESTADOS UNIDOS DE AMÉRICA (</w:t>
      </w:r>
      <w:r>
        <w:rPr>
          <w:color w:val="C00000"/>
        </w:rPr>
        <w:t>[VALOR EN NÚMEROS]</w:t>
      </w:r>
      <w:r>
        <w:t xml:space="preserve"> USD), correspondiente al valor del bien objeto de la presente donación.</w:t>
      </w:r>
    </w:p>
    <w:p w14:paraId="26369406" w14:textId="77777777" w:rsidR="006C7464" w:rsidRDefault="00540711">
      <w:pPr>
        <w:spacing w:after="100"/>
        <w:jc w:val="both"/>
      </w:pPr>
      <w:r>
        <w:rPr>
          <w:b/>
        </w:rPr>
        <w:t xml:space="preserve">QUINTA: SANEAMIENTO Y </w:t>
      </w:r>
      <w:proofErr w:type="gramStart"/>
      <w:r>
        <w:rPr>
          <w:b/>
        </w:rPr>
        <w:t>DECLARACIONES.-</w:t>
      </w:r>
      <w:proofErr w:type="gramEnd"/>
    </w:p>
    <w:p w14:paraId="16D97EDA" w14:textId="252B2042" w:rsidR="006C7464" w:rsidRDefault="00540711">
      <w:pPr>
        <w:spacing w:after="100"/>
        <w:jc w:val="both"/>
      </w:pPr>
      <w:r>
        <w:lastRenderedPageBreak/>
        <w:t>El/los DONANTE/S declara/n que el bien que hoy dona/n es de su propiedad y que tiene</w:t>
      </w:r>
      <w:r>
        <w:t xml:space="preserve">/n facultad para disponer de él a título gratuito. </w:t>
      </w:r>
      <w:r>
        <w:rPr>
          <w:color w:val="C00000"/>
        </w:rPr>
        <w:t>[USAR SOLO CUANDO CORRESPONDA A VEHÍCULOS: El/los DONANTE/S declara/n que el vehículo se encuentra [LIBRE DE GRAVÁMENES, PROHIBICIONES O LIMITACIONES / DETALLAR EL GRAVAMEN, PROHIBICIÓN O LIMITACIÓN QUE CO</w:t>
      </w:r>
      <w:r>
        <w:rPr>
          <w:color w:val="C00000"/>
        </w:rPr>
        <w:t>RRESPOND</w:t>
      </w:r>
      <w:r w:rsidRPr="00543260">
        <w:rPr>
          <w:color w:val="FF0000"/>
        </w:rPr>
        <w:t>A]</w:t>
      </w:r>
      <w:r w:rsidRPr="00543260">
        <w:rPr>
          <w:color w:val="FF0000"/>
        </w:rPr>
        <w:t>, conforme consta del Certificado Único Vehicular que se incorpora como documento habilitante.]</w:t>
      </w:r>
      <w:r>
        <w:t xml:space="preserve"> En todo caso, el/los DONANTE/S se somete/n al saneamiento que </w:t>
      </w:r>
      <w:r w:rsidR="00543260">
        <w:t xml:space="preserve">por </w:t>
      </w:r>
      <w:proofErr w:type="spellStart"/>
      <w:r w:rsidR="00543260">
        <w:t>eviccion</w:t>
      </w:r>
      <w:proofErr w:type="spellEnd"/>
      <w:r>
        <w:t>.</w:t>
      </w:r>
    </w:p>
    <w:p w14:paraId="30E42E6A" w14:textId="77777777" w:rsidR="006C7464" w:rsidRDefault="00540711">
      <w:pPr>
        <w:spacing w:after="100"/>
        <w:jc w:val="both"/>
      </w:pPr>
      <w:r>
        <w:rPr>
          <w:b/>
        </w:rPr>
        <w:t xml:space="preserve">SEXTA: ACEPTACIÓN Y </w:t>
      </w:r>
      <w:proofErr w:type="gramStart"/>
      <w:r>
        <w:rPr>
          <w:b/>
        </w:rPr>
        <w:t>NOTIFICACIÓN.-</w:t>
      </w:r>
      <w:proofErr w:type="gramEnd"/>
    </w:p>
    <w:p w14:paraId="3CD55B58" w14:textId="77777777" w:rsidR="006C7464" w:rsidRDefault="00540711">
      <w:pPr>
        <w:spacing w:after="100"/>
        <w:jc w:val="both"/>
      </w:pPr>
      <w:r>
        <w:t xml:space="preserve">El/los DONATARIO/S, señor/es </w:t>
      </w:r>
      <w:r>
        <w:rPr>
          <w:color w:val="C00000"/>
        </w:rPr>
        <w:t>[NOMBRE/S]</w:t>
      </w:r>
      <w:r>
        <w:t>,</w:t>
      </w:r>
      <w:r>
        <w:t xml:space="preserve"> manifiesta/n que acepta/n la donación que efectúa/n el/los DONANTE/S en su favor y le/s agradece/n su buena voluntad, particular del que se da por notificado/a </w:t>
      </w:r>
      <w:proofErr w:type="spellStart"/>
      <w:r>
        <w:t>el</w:t>
      </w:r>
      <w:proofErr w:type="spellEnd"/>
      <w:r>
        <w:t xml:space="preserve">/los DONANTE/S, señor/es </w:t>
      </w:r>
      <w:r>
        <w:rPr>
          <w:color w:val="C00000"/>
        </w:rPr>
        <w:t>[NOMBRE/S]</w:t>
      </w:r>
      <w:r>
        <w:t>, para los fines legales pertinentes.</w:t>
      </w:r>
    </w:p>
    <w:p w14:paraId="601E19B5" w14:textId="77777777" w:rsidR="006C7464" w:rsidRDefault="00540711">
      <w:pPr>
        <w:spacing w:after="100"/>
        <w:jc w:val="both"/>
      </w:pPr>
      <w:r>
        <w:rPr>
          <w:b/>
        </w:rPr>
        <w:t xml:space="preserve">SÉPTIMA: GASTOS E </w:t>
      </w:r>
      <w:proofErr w:type="gramStart"/>
      <w:r>
        <w:rPr>
          <w:b/>
        </w:rPr>
        <w:t>IM</w:t>
      </w:r>
      <w:r>
        <w:rPr>
          <w:b/>
        </w:rPr>
        <w:t>PUESTOS.-</w:t>
      </w:r>
      <w:proofErr w:type="gramEnd"/>
    </w:p>
    <w:p w14:paraId="7DCD0D51" w14:textId="77777777" w:rsidR="006C7464" w:rsidRDefault="00540711">
      <w:pPr>
        <w:spacing w:after="100"/>
        <w:jc w:val="both"/>
      </w:pPr>
      <w:r>
        <w:t xml:space="preserve">Todos los gastos e impuestos que demande la celebración de la presente escritura y, cuando corresponda, la transferencia del bien donado, serán </w:t>
      </w:r>
      <w:proofErr w:type="spellStart"/>
      <w:r>
        <w:t>de</w:t>
      </w:r>
      <w:proofErr w:type="spellEnd"/>
      <w:r>
        <w:t xml:space="preserve"> cuenta de </w:t>
      </w:r>
      <w:r>
        <w:rPr>
          <w:color w:val="C00000"/>
        </w:rPr>
        <w:t>[DONANTE / DONATARIO / DISTRIBUCIÓN ACORDADA]</w:t>
      </w:r>
      <w:r>
        <w:t xml:space="preserve">. </w:t>
      </w:r>
      <w:r>
        <w:rPr>
          <w:color w:val="C00000"/>
        </w:rPr>
        <w:t xml:space="preserve">[USAR SOLO CUANDO CORRESPONDA A </w:t>
      </w:r>
      <w:r>
        <w:rPr>
          <w:color w:val="C00000"/>
        </w:rPr>
        <w:t>VEHÍCULOS: Los trámites posteriores a la celebración de la escritura, incluyendo el registro ante el Servicio de Rentas Internas para la generación y pago del impuesto correspondiente por la transferencia de dominio y la posterior matriculación del vehícul</w:t>
      </w:r>
      <w:r>
        <w:rPr>
          <w:color w:val="C00000"/>
        </w:rPr>
        <w:t>o, serán realizados por [DONANTE / DONATARIO]</w:t>
      </w:r>
      <w:r>
        <w:t>, quien queda autorizado para efectuar las gestiones necesarias.]</w:t>
      </w:r>
    </w:p>
    <w:p w14:paraId="3E84D117" w14:textId="77777777" w:rsidR="006C7464" w:rsidRDefault="00540711">
      <w:pPr>
        <w:spacing w:after="100"/>
        <w:jc w:val="both"/>
      </w:pPr>
      <w:r>
        <w:rPr>
          <w:b/>
        </w:rPr>
        <w:t xml:space="preserve">OCTAVA: AUTORIZACIÓN PARA TRÁMITES Y </w:t>
      </w:r>
      <w:proofErr w:type="gramStart"/>
      <w:r>
        <w:rPr>
          <w:b/>
        </w:rPr>
        <w:t>REGISTRO.-</w:t>
      </w:r>
      <w:proofErr w:type="gramEnd"/>
    </w:p>
    <w:p w14:paraId="08563228" w14:textId="77777777" w:rsidR="006C7464" w:rsidRDefault="00540711">
      <w:pPr>
        <w:spacing w:after="100"/>
        <w:jc w:val="both"/>
      </w:pPr>
      <w:r>
        <w:t xml:space="preserve">El/los DONANTE/S expresamente autoriza/n al/a los DONATARIO/S, señor/es </w:t>
      </w:r>
      <w:r>
        <w:rPr>
          <w:color w:val="C00000"/>
        </w:rPr>
        <w:t>[NOMBRE/S]</w:t>
      </w:r>
      <w:r>
        <w:t xml:space="preserve">, para </w:t>
      </w:r>
      <w:proofErr w:type="gramStart"/>
      <w:r>
        <w:t>que</w:t>
      </w:r>
      <w:proofErr w:type="gramEnd"/>
      <w:r>
        <w:t xml:space="preserve"> en f</w:t>
      </w:r>
      <w:r>
        <w:t xml:space="preserve">orma personal, por interpuesta persona o por medio de su abogado patrocinador, realice/n los trámites necesarios para perfeccionar la transferencia del bien donado ante las entidades que correspondan. </w:t>
      </w:r>
      <w:r>
        <w:rPr>
          <w:color w:val="C00000"/>
        </w:rPr>
        <w:t>[USAR SOLO CUANDO CORRESPONDA A VEHÍCULOS: La autorizac</w:t>
      </w:r>
      <w:r>
        <w:rPr>
          <w:color w:val="C00000"/>
        </w:rPr>
        <w:t>ión comprende especialmente los trámites ante el Servicio de Rentas Internas y la entidad encargada de la matriculación del vehículo, así como los demás trámites necesarios para perfeccionar el traspaso de dominio.]</w:t>
      </w:r>
    </w:p>
    <w:p w14:paraId="6DCED0FD" w14:textId="77777777" w:rsidR="006C7464" w:rsidRDefault="00540711">
      <w:pPr>
        <w:spacing w:after="100"/>
        <w:jc w:val="both"/>
      </w:pPr>
      <w:r>
        <w:rPr>
          <w:b/>
        </w:rPr>
        <w:t xml:space="preserve">NOVENA: ACEPTACIÓN Y </w:t>
      </w:r>
      <w:proofErr w:type="gramStart"/>
      <w:r>
        <w:rPr>
          <w:b/>
        </w:rPr>
        <w:t>RATIFICACIÓN.-</w:t>
      </w:r>
      <w:proofErr w:type="gramEnd"/>
    </w:p>
    <w:p w14:paraId="32347D69" w14:textId="77777777" w:rsidR="006C7464" w:rsidRDefault="00540711">
      <w:pPr>
        <w:spacing w:after="100"/>
        <w:jc w:val="both"/>
      </w:pPr>
      <w:r>
        <w:t xml:space="preserve">Las </w:t>
      </w:r>
      <w:r>
        <w:t>partes aceptan la presente escritura pública de donación, manifiestan su conformidad con el contenido de las cláusulas que anteceden y se ratifican en todas ellas, por convenir a sus respectivos intereses.</w:t>
      </w:r>
    </w:p>
    <w:p w14:paraId="22BBF698" w14:textId="77777777" w:rsidR="006C7464" w:rsidRDefault="00540711">
      <w:pPr>
        <w:spacing w:after="100"/>
        <w:jc w:val="both"/>
      </w:pPr>
      <w:r>
        <w:t>Usted, señora Notaria, se servirá agregar las demá</w:t>
      </w:r>
      <w:r>
        <w:t>s cláusulas de estilo necesarias para la plena validez de este instrumento público.</w:t>
      </w:r>
    </w:p>
    <w:sectPr w:rsidR="006C7464" w:rsidSect="00034616">
      <w:headerReference w:type="default" r:id="rId8"/>
      <w:footerReference w:type="default" r:id="rId9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E1FD" w14:textId="77777777" w:rsidR="00540711" w:rsidRDefault="00540711">
      <w:pPr>
        <w:spacing w:after="0" w:line="240" w:lineRule="auto"/>
      </w:pPr>
      <w:r>
        <w:separator/>
      </w:r>
    </w:p>
  </w:endnote>
  <w:endnote w:type="continuationSeparator" w:id="0">
    <w:p w14:paraId="2552C26B" w14:textId="77777777" w:rsidR="00540711" w:rsidRDefault="0054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A249" w14:textId="77777777" w:rsidR="00442259" w:rsidRDefault="00674BCF">
    <w:pPr>
      <w:pStyle w:val="Piedepgina"/>
      <w:jc w:val="center"/>
    </w:pPr>
    <w:r>
      <w:rPr>
        <w:sz w:val="16"/>
      </w:rPr>
      <w:t xml:space="preserve">INICIA </w:t>
    </w:r>
    <w:proofErr w:type="gramStart"/>
    <w:r>
      <w:rPr>
        <w:sz w:val="16"/>
      </w:rPr>
      <w:t>DERECHO  •</w:t>
    </w:r>
    <w:proofErr w:type="gramEnd"/>
    <w:r>
      <w:rPr>
        <w:sz w:val="16"/>
      </w:rPr>
      <w:t xml:space="preserve">  Modelo gratuito de donación de inmueble  •  </w:t>
    </w:r>
    <w:r>
      <w:fldChar w:fldCharType="begin"/>
    </w:r>
    <w:r>
      <w:instrText>PAGE</w:instrText>
    </w:r>
    <w:r>
      <w:fldChar w:fldCharType="separate"/>
    </w:r>
    <w:r w:rsidR="001003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4105" w14:textId="77777777" w:rsidR="00540711" w:rsidRDefault="00540711">
      <w:pPr>
        <w:spacing w:after="0" w:line="240" w:lineRule="auto"/>
      </w:pPr>
      <w:r>
        <w:separator/>
      </w:r>
    </w:p>
  </w:footnote>
  <w:footnote w:type="continuationSeparator" w:id="0">
    <w:p w14:paraId="4CF2A509" w14:textId="77777777" w:rsidR="00540711" w:rsidRDefault="0054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D7D8" w14:textId="77777777" w:rsidR="00442259" w:rsidRDefault="00442259">
    <w:pPr>
      <w:pStyle w:val="Encabezado"/>
    </w:pPr>
  </w:p>
  <w:tbl>
    <w:tblPr>
      <w:tblW w:w="0" w:type="auto"/>
      <w:jc w:val="center"/>
      <w:tblBorders>
        <w:bottom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4677"/>
      <w:gridCol w:w="4677"/>
    </w:tblGrid>
    <w:tr w:rsidR="00442259" w14:paraId="27FAC306" w14:textId="77777777">
      <w:trPr>
        <w:jc w:val="center"/>
      </w:trPr>
      <w:tc>
        <w:tcPr>
          <w:tcW w:w="4677" w:type="dxa"/>
        </w:tcPr>
        <w:p w14:paraId="3A57666A" w14:textId="77777777" w:rsidR="00442259" w:rsidRDefault="00674BCF">
          <w:r>
            <w:rPr>
              <w:noProof/>
            </w:rPr>
            <w:drawing>
              <wp:inline distT="0" distB="0" distL="0" distR="0" wp14:anchorId="28EF8326" wp14:editId="07872173">
                <wp:extent cx="1440000" cy="3945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-marca-de-agua-e1735359403888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</w:tcPr>
        <w:p w14:paraId="4600CE65" w14:textId="77777777" w:rsidR="00442259" w:rsidRDefault="00674BCF">
          <w:pPr>
            <w:jc w:val="right"/>
          </w:pPr>
          <w:r>
            <w:rPr>
              <w:b/>
              <w:sz w:val="18"/>
            </w:rPr>
            <w:t>www.iniciaderecho.com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03E3"/>
    <w:rsid w:val="0015074B"/>
    <w:rsid w:val="0029639D"/>
    <w:rsid w:val="00326F90"/>
    <w:rsid w:val="00442259"/>
    <w:rsid w:val="00540711"/>
    <w:rsid w:val="00543260"/>
    <w:rsid w:val="00674BCF"/>
    <w:rsid w:val="006C7464"/>
    <w:rsid w:val="00AA1D8D"/>
    <w:rsid w:val="00B47730"/>
    <w:rsid w:val="00CB0664"/>
    <w:rsid w:val="00DD1F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6F32D"/>
  <w14:defaultImageDpi w14:val="300"/>
  <w15:docId w15:val="{47543B99-1520-45A2-821C-03BB9B49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Inicia Derecho</dc:creator>
  <cp:keywords/>
  <dc:description/>
  <cp:lastModifiedBy>Luis Miranda</cp:lastModifiedBy>
  <cp:revision>4</cp:revision>
  <dcterms:created xsi:type="dcterms:W3CDTF">2013-12-23T23:15:00Z</dcterms:created>
  <dcterms:modified xsi:type="dcterms:W3CDTF">2026-08-18T03:00:00Z</dcterms:modified>
  <cp:category/>
</cp:coreProperties>
</file>