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44ADD" w14:textId="77777777" w:rsidR="00144305" w:rsidRDefault="00437391">
      <w:pPr>
        <w:spacing w:after="40"/>
        <w:jc w:val="center"/>
      </w:pPr>
      <w:r>
        <w:rPr>
          <w:b/>
        </w:rPr>
        <w:t>MODELO GRATUITO</w:t>
      </w:r>
    </w:p>
    <w:p w14:paraId="5828BAF4" w14:textId="77777777" w:rsidR="00144305" w:rsidRDefault="00437391">
      <w:pPr>
        <w:spacing w:after="40"/>
        <w:jc w:val="center"/>
      </w:pPr>
      <w:r>
        <w:rPr>
          <w:b/>
          <w:sz w:val="36"/>
        </w:rPr>
        <w:t>EXTINCIÓN DE PATRIMONIO FAMILIAR</w:t>
      </w:r>
    </w:p>
    <w:p w14:paraId="2D990519" w14:textId="77777777" w:rsidR="00144305" w:rsidRDefault="00437391">
      <w:pPr>
        <w:spacing w:after="240"/>
        <w:jc w:val="center"/>
      </w:pPr>
      <w:r>
        <w:t>PETICIÓN</w:t>
      </w:r>
    </w:p>
    <w:p w14:paraId="62655D7B" w14:textId="77777777" w:rsidR="00144305" w:rsidRDefault="00437391">
      <w:pPr>
        <w:spacing w:after="100"/>
        <w:jc w:val="both"/>
      </w:pPr>
      <w:r>
        <w:t>SEÑORA NOTARIA:</w:t>
      </w:r>
    </w:p>
    <w:p w14:paraId="65C029DF" w14:textId="77777777" w:rsidR="00144305" w:rsidRDefault="00437391">
      <w:pPr>
        <w:spacing w:after="100"/>
        <w:jc w:val="both"/>
      </w:pPr>
      <w:r>
        <w:t xml:space="preserve">Nosotros: </w:t>
      </w:r>
      <w:r>
        <w:rPr>
          <w:color w:val="C00000"/>
        </w:rPr>
        <w:t>[NOMBRE COMPLETO DEL/DE LOS INSTITUYENTES]</w:t>
      </w:r>
      <w:r>
        <w:t xml:space="preserve">, por nuestros propios y personales derechos, domiciliados en la ciudad de </w:t>
      </w:r>
      <w:r>
        <w:rPr>
          <w:color w:val="C00000"/>
        </w:rPr>
        <w:t>[CANTÓN]</w:t>
      </w:r>
      <w:r>
        <w:t xml:space="preserve">, en la calle </w:t>
      </w:r>
      <w:r>
        <w:rPr>
          <w:color w:val="C00000"/>
        </w:rPr>
        <w:t>[DIRECCIÓN COMPLETA]</w:t>
      </w:r>
      <w:r>
        <w:t xml:space="preserve">, con teléfono </w:t>
      </w:r>
      <w:r>
        <w:rPr>
          <w:color w:val="C00000"/>
        </w:rPr>
        <w:t>[__________]</w:t>
      </w:r>
      <w:r>
        <w:t xml:space="preserve"> y correo electrónico </w:t>
      </w:r>
      <w:r>
        <w:rPr>
          <w:color w:val="C00000"/>
        </w:rPr>
        <w:t>[__________]</w:t>
      </w:r>
      <w:r>
        <w:t>, legalmente capaces para contratar y contraer obligaciones, ante usted compar</w:t>
      </w:r>
      <w:r>
        <w:t>ecemos con la siguiente petición:</w:t>
      </w:r>
    </w:p>
    <w:p w14:paraId="18134953" w14:textId="77777777" w:rsidR="00144305" w:rsidRDefault="00437391">
      <w:pPr>
        <w:spacing w:after="100"/>
        <w:jc w:val="both"/>
      </w:pPr>
      <w:r>
        <w:rPr>
          <w:b/>
        </w:rPr>
        <w:t>UNO.-</w:t>
      </w:r>
    </w:p>
    <w:p w14:paraId="36F0AB8D" w14:textId="77777777" w:rsidR="00144305" w:rsidRDefault="00437391">
      <w:pPr>
        <w:spacing w:after="100"/>
        <w:jc w:val="both"/>
      </w:pPr>
      <w:r>
        <w:t xml:space="preserve">De la documentación que acompañamos vendrá a su conocimiento que somos propietarios del </w:t>
      </w:r>
      <w:r>
        <w:rPr>
          <w:color w:val="C00000"/>
        </w:rPr>
        <w:t>[DESCRIPCIÓN COMPLETA DEL INMUEBLE, INCLUYENDO LINDEROS Y SUPERFICIE, TOMADA DEL CERTIFICADO DE GRAVÁMENES O DEL TÍTULO DE ADQUI</w:t>
      </w:r>
      <w:r>
        <w:rPr>
          <w:color w:val="C00000"/>
        </w:rPr>
        <w:t>SICIÓN]</w:t>
      </w:r>
      <w:r>
        <w:t xml:space="preserve">, adquirido mediante </w:t>
      </w:r>
      <w:r>
        <w:rPr>
          <w:color w:val="C00000"/>
        </w:rPr>
        <w:t>[FORMA EN QUE SE ADQUIRIÓ EL INMUEBLE, INCLUYENDO LA INSTITUCIÓN O ENTIDAD QUE LO TRANSFIRIÓ, FECHA DE CELEBRACIÓN Y FECHA DE INSCRIPCIÓN EN EL REGISTRO DE LA PROPIEDAD]</w:t>
      </w:r>
      <w:r>
        <w:t xml:space="preserve">. En virtud de que dicho inmueble fue adquirido mediante </w:t>
      </w:r>
      <w:r>
        <w:rPr>
          <w:color w:val="C00000"/>
        </w:rPr>
        <w:t>[I</w:t>
      </w:r>
      <w:r>
        <w:rPr>
          <w:color w:val="C00000"/>
        </w:rPr>
        <w:t>NSTITUCIÓN O ENTIDAD MEDIANTE LA CUAL SE CONSTITUYÓ EL PATRIMONIO FAMILIAR]</w:t>
      </w:r>
      <w:r>
        <w:t>, se estableció PATRIMONIO FAMILIAR sobre el inmueble.</w:t>
      </w:r>
    </w:p>
    <w:p w14:paraId="49F2151E" w14:textId="77777777" w:rsidR="00144305" w:rsidRDefault="00437391">
      <w:pPr>
        <w:spacing w:after="100"/>
        <w:jc w:val="both"/>
      </w:pPr>
      <w:r>
        <w:rPr>
          <w:b/>
        </w:rPr>
        <w:t>DOS.-</w:t>
      </w:r>
    </w:p>
    <w:p w14:paraId="6720F205" w14:textId="33DAE1B6" w:rsidR="00144305" w:rsidRDefault="00437391">
      <w:pPr>
        <w:spacing w:after="100"/>
        <w:jc w:val="both"/>
      </w:pPr>
      <w:proofErr w:type="spellStart"/>
      <w:r>
        <w:t>Siendo</w:t>
      </w:r>
      <w:proofErr w:type="spellEnd"/>
      <w:r>
        <w:t xml:space="preserve"> </w:t>
      </w:r>
      <w:proofErr w:type="spellStart"/>
      <w:r>
        <w:t>nuestro</w:t>
      </w:r>
      <w:proofErr w:type="spellEnd"/>
      <w:r>
        <w:t xml:space="preserve"> </w:t>
      </w:r>
      <w:proofErr w:type="spellStart"/>
      <w:r>
        <w:t>propósito</w:t>
      </w:r>
      <w:proofErr w:type="spellEnd"/>
      <w:r>
        <w:t xml:space="preserve">, </w:t>
      </w:r>
      <w:proofErr w:type="spellStart"/>
      <w:r w:rsidR="00135AEF" w:rsidRPr="00135AEF">
        <w:t>adquirir</w:t>
      </w:r>
      <w:proofErr w:type="spellEnd"/>
      <w:r w:rsidR="00135AEF" w:rsidRPr="00135AEF">
        <w:t xml:space="preserve"> un bien </w:t>
      </w:r>
      <w:proofErr w:type="spellStart"/>
      <w:r w:rsidR="00135AEF" w:rsidRPr="00135AEF">
        <w:t>inmueble</w:t>
      </w:r>
      <w:proofErr w:type="spellEnd"/>
      <w:r w:rsidR="00135AEF" w:rsidRPr="00135AEF">
        <w:t xml:space="preserve"> de mayor valor y de </w:t>
      </w:r>
      <w:proofErr w:type="spellStart"/>
      <w:r w:rsidR="00135AEF" w:rsidRPr="00135AEF">
        <w:t>mejores</w:t>
      </w:r>
      <w:proofErr w:type="spellEnd"/>
      <w:r w:rsidR="00135AEF" w:rsidRPr="00135AEF">
        <w:t xml:space="preserve"> </w:t>
      </w:r>
      <w:proofErr w:type="spellStart"/>
      <w:r w:rsidR="00135AEF" w:rsidRPr="00135AEF">
        <w:t>condiciones</w:t>
      </w:r>
      <w:proofErr w:type="spellEnd"/>
      <w:r>
        <w:t xml:space="preserve">, </w:t>
      </w:r>
      <w:proofErr w:type="spellStart"/>
      <w:r>
        <w:t>solicitamos</w:t>
      </w:r>
      <w:proofErr w:type="spellEnd"/>
      <w:r>
        <w:t xml:space="preserve"> a </w:t>
      </w:r>
      <w:proofErr w:type="spellStart"/>
      <w:r>
        <w:t>usted</w:t>
      </w:r>
      <w:proofErr w:type="spellEnd"/>
      <w:r>
        <w:t xml:space="preserve">, señora Notaria, se sirva declarar extinguido el Patrimonio Familiar que pesa sobre el </w:t>
      </w:r>
      <w:r>
        <w:rPr>
          <w:color w:val="C00000"/>
        </w:rPr>
        <w:t>[DESCRIPCIÓN DEL INMUEBLE]</w:t>
      </w:r>
      <w:r>
        <w:t>.</w:t>
      </w:r>
    </w:p>
    <w:p w14:paraId="75F186A6" w14:textId="77777777" w:rsidR="00144305" w:rsidRDefault="00437391">
      <w:pPr>
        <w:spacing w:after="100"/>
        <w:jc w:val="both"/>
      </w:pPr>
      <w:r>
        <w:t>Con el fin de proceder a la extinción del Patrimonio Familiar, solicitamos a usted se sirva receptar tanto nue</w:t>
      </w:r>
      <w:r>
        <w:t xml:space="preserve">stra declaración juramentada como la de los señores </w:t>
      </w:r>
      <w:r>
        <w:rPr>
          <w:color w:val="C00000"/>
        </w:rPr>
        <w:t>[NOMBRE COMPLETO DEL TESTIGO 1]</w:t>
      </w:r>
      <w:r>
        <w:t xml:space="preserve"> y </w:t>
      </w:r>
      <w:r>
        <w:rPr>
          <w:color w:val="C00000"/>
        </w:rPr>
        <w:t>[NOMBRE COMPLETO DEL TESTIGO 2]</w:t>
      </w:r>
      <w:r>
        <w:t xml:space="preserve">, de nacionalidad </w:t>
      </w:r>
      <w:r>
        <w:rPr>
          <w:color w:val="C00000"/>
        </w:rPr>
        <w:t>[__________]</w:t>
      </w:r>
      <w:r>
        <w:t xml:space="preserve">, mayores de edad, de estado civil </w:t>
      </w:r>
      <w:r>
        <w:rPr>
          <w:color w:val="C00000"/>
        </w:rPr>
        <w:t>[__________]</w:t>
      </w:r>
      <w:r>
        <w:t xml:space="preserve">, domiciliados en </w:t>
      </w:r>
      <w:r>
        <w:rPr>
          <w:color w:val="C00000"/>
        </w:rPr>
        <w:t>[DIRECCIÓN COMPLETA]</w:t>
      </w:r>
      <w:r>
        <w:t>, legalmente capaces par</w:t>
      </w:r>
      <w:r>
        <w:t>a contratar y contraer obligaciones, quienes darán fe de nuestras aseveraciones.</w:t>
      </w:r>
    </w:p>
    <w:p w14:paraId="4DC79088" w14:textId="77777777" w:rsidR="00144305" w:rsidRDefault="00437391">
      <w:pPr>
        <w:spacing w:after="100"/>
        <w:jc w:val="both"/>
      </w:pPr>
      <w:r>
        <w:rPr>
          <w:b/>
        </w:rPr>
        <w:t>TRES.-</w:t>
      </w:r>
    </w:p>
    <w:p w14:paraId="7C007F8E" w14:textId="77777777" w:rsidR="00144305" w:rsidRDefault="00437391">
      <w:pPr>
        <w:spacing w:after="100"/>
        <w:jc w:val="both"/>
      </w:pPr>
      <w:r>
        <w:t>Con estos antecedentes, solicitamos a usted, señora Notaria, que una vez suscrita la correspondiente ACTA, se sirva protocolizarla con la documentación adjunta y dispon</w:t>
      </w:r>
      <w:r>
        <w:t>ga su inscripción en el Registro de la Propiedad del cantón correspondiente.</w:t>
      </w:r>
    </w:p>
    <w:p w14:paraId="3A2A55BC" w14:textId="77777777" w:rsidR="00144305" w:rsidRDefault="00437391">
      <w:pPr>
        <w:spacing w:after="100"/>
        <w:jc w:val="both"/>
      </w:pPr>
      <w:r>
        <w:t>La cuantía, por su naturaleza, es indeterminada.</w:t>
      </w:r>
    </w:p>
    <w:p w14:paraId="0527DD8D" w14:textId="77777777" w:rsidR="00144305" w:rsidRDefault="00437391">
      <w:pPr>
        <w:spacing w:after="100"/>
        <w:jc w:val="both"/>
      </w:pPr>
      <w:r>
        <w:t>Firmamos conjuntamente con nuestro Abogado Patrocinador.</w:t>
      </w:r>
    </w:p>
    <w:p w14:paraId="656B0BF0" w14:textId="77777777" w:rsidR="00144305" w:rsidRDefault="00437391">
      <w:pPr>
        <w:spacing w:before="200" w:after="40"/>
        <w:jc w:val="center"/>
      </w:pPr>
      <w:r>
        <w:rPr>
          <w:b/>
          <w:color w:val="C00000"/>
        </w:rPr>
        <w:t>[NOMBRE COMPLETO DEL/DE LOS INSTITUYENTES]</w:t>
      </w:r>
    </w:p>
    <w:p w14:paraId="56B5EC59" w14:textId="77777777" w:rsidR="00144305" w:rsidRDefault="00437391">
      <w:pPr>
        <w:spacing w:after="160"/>
        <w:jc w:val="center"/>
      </w:pPr>
      <w:r>
        <w:rPr>
          <w:b/>
          <w:color w:val="C00000"/>
        </w:rPr>
        <w:t>[NOMBRE COMPLETO DEL/DE LOS IN</w:t>
      </w:r>
      <w:r>
        <w:rPr>
          <w:b/>
          <w:color w:val="C00000"/>
        </w:rPr>
        <w:t>STITUYENTES]</w:t>
      </w:r>
    </w:p>
    <w:p w14:paraId="1C38FD55" w14:textId="77777777" w:rsidR="00144305" w:rsidRDefault="00437391">
      <w:pPr>
        <w:spacing w:after="100"/>
        <w:jc w:val="center"/>
      </w:pPr>
      <w:r>
        <w:rPr>
          <w:b/>
          <w:color w:val="C00000"/>
        </w:rPr>
        <w:t>[NOMBRE DEL ABOGADO PATROCINADOR]</w:t>
      </w:r>
    </w:p>
    <w:p w14:paraId="515B680A" w14:textId="77777777" w:rsidR="00144305" w:rsidRDefault="00437391">
      <w:pPr>
        <w:spacing w:after="100"/>
        <w:jc w:val="center"/>
      </w:pPr>
      <w:r>
        <w:t xml:space="preserve">Abogado – Matrícula profesional </w:t>
      </w:r>
      <w:r>
        <w:rPr>
          <w:color w:val="C00000"/>
        </w:rPr>
        <w:t>[__________]</w:t>
      </w:r>
    </w:p>
    <w:sectPr w:rsidR="00144305" w:rsidSect="00034616">
      <w:headerReference w:type="default" r:id="rId8"/>
      <w:pgSz w:w="12240" w:h="15840"/>
      <w:pgMar w:top="1247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F87C5" w14:textId="77777777" w:rsidR="00437391" w:rsidRDefault="00437391">
      <w:pPr>
        <w:spacing w:after="0" w:line="240" w:lineRule="auto"/>
      </w:pPr>
      <w:r>
        <w:separator/>
      </w:r>
    </w:p>
  </w:endnote>
  <w:endnote w:type="continuationSeparator" w:id="0">
    <w:p w14:paraId="04FB7A87" w14:textId="77777777" w:rsidR="00437391" w:rsidRDefault="00437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57659" w14:textId="77777777" w:rsidR="00437391" w:rsidRDefault="00437391">
      <w:pPr>
        <w:spacing w:after="0" w:line="240" w:lineRule="auto"/>
      </w:pPr>
      <w:r>
        <w:separator/>
      </w:r>
    </w:p>
  </w:footnote>
  <w:footnote w:type="continuationSeparator" w:id="0">
    <w:p w14:paraId="5B5F67DC" w14:textId="77777777" w:rsidR="00437391" w:rsidRDefault="004373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8A24B" w14:textId="77777777" w:rsidR="00144305" w:rsidRDefault="00144305">
    <w:pPr>
      <w:pStyle w:val="Encabezado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4677"/>
      <w:gridCol w:w="4677"/>
    </w:tblGrid>
    <w:tr w:rsidR="00144305" w14:paraId="35A5393A" w14:textId="77777777">
      <w:trPr>
        <w:jc w:val="center"/>
      </w:trPr>
      <w:tc>
        <w:tcPr>
          <w:tcW w:w="4677" w:type="dxa"/>
        </w:tcPr>
        <w:p w14:paraId="12B6EFAA" w14:textId="77777777" w:rsidR="00144305" w:rsidRDefault="00437391">
          <w:r>
            <w:rPr>
              <w:noProof/>
            </w:rPr>
            <w:drawing>
              <wp:inline distT="0" distB="0" distL="0" distR="0" wp14:anchorId="1D225727" wp14:editId="49763076">
                <wp:extent cx="1440000" cy="39456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on-marca-de-agua-e1735359403888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3945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7" w:type="dxa"/>
        </w:tcPr>
        <w:p w14:paraId="0F150D20" w14:textId="77777777" w:rsidR="00144305" w:rsidRDefault="00437391">
          <w:pPr>
            <w:jc w:val="right"/>
          </w:pPr>
          <w:r>
            <w:rPr>
              <w:b/>
              <w:sz w:val="18"/>
            </w:rPr>
            <w:t>www.iniciaderecho.com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5AEF"/>
    <w:rsid w:val="00144305"/>
    <w:rsid w:val="0015074B"/>
    <w:rsid w:val="0029639D"/>
    <w:rsid w:val="00326F90"/>
    <w:rsid w:val="0043739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43E51A"/>
  <w14:defaultImageDpi w14:val="300"/>
  <w15:docId w15:val="{B1D1A2C1-8418-4C3E-8686-CC5FA0119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mbria" w:eastAsia="Cambria" w:hAnsi="Cambria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342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Inicia Derecho</dc:creator>
  <cp:keywords/>
  <dc:description/>
  <cp:lastModifiedBy>Luis Miranda</cp:lastModifiedBy>
  <cp:revision>2</cp:revision>
  <dcterms:created xsi:type="dcterms:W3CDTF">2026-08-21T01:13:00Z</dcterms:created>
  <dcterms:modified xsi:type="dcterms:W3CDTF">2026-08-21T01:13:00Z</dcterms:modified>
  <cp:category/>
</cp:coreProperties>
</file>