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E96E1" w14:textId="77777777" w:rsidR="0032663D" w:rsidRDefault="00B4223D">
      <w:pPr>
        <w:spacing w:after="40"/>
        <w:jc w:val="center"/>
      </w:pPr>
      <w:r>
        <w:rPr>
          <w:b/>
        </w:rPr>
        <w:t>MODELO GRATUITO</w:t>
      </w:r>
    </w:p>
    <w:p w14:paraId="3E3EDC40" w14:textId="77777777" w:rsidR="0032663D" w:rsidRDefault="00B4223D">
      <w:pPr>
        <w:spacing w:after="40"/>
        <w:jc w:val="center"/>
      </w:pPr>
      <w:r>
        <w:rPr>
          <w:b/>
          <w:sz w:val="36"/>
        </w:rPr>
        <w:t>EXTINCIÓN DE USUFRUCTO</w:t>
      </w:r>
    </w:p>
    <w:p w14:paraId="0C946B07" w14:textId="77777777" w:rsidR="0032663D" w:rsidRDefault="00B4223D">
      <w:pPr>
        <w:spacing w:after="240"/>
        <w:jc w:val="center"/>
      </w:pPr>
      <w:r>
        <w:t>PETICIÓN DE ACTA NOTARIAL</w:t>
      </w:r>
    </w:p>
    <w:p w14:paraId="34DAB4F9" w14:textId="77777777" w:rsidR="0032663D" w:rsidRDefault="00B4223D">
      <w:pPr>
        <w:spacing w:after="100"/>
        <w:jc w:val="both"/>
      </w:pPr>
      <w:r>
        <w:t>SEÑORA NOTARIA: En el registro de escrituras públicas a su cargo, sírvase incorporar un Acta Notarial para EXTINCIÓN DE USUFRUCTO, al tenor de las siguientes cláusulas:</w:t>
      </w:r>
    </w:p>
    <w:p w14:paraId="455D8E99" w14:textId="77777777" w:rsidR="0032663D" w:rsidRDefault="00B4223D">
      <w:pPr>
        <w:spacing w:before="140" w:after="40"/>
        <w:jc w:val="both"/>
      </w:pPr>
      <w:r>
        <w:rPr>
          <w:b/>
        </w:rPr>
        <w:t>PRIMERA: COMPARECIENTES.-</w:t>
      </w:r>
    </w:p>
    <w:p w14:paraId="31344AC4" w14:textId="3BF8531E" w:rsidR="0032663D" w:rsidRDefault="00B4223D">
      <w:pPr>
        <w:spacing w:after="100"/>
        <w:jc w:val="both"/>
      </w:pPr>
      <w:r>
        <w:t xml:space="preserve">Comparecen al </w:t>
      </w:r>
      <w:proofErr w:type="spellStart"/>
      <w:r>
        <w:t>otorgamiento</w:t>
      </w:r>
      <w:proofErr w:type="spellEnd"/>
      <w:r>
        <w:t xml:space="preserve"> del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instrumento</w:t>
      </w:r>
      <w:proofErr w:type="spellEnd"/>
      <w:r>
        <w:t xml:space="preserve">, los </w:t>
      </w:r>
      <w:proofErr w:type="spellStart"/>
      <w:r>
        <w:t>señores</w:t>
      </w:r>
      <w:proofErr w:type="spellEnd"/>
      <w:r>
        <w:t xml:space="preserve"> </w:t>
      </w:r>
      <w:r>
        <w:rPr>
          <w:color w:val="C00000"/>
        </w:rPr>
        <w:t>[NOMBRE COMPLETO DEL NUDO PROPIETARIO 1]</w:t>
      </w:r>
      <w:r>
        <w:t xml:space="preserve"> y </w:t>
      </w:r>
      <w:r>
        <w:rPr>
          <w:color w:val="C00000"/>
        </w:rPr>
        <w:t>[NOMBRE COMPLETO DEL NUDO PROPIETARIO 2]</w:t>
      </w:r>
      <w:r>
        <w:t xml:space="preserve">, ambos de </w:t>
      </w:r>
      <w:r>
        <w:rPr>
          <w:color w:val="C00000"/>
        </w:rPr>
        <w:t>[____]</w:t>
      </w:r>
      <w:r>
        <w:t xml:space="preserve"> años de edad, de nacionalidad </w:t>
      </w:r>
      <w:r>
        <w:rPr>
          <w:color w:val="C00000"/>
        </w:rPr>
        <w:t>[__________]</w:t>
      </w:r>
      <w:r>
        <w:t xml:space="preserve">, de ocupación o profesión </w:t>
      </w:r>
      <w:r>
        <w:rPr>
          <w:color w:val="C00000"/>
        </w:rPr>
        <w:t>[__________]</w:t>
      </w:r>
      <w:r>
        <w:t xml:space="preserve">, de estado civil </w:t>
      </w:r>
      <w:r>
        <w:rPr>
          <w:color w:val="C00000"/>
        </w:rPr>
        <w:t>[__________]</w:t>
      </w:r>
      <w:r>
        <w:t xml:space="preserve">, con domicilio y residencia en </w:t>
      </w:r>
      <w:r>
        <w:rPr>
          <w:color w:val="C00000"/>
        </w:rPr>
        <w:t>[DIRECCIÓN COMPLETA]</w:t>
      </w:r>
      <w:r>
        <w:t xml:space="preserve">, correo electrónico </w:t>
      </w:r>
      <w:r>
        <w:rPr>
          <w:color w:val="C00000"/>
        </w:rPr>
        <w:t>[__________]</w:t>
      </w:r>
      <w:r>
        <w:t xml:space="preserve">, teléfono </w:t>
      </w:r>
      <w:r>
        <w:rPr>
          <w:color w:val="C00000"/>
        </w:rPr>
        <w:t>[__________]</w:t>
      </w:r>
      <w:r>
        <w:t xml:space="preserve">, por sus propios y personales derechos, quienes comparecen como nudos propietarios del inmueble consistente en </w:t>
      </w:r>
      <w:r>
        <w:rPr>
          <w:color w:val="C00000"/>
        </w:rPr>
        <w:t>[DESCRIPCIÓN COMPLETA DEL INMUEBLE]</w:t>
      </w:r>
      <w:r>
        <w:t>, y al respecto exponen y solicitan:</w:t>
      </w:r>
    </w:p>
    <w:p w14:paraId="3E250A1C" w14:textId="77777777" w:rsidR="0032663D" w:rsidRDefault="00B4223D">
      <w:pPr>
        <w:spacing w:before="140" w:after="40"/>
        <w:jc w:val="both"/>
      </w:pPr>
      <w:r>
        <w:rPr>
          <w:b/>
        </w:rPr>
        <w:t>SEGUNDA: ANTECEDENTES.-</w:t>
      </w:r>
    </w:p>
    <w:p w14:paraId="2E01A3E6" w14:textId="3DC0182A" w:rsidR="0032663D" w:rsidRDefault="00326E99">
      <w:pPr>
        <w:spacing w:after="100"/>
        <w:jc w:val="both"/>
      </w:pPr>
      <w:r>
        <w:t xml:space="preserve">La nuda </w:t>
      </w:r>
      <w:proofErr w:type="spellStart"/>
      <w:r>
        <w:t>propiedad</w:t>
      </w:r>
      <w:proofErr w:type="spellEnd"/>
      <w:r>
        <w:t xml:space="preserve"> del</w:t>
      </w:r>
      <w:r w:rsidR="00B4223D">
        <w:t xml:space="preserve"> </w:t>
      </w:r>
      <w:proofErr w:type="spellStart"/>
      <w:r w:rsidR="00B4223D">
        <w:t>inmueble</w:t>
      </w:r>
      <w:proofErr w:type="spellEnd"/>
      <w:r w:rsidR="00B4223D">
        <w:t xml:space="preserve"> </w:t>
      </w:r>
      <w:proofErr w:type="spellStart"/>
      <w:r w:rsidR="00B4223D">
        <w:t>previamente</w:t>
      </w:r>
      <w:proofErr w:type="spellEnd"/>
      <w:r w:rsidR="00B4223D">
        <w:t xml:space="preserve"> </w:t>
      </w:r>
      <w:proofErr w:type="spellStart"/>
      <w:r w:rsidR="00B4223D">
        <w:t>mencionado</w:t>
      </w:r>
      <w:proofErr w:type="spellEnd"/>
      <w:r w:rsidR="00B4223D">
        <w:t xml:space="preserve"> </w:t>
      </w:r>
      <w:proofErr w:type="spellStart"/>
      <w:r w:rsidR="00B4223D">
        <w:t>fue</w:t>
      </w:r>
      <w:proofErr w:type="spellEnd"/>
      <w:r w:rsidR="00B4223D">
        <w:t xml:space="preserve"> </w:t>
      </w:r>
      <w:proofErr w:type="spellStart"/>
      <w:r w:rsidR="00B4223D">
        <w:t>adquirido</w:t>
      </w:r>
      <w:proofErr w:type="spellEnd"/>
      <w:r w:rsidR="00B4223D">
        <w:t xml:space="preserve"> por los </w:t>
      </w:r>
      <w:proofErr w:type="spellStart"/>
      <w:r w:rsidR="00B4223D">
        <w:t>comparecientes</w:t>
      </w:r>
      <w:proofErr w:type="spellEnd"/>
      <w:r w:rsidR="00B4223D">
        <w:t xml:space="preserve">, </w:t>
      </w:r>
      <w:proofErr w:type="spellStart"/>
      <w:r>
        <w:t>mediante</w:t>
      </w:r>
      <w:proofErr w:type="spellEnd"/>
      <w:r>
        <w:t xml:space="preserve"> </w:t>
      </w:r>
      <w:r w:rsidR="00B4223D">
        <w:rPr>
          <w:color w:val="C00000"/>
        </w:rPr>
        <w:t>[FORMA DE ADQUISICIÓN, PERSONA DE QUIEN SE ADQUIRIÓ, NOTARÍA O ENTIDAD OTORGANTE, FECHA DE OTORGAMIENTO Y FECHA DE INSCRIPCIÓN EN EL REGISTRO DE LA PROPIEDAD]</w:t>
      </w:r>
      <w:r w:rsidR="00B4223D">
        <w:t xml:space="preserve">. </w:t>
      </w:r>
      <w:r w:rsidR="00B4223D">
        <w:rPr>
          <w:color w:val="C00000"/>
        </w:rPr>
        <w:t>[USAR SOLO CUANDO CORRESPONDA: En caso de propiedad horizontal, incorporar la fecha de otorgamiento e inscripción de la declaratoria de propiedad horizontal.]</w:t>
      </w:r>
      <w:r>
        <w:rPr>
          <w:color w:val="C00000"/>
        </w:rPr>
        <w:t xml:space="preserve"> </w:t>
      </w:r>
      <w:proofErr w:type="spellStart"/>
      <w:r>
        <w:t>constituyéndose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derecho de </w:t>
      </w:r>
      <w:proofErr w:type="spellStart"/>
      <w:r>
        <w:t>usufructo</w:t>
      </w:r>
      <w:proofErr w:type="spellEnd"/>
      <w:r>
        <w:t xml:space="preserve"> </w:t>
      </w:r>
      <w:r w:rsidR="00940ACF" w:rsidRPr="00940ACF">
        <w:rPr>
          <w:color w:val="C00000"/>
        </w:rPr>
        <w:t>(</w:t>
      </w:r>
      <w:proofErr w:type="spellStart"/>
      <w:r w:rsidRPr="00940ACF">
        <w:rPr>
          <w:color w:val="C00000"/>
        </w:rPr>
        <w:t>vitalicio</w:t>
      </w:r>
      <w:proofErr w:type="spellEnd"/>
      <w:r w:rsidR="00940ACF" w:rsidRPr="00940ACF">
        <w:rPr>
          <w:color w:val="C00000"/>
        </w:rPr>
        <w:t xml:space="preserve"> o por X </w:t>
      </w:r>
      <w:proofErr w:type="spellStart"/>
      <w:r w:rsidR="00940ACF" w:rsidRPr="00940ACF">
        <w:rPr>
          <w:color w:val="C00000"/>
        </w:rPr>
        <w:t>tiempo</w:t>
      </w:r>
      <w:proofErr w:type="spellEnd"/>
      <w:r w:rsidR="00940ACF" w:rsidRPr="00940ACF">
        <w:rPr>
          <w:color w:val="C00000"/>
        </w:rPr>
        <w:t>)</w:t>
      </w:r>
      <w:r>
        <w:t xml:space="preserve"> a favor del </w:t>
      </w:r>
      <w:proofErr w:type="spellStart"/>
      <w:r>
        <w:t>señor</w:t>
      </w:r>
      <w:proofErr w:type="spellEnd"/>
      <w:r>
        <w:t xml:space="preserve"> </w:t>
      </w:r>
      <w:r>
        <w:rPr>
          <w:color w:val="C00000"/>
        </w:rPr>
        <w:t>[NOMBRE COMPLETO DEL USUFRUCTUARIO]</w:t>
      </w:r>
      <w:r>
        <w:t>.</w:t>
      </w:r>
    </w:p>
    <w:p w14:paraId="3B4DF2F1" w14:textId="7CE1E3E9" w:rsidR="00940ACF" w:rsidRPr="00940ACF" w:rsidRDefault="00940ACF">
      <w:pPr>
        <w:spacing w:after="100"/>
        <w:jc w:val="both"/>
        <w:rPr>
          <w:color w:val="C00000"/>
        </w:rPr>
      </w:pPr>
      <w:r w:rsidRPr="00940ACF">
        <w:rPr>
          <w:color w:val="C00000"/>
        </w:rPr>
        <w:t>UTILIZAR EN CASO DE QUE EL USUFRUCTO SE EXTINGA POR FALLECIMIENTO:</w:t>
      </w:r>
    </w:p>
    <w:p w14:paraId="38E390E7" w14:textId="00F155B6" w:rsidR="00940ACF" w:rsidRDefault="00B4223D">
      <w:pPr>
        <w:spacing w:after="100"/>
        <w:jc w:val="both"/>
        <w:rPr>
          <w:color w:val="C00000"/>
        </w:rPr>
      </w:pPr>
      <w:r w:rsidRPr="00940ACF">
        <w:rPr>
          <w:color w:val="C00000"/>
        </w:rPr>
        <w:t xml:space="preserve">Con fecha [FECHA DE FALLECIMIENTO], falleció el usufructuario, señor [NOMBRE COMPLETO DEL USUFRUCTUARIO], hecho que se encuentra inscrito en la Dirección General de Registro Civil, Identificación y Cedulación, conforme consta en el certificado de </w:t>
      </w:r>
      <w:proofErr w:type="spellStart"/>
      <w:r w:rsidRPr="00940ACF">
        <w:rPr>
          <w:color w:val="C00000"/>
        </w:rPr>
        <w:t>defunción</w:t>
      </w:r>
      <w:proofErr w:type="spellEnd"/>
      <w:r w:rsidRPr="00940ACF">
        <w:rPr>
          <w:color w:val="C00000"/>
        </w:rPr>
        <w:t xml:space="preserve"> que se </w:t>
      </w:r>
      <w:proofErr w:type="spellStart"/>
      <w:r w:rsidRPr="00940ACF">
        <w:rPr>
          <w:color w:val="C00000"/>
        </w:rPr>
        <w:t>acompaña</w:t>
      </w:r>
      <w:proofErr w:type="spellEnd"/>
      <w:r w:rsidRPr="00940ACF">
        <w:rPr>
          <w:color w:val="C00000"/>
        </w:rPr>
        <w:t>.</w:t>
      </w:r>
    </w:p>
    <w:p w14:paraId="4571E888" w14:textId="6B6736B5" w:rsidR="00940ACF" w:rsidRDefault="00940ACF">
      <w:pPr>
        <w:spacing w:after="100"/>
        <w:jc w:val="both"/>
        <w:rPr>
          <w:color w:val="C00000"/>
        </w:rPr>
      </w:pPr>
      <w:r>
        <w:rPr>
          <w:color w:val="C00000"/>
        </w:rPr>
        <w:t xml:space="preserve">UTILIZAR EN CASO DE QUE EL USUFRUCTO SE EXINGA POR CUMPLIMIENTO DE PLAZO: </w:t>
      </w:r>
    </w:p>
    <w:p w14:paraId="22D44CC9" w14:textId="77777777" w:rsidR="00940ACF" w:rsidRDefault="00940ACF">
      <w:pPr>
        <w:spacing w:before="140" w:after="40"/>
        <w:jc w:val="both"/>
        <w:rPr>
          <w:color w:val="C00000"/>
        </w:rPr>
      </w:pPr>
      <w:proofErr w:type="spellStart"/>
      <w:r w:rsidRPr="00940ACF">
        <w:rPr>
          <w:color w:val="C00000"/>
        </w:rPr>
        <w:t>Dicho</w:t>
      </w:r>
      <w:proofErr w:type="spellEnd"/>
      <w:r w:rsidRPr="00940ACF">
        <w:rPr>
          <w:color w:val="C00000"/>
        </w:rPr>
        <w:t xml:space="preserve"> </w:t>
      </w:r>
      <w:proofErr w:type="spellStart"/>
      <w:r w:rsidRPr="00940ACF">
        <w:rPr>
          <w:color w:val="C00000"/>
        </w:rPr>
        <w:t>usufructo</w:t>
      </w:r>
      <w:proofErr w:type="spellEnd"/>
      <w:r w:rsidRPr="00940ACF">
        <w:rPr>
          <w:color w:val="C00000"/>
        </w:rPr>
        <w:t xml:space="preserve"> </w:t>
      </w:r>
      <w:proofErr w:type="spellStart"/>
      <w:r w:rsidRPr="00940ACF">
        <w:rPr>
          <w:color w:val="C00000"/>
        </w:rPr>
        <w:t>fue</w:t>
      </w:r>
      <w:proofErr w:type="spellEnd"/>
      <w:r w:rsidRPr="00940ACF">
        <w:rPr>
          <w:color w:val="C00000"/>
        </w:rPr>
        <w:t xml:space="preserve"> </w:t>
      </w:r>
      <w:proofErr w:type="spellStart"/>
      <w:r w:rsidRPr="00940ACF">
        <w:rPr>
          <w:color w:val="C00000"/>
        </w:rPr>
        <w:t>constituido</w:t>
      </w:r>
      <w:proofErr w:type="spellEnd"/>
      <w:r w:rsidRPr="00940ACF">
        <w:rPr>
          <w:color w:val="C00000"/>
        </w:rPr>
        <w:t xml:space="preserve"> por </w:t>
      </w:r>
      <w:proofErr w:type="spellStart"/>
      <w:r w:rsidRPr="00940ACF">
        <w:rPr>
          <w:color w:val="C00000"/>
        </w:rPr>
        <w:t>el</w:t>
      </w:r>
      <w:proofErr w:type="spellEnd"/>
      <w:r w:rsidRPr="00940ACF">
        <w:rPr>
          <w:color w:val="C00000"/>
        </w:rPr>
        <w:t xml:space="preserve"> </w:t>
      </w:r>
      <w:proofErr w:type="spellStart"/>
      <w:r w:rsidRPr="00940ACF">
        <w:rPr>
          <w:color w:val="C00000"/>
        </w:rPr>
        <w:t>plazo</w:t>
      </w:r>
      <w:proofErr w:type="spellEnd"/>
      <w:r w:rsidRPr="00940ACF">
        <w:rPr>
          <w:color w:val="C00000"/>
        </w:rPr>
        <w:t xml:space="preserve"> de X </w:t>
      </w:r>
      <w:proofErr w:type="spellStart"/>
      <w:r w:rsidRPr="00940ACF">
        <w:rPr>
          <w:color w:val="C00000"/>
        </w:rPr>
        <w:t>años</w:t>
      </w:r>
      <w:proofErr w:type="spellEnd"/>
      <w:r w:rsidRPr="00940ACF">
        <w:rPr>
          <w:color w:val="C00000"/>
        </w:rPr>
        <w:t xml:space="preserve">, </w:t>
      </w:r>
      <w:proofErr w:type="spellStart"/>
      <w:r w:rsidRPr="00940ACF">
        <w:rPr>
          <w:color w:val="C00000"/>
        </w:rPr>
        <w:t>habiendo</w:t>
      </w:r>
      <w:proofErr w:type="spellEnd"/>
      <w:r w:rsidRPr="00940ACF">
        <w:rPr>
          <w:color w:val="C00000"/>
        </w:rPr>
        <w:t xml:space="preserve"> </w:t>
      </w:r>
      <w:proofErr w:type="spellStart"/>
      <w:r w:rsidRPr="00940ACF">
        <w:rPr>
          <w:color w:val="C00000"/>
        </w:rPr>
        <w:t>transcurrido</w:t>
      </w:r>
      <w:proofErr w:type="spellEnd"/>
      <w:r w:rsidRPr="00940ACF">
        <w:rPr>
          <w:color w:val="C00000"/>
        </w:rPr>
        <w:t xml:space="preserve"> a la </w:t>
      </w:r>
      <w:proofErr w:type="spellStart"/>
      <w:r w:rsidRPr="00940ACF">
        <w:rPr>
          <w:color w:val="C00000"/>
        </w:rPr>
        <w:t>fecha</w:t>
      </w:r>
      <w:proofErr w:type="spellEnd"/>
      <w:r w:rsidRPr="00940ACF">
        <w:rPr>
          <w:color w:val="C00000"/>
        </w:rPr>
        <w:t xml:space="preserve"> </w:t>
      </w:r>
      <w:proofErr w:type="spellStart"/>
      <w:r w:rsidRPr="00940ACF">
        <w:rPr>
          <w:color w:val="C00000"/>
        </w:rPr>
        <w:t>más</w:t>
      </w:r>
      <w:proofErr w:type="spellEnd"/>
      <w:r w:rsidRPr="00940ACF">
        <w:rPr>
          <w:color w:val="C00000"/>
        </w:rPr>
        <w:t xml:space="preserve"> de X </w:t>
      </w:r>
      <w:proofErr w:type="spellStart"/>
      <w:r w:rsidRPr="00940ACF">
        <w:rPr>
          <w:color w:val="C00000"/>
        </w:rPr>
        <w:t>años</w:t>
      </w:r>
      <w:proofErr w:type="spellEnd"/>
      <w:r w:rsidRPr="00940ACF">
        <w:rPr>
          <w:color w:val="C00000"/>
        </w:rPr>
        <w:t xml:space="preserve"> </w:t>
      </w:r>
      <w:proofErr w:type="spellStart"/>
      <w:r w:rsidRPr="00940ACF">
        <w:rPr>
          <w:color w:val="C00000"/>
        </w:rPr>
        <w:t>desde</w:t>
      </w:r>
      <w:proofErr w:type="spellEnd"/>
      <w:r w:rsidRPr="00940ACF">
        <w:rPr>
          <w:color w:val="C00000"/>
        </w:rPr>
        <w:t xml:space="preserve"> </w:t>
      </w:r>
      <w:proofErr w:type="spellStart"/>
      <w:r w:rsidRPr="00940ACF">
        <w:rPr>
          <w:color w:val="C00000"/>
        </w:rPr>
        <w:t>su</w:t>
      </w:r>
      <w:proofErr w:type="spellEnd"/>
      <w:r w:rsidRPr="00940ACF">
        <w:rPr>
          <w:color w:val="C00000"/>
        </w:rPr>
        <w:t xml:space="preserve"> </w:t>
      </w:r>
      <w:proofErr w:type="spellStart"/>
      <w:r w:rsidRPr="00940ACF">
        <w:rPr>
          <w:color w:val="C00000"/>
        </w:rPr>
        <w:t>constitución</w:t>
      </w:r>
      <w:proofErr w:type="spellEnd"/>
      <w:r w:rsidRPr="00940ACF">
        <w:rPr>
          <w:color w:val="C00000"/>
        </w:rPr>
        <w:t xml:space="preserve"> e </w:t>
      </w:r>
      <w:proofErr w:type="spellStart"/>
      <w:r w:rsidRPr="00940ACF">
        <w:rPr>
          <w:color w:val="C00000"/>
        </w:rPr>
        <w:t>inscripción</w:t>
      </w:r>
      <w:proofErr w:type="spellEnd"/>
      <w:r w:rsidRPr="00940ACF">
        <w:rPr>
          <w:color w:val="C00000"/>
        </w:rPr>
        <w:t>.</w:t>
      </w:r>
    </w:p>
    <w:p w14:paraId="6EB98CFD" w14:textId="76BF4559" w:rsidR="0032663D" w:rsidRDefault="00B4223D">
      <w:pPr>
        <w:spacing w:before="140" w:after="40"/>
        <w:jc w:val="both"/>
      </w:pPr>
      <w:r>
        <w:rPr>
          <w:b/>
        </w:rPr>
        <w:t>TERCERA: PETICIÓN CONCRETA.-</w:t>
      </w:r>
    </w:p>
    <w:p w14:paraId="5F62AE49" w14:textId="17C9FABB" w:rsidR="0032663D" w:rsidRDefault="00B4223D">
      <w:pPr>
        <w:spacing w:after="100"/>
        <w:jc w:val="both"/>
      </w:pPr>
      <w:r>
        <w:t xml:space="preserve">Con estos antecedentes expuestos, solicitamos a usted, señora Notaria, se sirva declarar la EXTINCIÓN DEL DERECHO DE USUFRUCTO VITALICIO constituido a favor del señor </w:t>
      </w:r>
      <w:r>
        <w:rPr>
          <w:color w:val="C00000"/>
        </w:rPr>
        <w:t>[NOMBRE COMPLETO DEL USUFRUCTUARIO]</w:t>
      </w:r>
      <w:r>
        <w:t xml:space="preserve">, </w:t>
      </w:r>
      <w:proofErr w:type="spellStart"/>
      <w:r>
        <w:t>respecto</w:t>
      </w:r>
      <w:proofErr w:type="spellEnd"/>
      <w:r>
        <w:t xml:space="preserve"> del </w:t>
      </w:r>
      <w:proofErr w:type="spellStart"/>
      <w:r>
        <w:t>inmueble</w:t>
      </w:r>
      <w:proofErr w:type="spellEnd"/>
      <w:r>
        <w:t xml:space="preserve"> </w:t>
      </w:r>
      <w:proofErr w:type="spellStart"/>
      <w:r>
        <w:t>descrito</w:t>
      </w:r>
      <w:proofErr w:type="spellEnd"/>
      <w:r>
        <w:t xml:space="preserve"> </w:t>
      </w:r>
      <w:proofErr w:type="spellStart"/>
      <w:r>
        <w:t>anteriormente</w:t>
      </w:r>
      <w:proofErr w:type="spellEnd"/>
      <w:r w:rsidR="00326E99">
        <w:t xml:space="preserve">, </w:t>
      </w:r>
      <w:proofErr w:type="spellStart"/>
      <w:r w:rsidR="00326E99">
        <w:t>consolidando</w:t>
      </w:r>
      <w:proofErr w:type="spellEnd"/>
      <w:r w:rsidR="00326E99">
        <w:t xml:space="preserve"> </w:t>
      </w:r>
      <w:proofErr w:type="spellStart"/>
      <w:r w:rsidR="00326E99">
        <w:t>el</w:t>
      </w:r>
      <w:proofErr w:type="spellEnd"/>
      <w:r w:rsidR="00326E99">
        <w:t xml:space="preserve"> </w:t>
      </w:r>
      <w:proofErr w:type="spellStart"/>
      <w:r w:rsidR="00326E99">
        <w:t>dominio</w:t>
      </w:r>
      <w:proofErr w:type="spellEnd"/>
      <w:r w:rsidR="00326E99">
        <w:t xml:space="preserve"> </w:t>
      </w:r>
      <w:proofErr w:type="spellStart"/>
      <w:r w:rsidR="00326E99">
        <w:t>pleno</w:t>
      </w:r>
      <w:proofErr w:type="spellEnd"/>
      <w:r w:rsidR="00326E99">
        <w:t xml:space="preserve"> </w:t>
      </w:r>
      <w:proofErr w:type="spellStart"/>
      <w:r w:rsidR="00326E99">
        <w:t>en</w:t>
      </w:r>
      <w:proofErr w:type="spellEnd"/>
      <w:r w:rsidR="00326E99">
        <w:t xml:space="preserve"> favor de los </w:t>
      </w:r>
      <w:proofErr w:type="spellStart"/>
      <w:r w:rsidR="00326E99">
        <w:t>nudo</w:t>
      </w:r>
      <w:proofErr w:type="spellEnd"/>
      <w:r w:rsidR="00326E99">
        <w:t xml:space="preserve"> </w:t>
      </w:r>
      <w:proofErr w:type="spellStart"/>
      <w:r w:rsidR="00326E99">
        <w:t>propietarios</w:t>
      </w:r>
      <w:proofErr w:type="spellEnd"/>
      <w:r>
        <w:t xml:space="preserve">, y disponer la correspondiente protocolización e inscripción en el Registro de la Propiedad del cantón </w:t>
      </w:r>
      <w:r>
        <w:rPr>
          <w:color w:val="C00000"/>
        </w:rPr>
        <w:t>[CANTÓN]</w:t>
      </w:r>
      <w:r>
        <w:t>.</w:t>
      </w:r>
    </w:p>
    <w:p w14:paraId="67C50168" w14:textId="77777777" w:rsidR="0032663D" w:rsidRDefault="00B4223D">
      <w:pPr>
        <w:spacing w:before="140" w:after="40"/>
        <w:jc w:val="both"/>
      </w:pPr>
      <w:r>
        <w:rPr>
          <w:b/>
        </w:rPr>
        <w:t>CUARTA: CUANTÍA.-</w:t>
      </w:r>
    </w:p>
    <w:p w14:paraId="0BD3D949" w14:textId="77777777" w:rsidR="0032663D" w:rsidRDefault="00B4223D">
      <w:pPr>
        <w:spacing w:after="100"/>
        <w:jc w:val="both"/>
      </w:pPr>
      <w:r>
        <w:t>La cuantía del presente instrumento, por su naturaleza, es indeterminada.</w:t>
      </w:r>
    </w:p>
    <w:p w14:paraId="59438B94" w14:textId="77777777" w:rsidR="0032663D" w:rsidRDefault="00B4223D">
      <w:pPr>
        <w:spacing w:after="100"/>
        <w:jc w:val="both"/>
      </w:pPr>
      <w:r>
        <w:lastRenderedPageBreak/>
        <w:t>Usted, señora Notaria, se servirá agregar las demás cláusulas de estilo necesarias para la plena validez del presente instrumento.</w:t>
      </w:r>
    </w:p>
    <w:p w14:paraId="0F4E803D" w14:textId="77777777" w:rsidR="0032663D" w:rsidRDefault="00B4223D">
      <w:pPr>
        <w:spacing w:before="200" w:after="40"/>
        <w:jc w:val="center"/>
      </w:pPr>
      <w:r>
        <w:rPr>
          <w:b/>
          <w:color w:val="C00000"/>
        </w:rPr>
        <w:t>[NOMBRE COMPLETO DEL NUDO PROPIETARIO 1]</w:t>
      </w:r>
    </w:p>
    <w:p w14:paraId="519A64F9" w14:textId="77777777" w:rsidR="0032663D" w:rsidRDefault="00B4223D">
      <w:pPr>
        <w:spacing w:after="160"/>
        <w:jc w:val="center"/>
      </w:pPr>
      <w:r>
        <w:rPr>
          <w:b/>
          <w:color w:val="C00000"/>
        </w:rPr>
        <w:t>[NOMBRE COMPLETO DEL NUDO PROPIETARIO 2]</w:t>
      </w:r>
    </w:p>
    <w:p w14:paraId="2B2082DE" w14:textId="77777777" w:rsidR="0032663D" w:rsidRDefault="00B4223D">
      <w:pPr>
        <w:spacing w:after="100"/>
        <w:jc w:val="center"/>
      </w:pPr>
      <w:r>
        <w:rPr>
          <w:b/>
          <w:color w:val="C00000"/>
        </w:rPr>
        <w:t>[NOMBRE DEL ABOGADO PATROCINADOR]</w:t>
      </w:r>
    </w:p>
    <w:p w14:paraId="19495365" w14:textId="77777777" w:rsidR="0032663D" w:rsidRDefault="00B4223D">
      <w:pPr>
        <w:spacing w:after="100"/>
        <w:jc w:val="center"/>
      </w:pPr>
      <w:r>
        <w:t xml:space="preserve">Abogado – Matrícula profesional </w:t>
      </w:r>
      <w:r>
        <w:rPr>
          <w:color w:val="C00000"/>
        </w:rPr>
        <w:t>[__________]</w:t>
      </w:r>
    </w:p>
    <w:sectPr w:rsidR="0032663D" w:rsidSect="00034616">
      <w:headerReference w:type="default" r:id="rId8"/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170E6" w14:textId="77777777" w:rsidR="00CC09B9" w:rsidRDefault="00CC09B9">
      <w:pPr>
        <w:spacing w:after="0" w:line="240" w:lineRule="auto"/>
      </w:pPr>
      <w:r>
        <w:separator/>
      </w:r>
    </w:p>
  </w:endnote>
  <w:endnote w:type="continuationSeparator" w:id="0">
    <w:p w14:paraId="156E28F6" w14:textId="77777777" w:rsidR="00CC09B9" w:rsidRDefault="00CC0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D4D68" w14:textId="77777777" w:rsidR="00CC09B9" w:rsidRDefault="00CC09B9">
      <w:pPr>
        <w:spacing w:after="0" w:line="240" w:lineRule="auto"/>
      </w:pPr>
      <w:r>
        <w:separator/>
      </w:r>
    </w:p>
  </w:footnote>
  <w:footnote w:type="continuationSeparator" w:id="0">
    <w:p w14:paraId="1726E073" w14:textId="77777777" w:rsidR="00CC09B9" w:rsidRDefault="00CC0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C69FB" w14:textId="77777777" w:rsidR="0032663D" w:rsidRDefault="0032663D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677"/>
      <w:gridCol w:w="4677"/>
    </w:tblGrid>
    <w:tr w:rsidR="0032663D" w14:paraId="7845B374" w14:textId="77777777">
      <w:trPr>
        <w:jc w:val="center"/>
      </w:trPr>
      <w:tc>
        <w:tcPr>
          <w:tcW w:w="4677" w:type="dxa"/>
        </w:tcPr>
        <w:p w14:paraId="504A96A1" w14:textId="77777777" w:rsidR="0032663D" w:rsidRDefault="00B4223D">
          <w:r>
            <w:rPr>
              <w:noProof/>
            </w:rPr>
            <w:drawing>
              <wp:inline distT="0" distB="0" distL="0" distR="0" wp14:anchorId="3253FD4C" wp14:editId="5B2919B6">
                <wp:extent cx="1440000" cy="3945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n-marca-de-agua-e17353594038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94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7" w:type="dxa"/>
        </w:tcPr>
        <w:p w14:paraId="58816D29" w14:textId="77777777" w:rsidR="0032663D" w:rsidRDefault="00B4223D">
          <w:pPr>
            <w:jc w:val="right"/>
          </w:pPr>
          <w:r>
            <w:rPr>
              <w:b/>
              <w:sz w:val="18"/>
            </w:rPr>
            <w:t>www.iniciaderecho.com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63D"/>
    <w:rsid w:val="00326E99"/>
    <w:rsid w:val="00326F90"/>
    <w:rsid w:val="00940ACF"/>
    <w:rsid w:val="00AA1D8D"/>
    <w:rsid w:val="00B4223D"/>
    <w:rsid w:val="00B47730"/>
    <w:rsid w:val="00CB0664"/>
    <w:rsid w:val="00CC09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9152C0"/>
  <w14:defaultImageDpi w14:val="300"/>
  <w15:docId w15:val="{232BE906-1F3A-4FAC-A8C1-546789DA0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eastAsia="Cambria" w:hAnsi="Cambria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87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1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6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12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57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89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114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628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429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 Derecho</dc:creator>
  <cp:keywords/>
  <dc:description/>
  <cp:lastModifiedBy>Luis Miranda</cp:lastModifiedBy>
  <cp:revision>3</cp:revision>
  <dcterms:created xsi:type="dcterms:W3CDTF">2013-12-23T23:15:00Z</dcterms:created>
  <dcterms:modified xsi:type="dcterms:W3CDTF">2026-08-21T02:04:00Z</dcterms:modified>
  <cp:category/>
</cp:coreProperties>
</file>