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7EA0B" w14:textId="77777777" w:rsidR="00034A2E" w:rsidRDefault="000672A6">
      <w:pPr>
        <w:spacing w:after="40"/>
        <w:jc w:val="center"/>
      </w:pPr>
      <w:r>
        <w:rPr>
          <w:b/>
        </w:rPr>
        <w:t>MODELO GRATUITO</w:t>
      </w:r>
    </w:p>
    <w:p w14:paraId="54FAA4C0" w14:textId="77777777" w:rsidR="00034A2E" w:rsidRDefault="000672A6">
      <w:pPr>
        <w:spacing w:after="40"/>
        <w:jc w:val="center"/>
      </w:pPr>
      <w:r>
        <w:rPr>
          <w:b/>
          <w:sz w:val="36"/>
        </w:rPr>
        <w:t>GARANTÍA ECONÓMICA</w:t>
      </w:r>
    </w:p>
    <w:p w14:paraId="2E8F4439" w14:textId="77777777" w:rsidR="00034A2E" w:rsidRDefault="000672A6">
      <w:pPr>
        <w:spacing w:after="240"/>
        <w:jc w:val="center"/>
      </w:pPr>
      <w:r>
        <w:t>GARANTÍA ECONÓMICA PERSONAL Y SOLIDARIA</w:t>
      </w:r>
    </w:p>
    <w:p w14:paraId="49391CD1" w14:textId="77777777" w:rsidR="00034A2E" w:rsidRDefault="000672A6">
      <w:pPr>
        <w:spacing w:after="100"/>
        <w:jc w:val="both"/>
      </w:pPr>
      <w:r>
        <w:t xml:space="preserve">SEÑORA NOTARIA: En el Registro de Escrituras Públicas a su cargo, sírvase insertar una ESCRITURA PÚBLICA DE GARANTÍA ECONÓMICA PERSONAL Y SOLIDARIA, al tenor de las </w:t>
      </w:r>
      <w:r>
        <w:t>siguientes cláusulas:</w:t>
      </w:r>
    </w:p>
    <w:p w14:paraId="2F135D29" w14:textId="77777777" w:rsidR="00034A2E" w:rsidRDefault="000672A6">
      <w:pPr>
        <w:spacing w:before="140" w:after="40"/>
        <w:jc w:val="both"/>
      </w:pPr>
      <w:r>
        <w:rPr>
          <w:b/>
        </w:rPr>
        <w:t>PRIMERA.- COMPARECIENTES:</w:t>
      </w:r>
    </w:p>
    <w:p w14:paraId="14E9C291" w14:textId="77777777" w:rsidR="00034A2E" w:rsidRDefault="000672A6">
      <w:pPr>
        <w:spacing w:after="100"/>
        <w:jc w:val="both"/>
      </w:pPr>
      <w:r>
        <w:t xml:space="preserve">Comparecen el señor </w:t>
      </w:r>
      <w:r>
        <w:rPr>
          <w:color w:val="C00000"/>
        </w:rPr>
        <w:t>[NOMBRE COMPLETO DEL GARANTE 1]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ocupación </w:t>
      </w:r>
      <w:r>
        <w:rPr>
          <w:color w:val="C00000"/>
        </w:rPr>
        <w:t>[OCUPACIÓN]</w:t>
      </w:r>
      <w:r>
        <w:t xml:space="preserve">, de estado civil </w:t>
      </w:r>
      <w:r>
        <w:rPr>
          <w:color w:val="C00000"/>
        </w:rPr>
        <w:t>[ESTADO CIVIL]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correo electrónico </w:t>
      </w:r>
      <w:r>
        <w:rPr>
          <w:color w:val="C00000"/>
        </w:rPr>
        <w:t>[____</w:t>
      </w:r>
      <w:r>
        <w:rPr>
          <w:color w:val="C00000"/>
        </w:rPr>
        <w:t>______]</w:t>
      </w:r>
      <w:r>
        <w:t xml:space="preserve"> y número de celular </w:t>
      </w:r>
      <w:r>
        <w:rPr>
          <w:color w:val="C00000"/>
        </w:rPr>
        <w:t>[__________]</w:t>
      </w:r>
      <w:r>
        <w:t xml:space="preserve">, y la señora </w:t>
      </w:r>
      <w:r>
        <w:rPr>
          <w:color w:val="C00000"/>
        </w:rPr>
        <w:t>[NOMBRE COMPLETO DEL GARANTE 2]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portadora de la cédula de ciudadanía número </w:t>
      </w:r>
      <w:r>
        <w:rPr>
          <w:color w:val="C00000"/>
        </w:rPr>
        <w:t>[__________]</w:t>
      </w:r>
      <w:r>
        <w:t xml:space="preserve">, de ocupación </w:t>
      </w:r>
      <w:r>
        <w:rPr>
          <w:color w:val="C00000"/>
        </w:rPr>
        <w:t>[OCUPACIÓN]</w:t>
      </w:r>
      <w:r>
        <w:t xml:space="preserve">, de estado civil </w:t>
      </w:r>
      <w:r>
        <w:rPr>
          <w:color w:val="C00000"/>
        </w:rPr>
        <w:t>[ESTADO CIVIL]</w:t>
      </w:r>
      <w:r>
        <w:t xml:space="preserve">, domiciliada en </w:t>
      </w:r>
      <w:r>
        <w:rPr>
          <w:color w:val="C00000"/>
        </w:rPr>
        <w:t>[DIREC</w:t>
      </w:r>
      <w:r>
        <w:rPr>
          <w:color w:val="C00000"/>
        </w:rPr>
        <w:t>CIÓN COMPLETA]</w:t>
      </w:r>
      <w:r>
        <w:t xml:space="preserve">, con correo electrónico </w:t>
      </w:r>
      <w:r>
        <w:rPr>
          <w:color w:val="C00000"/>
        </w:rPr>
        <w:t>[__________]</w:t>
      </w:r>
      <w:r>
        <w:t xml:space="preserve"> y número de celular </w:t>
      </w:r>
      <w:r>
        <w:rPr>
          <w:color w:val="C00000"/>
        </w:rPr>
        <w:t>[__________]</w:t>
      </w:r>
      <w:r>
        <w:t>, hábiles en derecho para contratar y contraer obligaciones, a quienes en adelante se les denominará LOS GARANTES. Ambos comparecen por sus propios y personales derechos.</w:t>
      </w:r>
    </w:p>
    <w:p w14:paraId="66D9F1E4" w14:textId="77777777" w:rsidR="00034A2E" w:rsidRDefault="000672A6">
      <w:pPr>
        <w:spacing w:before="140" w:after="40"/>
        <w:jc w:val="both"/>
      </w:pPr>
      <w:r>
        <w:rPr>
          <w:b/>
        </w:rPr>
        <w:t>S</w:t>
      </w:r>
      <w:r>
        <w:rPr>
          <w:b/>
        </w:rPr>
        <w:t>EGUNDA.- GARANTÍA ECONÓMICA, PERSONAL Y SOLIDARIA:</w:t>
      </w:r>
    </w:p>
    <w:p w14:paraId="5221A107" w14:textId="77777777" w:rsidR="00034A2E" w:rsidRDefault="000672A6">
      <w:pPr>
        <w:spacing w:after="100"/>
        <w:jc w:val="both"/>
      </w:pPr>
      <w:r>
        <w:t xml:space="preserve">Los comparecientes, en calidad de garantes solidarios de </w:t>
      </w:r>
      <w:r>
        <w:rPr>
          <w:color w:val="C00000"/>
        </w:rPr>
        <w:t>[NOMBRE COMPLETO DEL BENEFICIARIO]</w:t>
      </w:r>
      <w:r>
        <w:t xml:space="preserve">, con cédula de ciudadanía número </w:t>
      </w:r>
      <w:r>
        <w:rPr>
          <w:color w:val="C00000"/>
        </w:rPr>
        <w:t>[__________]</w:t>
      </w:r>
      <w:r>
        <w:t>, se comprometen a asumir personalmente los gastos que se generen co</w:t>
      </w:r>
      <w:r>
        <w:t xml:space="preserve">mo consecuencia de su permanencia en </w:t>
      </w:r>
      <w:r>
        <w:rPr>
          <w:color w:val="C00000"/>
        </w:rPr>
        <w:t>[PAÍS]</w:t>
      </w:r>
      <w:r>
        <w:t xml:space="preserve">, durante su período de </w:t>
      </w:r>
      <w:r>
        <w:rPr>
          <w:color w:val="C00000"/>
        </w:rPr>
        <w:t>[ESTUDIOS / ESTANCIA]</w:t>
      </w:r>
      <w:r>
        <w:t>, incluyendo traslado, alimentación, estadía, visitas turísticas, salud, subsistencia y cualquier otro gasto que pudiere generarse, de manera que no constituya una carg</w:t>
      </w:r>
      <w:r>
        <w:t xml:space="preserve">a ni lesione los intereses del gobierno de </w:t>
      </w:r>
      <w:r>
        <w:rPr>
          <w:color w:val="C00000"/>
        </w:rPr>
        <w:t>[PAÍS]</w:t>
      </w:r>
      <w:r>
        <w:t>.</w:t>
      </w:r>
    </w:p>
    <w:p w14:paraId="6F2B6447" w14:textId="77777777" w:rsidR="00034A2E" w:rsidRDefault="000672A6">
      <w:pPr>
        <w:spacing w:after="100"/>
        <w:jc w:val="both"/>
      </w:pPr>
      <w:r>
        <w:t xml:space="preserve">De igual forma, LOS GARANTES se comprometen a costear el pasaje de regreso del beneficiario a su país de origen, Ecuador, en caso de que cualquiera de las autoridades del gobierno de </w:t>
      </w:r>
      <w:r>
        <w:rPr>
          <w:color w:val="C00000"/>
        </w:rPr>
        <w:t>[PAÍS]</w:t>
      </w:r>
      <w:r>
        <w:t xml:space="preserve"> así lo ordene, </w:t>
      </w:r>
      <w:r>
        <w:t>de manera que en ningún momento constituya una carga económica o social para dicho gobierno.</w:t>
      </w:r>
    </w:p>
    <w:p w14:paraId="6EB2F6B8" w14:textId="77777777" w:rsidR="00034A2E" w:rsidRDefault="000672A6">
      <w:pPr>
        <w:spacing w:after="100"/>
        <w:jc w:val="both"/>
      </w:pPr>
      <w:r>
        <w:t>LOS GARANTES se comprometen además a notificar a las autoridades de Migración cualquier causa que modifique o contraríe el otorgamiento de esta garantía. La presen</w:t>
      </w:r>
      <w:r>
        <w:t>te garantía se otorga para ser presentada ante las autoridades de Migración y Extranjería, Consulados, Embajadas y/o cualquier entidad pública o privada en la que sea requerida.</w:t>
      </w:r>
    </w:p>
    <w:p w14:paraId="62AFE5A8" w14:textId="77777777" w:rsidR="00034A2E" w:rsidRDefault="000672A6">
      <w:pPr>
        <w:spacing w:before="140" w:after="40"/>
        <w:jc w:val="both"/>
      </w:pPr>
      <w:r>
        <w:rPr>
          <w:b/>
        </w:rPr>
        <w:t>TERCERA.- RATIFICACIÓN Y ACEPTACIÓN:</w:t>
      </w:r>
    </w:p>
    <w:p w14:paraId="110A3EC4" w14:textId="77777777" w:rsidR="00034A2E" w:rsidRDefault="000672A6">
      <w:pPr>
        <w:spacing w:after="100"/>
        <w:jc w:val="both"/>
      </w:pPr>
      <w:r>
        <w:t>LOS GARANTES se ratifican en todo el cont</w:t>
      </w:r>
      <w:r>
        <w:t>enido de este instrumento y aceptan expresamente cada una de las obligaciones asumidas en las cláusulas que anteceden.</w:t>
      </w:r>
    </w:p>
    <w:p w14:paraId="5116ABC9" w14:textId="77777777" w:rsidR="00034A2E" w:rsidRDefault="000672A6">
      <w:pPr>
        <w:spacing w:before="140" w:after="40"/>
        <w:jc w:val="both"/>
      </w:pPr>
      <w:r>
        <w:rPr>
          <w:b/>
        </w:rPr>
        <w:t>CUARTA.- CUANTÍA:</w:t>
      </w:r>
    </w:p>
    <w:p w14:paraId="6DC91BE7" w14:textId="77777777" w:rsidR="00034A2E" w:rsidRDefault="000672A6">
      <w:pPr>
        <w:spacing w:after="100"/>
        <w:jc w:val="both"/>
      </w:pPr>
      <w:r>
        <w:t>La cuantía por su naturaleza es indeterminada.</w:t>
      </w:r>
    </w:p>
    <w:p w14:paraId="57405D9C" w14:textId="77777777" w:rsidR="00034A2E" w:rsidRDefault="000672A6">
      <w:pPr>
        <w:spacing w:after="100"/>
        <w:jc w:val="both"/>
      </w:pPr>
      <w:r>
        <w:t xml:space="preserve">Usted, señora Notaria, se dignará agregar las demás cláusulas de estilo </w:t>
      </w:r>
      <w:r>
        <w:t>para la completa validez de esta clase de instrumentos.</w:t>
      </w:r>
    </w:p>
    <w:p w14:paraId="1987BB3C" w14:textId="77777777" w:rsidR="00034A2E" w:rsidRDefault="000672A6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0726B8A1" w14:textId="77777777" w:rsidR="00034A2E" w:rsidRDefault="000672A6">
      <w:pPr>
        <w:spacing w:after="100"/>
        <w:jc w:val="center"/>
      </w:pPr>
      <w:r>
        <w:lastRenderedPageBreak/>
        <w:t xml:space="preserve">Abogado – Matrícula profesional </w:t>
      </w:r>
      <w:r>
        <w:rPr>
          <w:color w:val="C00000"/>
        </w:rPr>
        <w:t>[__________]</w:t>
      </w:r>
    </w:p>
    <w:sectPr w:rsidR="00034A2E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12149" w14:textId="77777777" w:rsidR="000672A6" w:rsidRDefault="000672A6">
      <w:pPr>
        <w:spacing w:after="0" w:line="240" w:lineRule="auto"/>
      </w:pPr>
      <w:r>
        <w:separator/>
      </w:r>
    </w:p>
  </w:endnote>
  <w:endnote w:type="continuationSeparator" w:id="0">
    <w:p w14:paraId="15931AF2" w14:textId="77777777" w:rsidR="000672A6" w:rsidRDefault="0006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364CE" w14:textId="77777777" w:rsidR="000672A6" w:rsidRDefault="000672A6">
      <w:pPr>
        <w:spacing w:after="0" w:line="240" w:lineRule="auto"/>
      </w:pPr>
      <w:r>
        <w:separator/>
      </w:r>
    </w:p>
  </w:footnote>
  <w:footnote w:type="continuationSeparator" w:id="0">
    <w:p w14:paraId="1392C46D" w14:textId="77777777" w:rsidR="000672A6" w:rsidRDefault="00067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3DAC" w14:textId="77777777" w:rsidR="00034A2E" w:rsidRDefault="00034A2E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034A2E" w14:paraId="26A5F2D0" w14:textId="77777777">
      <w:trPr>
        <w:jc w:val="center"/>
      </w:trPr>
      <w:tc>
        <w:tcPr>
          <w:tcW w:w="4677" w:type="dxa"/>
        </w:tcPr>
        <w:p w14:paraId="037CD265" w14:textId="77777777" w:rsidR="00034A2E" w:rsidRDefault="000672A6">
          <w:r>
            <w:rPr>
              <w:noProof/>
            </w:rPr>
            <w:drawing>
              <wp:inline distT="0" distB="0" distL="0" distR="0" wp14:anchorId="5D7AEA86" wp14:editId="4F83F41D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66A0172C" w14:textId="77777777" w:rsidR="00034A2E" w:rsidRDefault="000672A6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A2E"/>
    <w:rsid w:val="0006063C"/>
    <w:rsid w:val="000672A6"/>
    <w:rsid w:val="0015074B"/>
    <w:rsid w:val="0029639D"/>
    <w:rsid w:val="00326F90"/>
    <w:rsid w:val="00AA1D8D"/>
    <w:rsid w:val="00B47730"/>
    <w:rsid w:val="00B76A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D710D"/>
  <w14:defaultImageDpi w14:val="300"/>
  <w15:docId w15:val="{A41D2AA6-C03F-43B4-895D-D536E615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2026-08-22T23:05:00Z</dcterms:modified>
  <cp:category/>
</cp:coreProperties>
</file>