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47C1" w14:textId="77777777" w:rsidR="0023540D" w:rsidRDefault="00CE67B1">
      <w:pPr>
        <w:spacing w:after="40"/>
        <w:jc w:val="center"/>
      </w:pPr>
      <w:r>
        <w:rPr>
          <w:b/>
        </w:rPr>
        <w:t>MODELO GRATUITO</w:t>
      </w:r>
    </w:p>
    <w:p w14:paraId="42CE76BA" w14:textId="77777777" w:rsidR="0023540D" w:rsidRDefault="00CE67B1">
      <w:pPr>
        <w:spacing w:after="40"/>
        <w:jc w:val="center"/>
      </w:pPr>
      <w:r>
        <w:rPr>
          <w:b/>
          <w:sz w:val="36"/>
        </w:rPr>
        <w:t>LIQUIDACIÓN DE LA SOCIEDAD CONYUGAL</w:t>
      </w:r>
    </w:p>
    <w:p w14:paraId="05AD9F95" w14:textId="77777777" w:rsidR="0023540D" w:rsidRDefault="00CE67B1">
      <w:pPr>
        <w:spacing w:after="240"/>
        <w:jc w:val="center"/>
      </w:pPr>
      <w:r>
        <w:t>ESCRITURA PÚBLICA</w:t>
      </w:r>
    </w:p>
    <w:p w14:paraId="70CFBAB8" w14:textId="77777777" w:rsidR="0023540D" w:rsidRDefault="00CE67B1">
      <w:pPr>
        <w:spacing w:after="100"/>
        <w:jc w:val="both"/>
      </w:pPr>
      <w:r>
        <w:t xml:space="preserve">SEÑORA NOTARIA: En el registro de escrituras públicas a su cargo, dígnese insertar la presente escritura de liquidación de bienes de sociedad conyugal contenida en las </w:t>
      </w:r>
      <w:r>
        <w:t>siguientes cláusulas:</w:t>
      </w:r>
    </w:p>
    <w:p w14:paraId="6C3B0965" w14:textId="77777777" w:rsidR="0023540D" w:rsidRDefault="00CE67B1">
      <w:pPr>
        <w:spacing w:before="140" w:after="40"/>
        <w:jc w:val="both"/>
      </w:pPr>
      <w:r>
        <w:rPr>
          <w:b/>
        </w:rPr>
        <w:t>PRIMERA: COMPARECIENTES.-</w:t>
      </w:r>
    </w:p>
    <w:p w14:paraId="2FE45EE7" w14:textId="77777777" w:rsidR="0023540D" w:rsidRDefault="00CE67B1">
      <w:pPr>
        <w:spacing w:after="100"/>
        <w:jc w:val="both"/>
      </w:pPr>
      <w:r>
        <w:t xml:space="preserve">Comparecen al otorgamiento y suscripción de esta Escritura Pública, la señora </w:t>
      </w:r>
      <w:r>
        <w:rPr>
          <w:color w:val="C00000"/>
        </w:rPr>
        <w:t>[NOMBRE COMPLETO DE LA CÓNYUGE]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portadora de la cédula No. </w:t>
      </w:r>
      <w:r>
        <w:rPr>
          <w:color w:val="C00000"/>
        </w:rPr>
        <w:t>[__________]</w:t>
      </w:r>
      <w:r>
        <w:t>, mayor de edad, de estado</w:t>
      </w:r>
      <w:r>
        <w:t xml:space="preserve"> civil </w:t>
      </w:r>
      <w:r>
        <w:rPr>
          <w:color w:val="C00000"/>
        </w:rPr>
        <w:t>[__________]</w:t>
      </w:r>
      <w:r>
        <w:t xml:space="preserve">, de profesión </w:t>
      </w:r>
      <w:r>
        <w:rPr>
          <w:color w:val="C00000"/>
        </w:rPr>
        <w:t>[__________]</w:t>
      </w:r>
      <w:r>
        <w:t xml:space="preserve">, domiciliada en </w:t>
      </w:r>
      <w:r>
        <w:rPr>
          <w:color w:val="C00000"/>
        </w:rPr>
        <w:t>[DIRECCIÓN COMPLETA]</w:t>
      </w:r>
      <w:r>
        <w:t xml:space="preserve">, teléfono </w:t>
      </w:r>
      <w:r>
        <w:rPr>
          <w:color w:val="C00000"/>
        </w:rPr>
        <w:t>[__________]</w:t>
      </w:r>
      <w:r>
        <w:t xml:space="preserve">, correo electrónico </w:t>
      </w:r>
      <w:r>
        <w:rPr>
          <w:color w:val="C00000"/>
        </w:rPr>
        <w:t>[__________]</w:t>
      </w:r>
      <w:r>
        <w:t xml:space="preserve">, por sus propios derechos; y, el señor </w:t>
      </w:r>
      <w:r>
        <w:rPr>
          <w:color w:val="C00000"/>
        </w:rPr>
        <w:t>[NOMBRE COMPLETO DEL CÓNYUGE]</w:t>
      </w:r>
      <w:r>
        <w:t xml:space="preserve">, de estado civil </w:t>
      </w:r>
      <w:r>
        <w:rPr>
          <w:color w:val="C00000"/>
        </w:rPr>
        <w:t>[__________]</w:t>
      </w:r>
      <w:r>
        <w:t>, portador de la c</w:t>
      </w:r>
      <w:r>
        <w:t xml:space="preserve">édula No. </w:t>
      </w:r>
      <w:r>
        <w:rPr>
          <w:color w:val="C00000"/>
        </w:rPr>
        <w:t>[__________]</w:t>
      </w:r>
      <w:r>
        <w:t xml:space="preserve">, mayor de edad, de nacionalidad </w:t>
      </w:r>
      <w:r>
        <w:rPr>
          <w:color w:val="C00000"/>
        </w:rPr>
        <w:t>[NACIONALIDAD]</w:t>
      </w:r>
      <w:r>
        <w:t xml:space="preserve">, teléfono </w:t>
      </w:r>
      <w:r>
        <w:rPr>
          <w:color w:val="C00000"/>
        </w:rPr>
        <w:t>[__________]</w:t>
      </w:r>
      <w:r>
        <w:t xml:space="preserve">, domiciliado en </w:t>
      </w:r>
      <w:r>
        <w:rPr>
          <w:color w:val="C00000"/>
        </w:rPr>
        <w:t>[DIRECCIÓN COMPLETA]</w:t>
      </w:r>
      <w:r>
        <w:t xml:space="preserve">, correo electrónico </w:t>
      </w:r>
      <w:r>
        <w:rPr>
          <w:color w:val="C00000"/>
        </w:rPr>
        <w:t>[__________]</w:t>
      </w:r>
      <w:r>
        <w:t>, por sus propios derechos, ambos hábiles y capaces para contratar y obligarse.</w:t>
      </w:r>
    </w:p>
    <w:p w14:paraId="67199D75" w14:textId="77777777" w:rsidR="0023540D" w:rsidRDefault="00CE67B1">
      <w:pPr>
        <w:spacing w:before="140" w:after="40"/>
        <w:jc w:val="both"/>
      </w:pPr>
      <w:r>
        <w:rPr>
          <w:b/>
        </w:rPr>
        <w:t>SEGUNDA: ANTEC</w:t>
      </w:r>
      <w:r>
        <w:rPr>
          <w:b/>
        </w:rPr>
        <w:t>EDENTES.-</w:t>
      </w:r>
    </w:p>
    <w:p w14:paraId="5CBA6DAA" w14:textId="3EFF07DD" w:rsidR="0023540D" w:rsidRDefault="00CE67B1">
      <w:pPr>
        <w:spacing w:after="100"/>
        <w:jc w:val="both"/>
      </w:pPr>
      <w:r>
        <w:t xml:space="preserve">a) Según la copia certificada de la partida de matrimonio que se adjunta, los comparecientes contrajeron matrimonio el </w:t>
      </w:r>
      <w:r>
        <w:rPr>
          <w:color w:val="C00000"/>
        </w:rPr>
        <w:t>[FECHA]</w:t>
      </w:r>
      <w:r>
        <w:t xml:space="preserve"> en la ciudad de </w:t>
      </w:r>
      <w:r>
        <w:rPr>
          <w:color w:val="C00000"/>
        </w:rPr>
        <w:t>[CIUDAD]</w:t>
      </w:r>
      <w:r>
        <w:t>, estableciéndose entre ellos un régimen de sociedad conyugal. b) La sociedad conyugal se disol</w:t>
      </w:r>
      <w:r>
        <w:t xml:space="preserve">vió mediante </w:t>
      </w:r>
      <w:r>
        <w:rPr>
          <w:color w:val="C00000"/>
        </w:rPr>
        <w:t>[ACTA / ESCRITURA / SENTENCIA]</w:t>
      </w:r>
      <w:r>
        <w:t xml:space="preserve"> de fecha </w:t>
      </w:r>
      <w:r>
        <w:rPr>
          <w:color w:val="C00000"/>
        </w:rPr>
        <w:t>[FECHA]</w:t>
      </w:r>
      <w:r>
        <w:t xml:space="preserve">, otorgada ante </w:t>
      </w:r>
      <w:r>
        <w:rPr>
          <w:color w:val="C00000"/>
        </w:rPr>
        <w:t>[NOTARIO / AUTORIDAD]</w:t>
      </w:r>
      <w:r>
        <w:t xml:space="preserve"> del cantón </w:t>
      </w:r>
      <w:r>
        <w:rPr>
          <w:color w:val="C00000"/>
        </w:rPr>
        <w:t>[CANTÓN]</w:t>
      </w:r>
      <w:r>
        <w:t>, y dicha disolución se encuentra inscrita al margen de la partida de matrimonio</w:t>
      </w:r>
      <w:r w:rsidR="004A3088">
        <w:t xml:space="preserve"> conforme se desprende del documento adjunto.</w:t>
      </w:r>
    </w:p>
    <w:p w14:paraId="770DFCA1" w14:textId="77777777" w:rsidR="0023540D" w:rsidRDefault="00CE67B1">
      <w:pPr>
        <w:spacing w:after="100"/>
        <w:jc w:val="both"/>
      </w:pPr>
      <w:r>
        <w:t>Las partes han e</w:t>
      </w:r>
      <w:r>
        <w:t>stablecido que EL ACTIVO y EL PASIVO de la sociedad conyugal se conforman de la siguiente manera:</w:t>
      </w:r>
    </w:p>
    <w:p w14:paraId="6EA19F93" w14:textId="77777777" w:rsidR="0023540D" w:rsidRDefault="00CE67B1">
      <w:pPr>
        <w:spacing w:before="100" w:after="40"/>
        <w:jc w:val="both"/>
      </w:pPr>
      <w:r>
        <w:rPr>
          <w:b/>
        </w:rPr>
        <w:t>2.1. INMUEBLE.-</w:t>
      </w:r>
    </w:p>
    <w:p w14:paraId="4973CA9B" w14:textId="77777777" w:rsidR="0023540D" w:rsidRDefault="00CE67B1">
      <w:pPr>
        <w:spacing w:after="100"/>
        <w:jc w:val="both"/>
      </w:pPr>
      <w:r>
        <w:rPr>
          <w:color w:val="C00000"/>
        </w:rPr>
        <w:t>[DESCRIPCIÓN COMPLETA DEL INMUEBLE, FORMA DE ADQUISICIÓN Y ANTECEDENTES. LINDEROS Y DIMENSIONES GENERALES. VALOR: USD [__________]</w:t>
      </w:r>
      <w:r>
        <w:t>.]</w:t>
      </w:r>
    </w:p>
    <w:p w14:paraId="7A306E0D" w14:textId="77777777" w:rsidR="0023540D" w:rsidRDefault="00CE67B1">
      <w:pPr>
        <w:spacing w:after="100"/>
        <w:jc w:val="both"/>
      </w:pPr>
      <w:r>
        <w:rPr>
          <w:b/>
          <w:color w:val="C00000"/>
        </w:rPr>
        <w:t>[USAR SOL</w:t>
      </w:r>
      <w:r>
        <w:rPr>
          <w:b/>
          <w:color w:val="C00000"/>
        </w:rPr>
        <w:t>O CUANDO CORRESPONDA A PROPIEDAD HORIZONTAL: Incorporar fecha de celebración e inscripción de la declaratoria de propiedad horizontal, linderos singulares, superficie, niveles y alícuotas.]</w:t>
      </w:r>
    </w:p>
    <w:p w14:paraId="2EFAEF72" w14:textId="77777777" w:rsidR="0023540D" w:rsidRDefault="00CE67B1">
      <w:pPr>
        <w:spacing w:before="100" w:after="40"/>
        <w:jc w:val="both"/>
      </w:pPr>
      <w:r>
        <w:rPr>
          <w:b/>
        </w:rPr>
        <w:t>2.2. AUTOMÓVIL.-</w:t>
      </w:r>
    </w:p>
    <w:p w14:paraId="6BC0B2AA" w14:textId="77777777" w:rsidR="0023540D" w:rsidRDefault="00CE67B1">
      <w:pPr>
        <w:spacing w:after="100"/>
        <w:jc w:val="both"/>
      </w:pPr>
      <w:r>
        <w:rPr>
          <w:b/>
          <w:color w:val="C00000"/>
        </w:rPr>
        <w:t>[USAR SOLO CUANDO CORRESPONDA: Marca [__________]</w:t>
      </w:r>
      <w:r>
        <w:rPr>
          <w:b/>
        </w:rPr>
        <w:t xml:space="preserve">, Modelo </w:t>
      </w:r>
      <w:r>
        <w:rPr>
          <w:b/>
          <w:color w:val="C00000"/>
        </w:rPr>
        <w:t>[__________]</w:t>
      </w:r>
      <w:r>
        <w:rPr>
          <w:b/>
        </w:rPr>
        <w:t xml:space="preserve">, Año </w:t>
      </w:r>
      <w:r>
        <w:rPr>
          <w:b/>
          <w:color w:val="C00000"/>
        </w:rPr>
        <w:t>[____]</w:t>
      </w:r>
      <w:r>
        <w:rPr>
          <w:b/>
        </w:rPr>
        <w:t xml:space="preserve">, Color </w:t>
      </w:r>
      <w:r>
        <w:rPr>
          <w:b/>
          <w:color w:val="C00000"/>
        </w:rPr>
        <w:t>[__________]</w:t>
      </w:r>
      <w:r>
        <w:rPr>
          <w:b/>
        </w:rPr>
        <w:t xml:space="preserve">, Chasis </w:t>
      </w:r>
      <w:r>
        <w:rPr>
          <w:b/>
          <w:color w:val="C00000"/>
        </w:rPr>
        <w:t>[__________]</w:t>
      </w:r>
      <w:r>
        <w:rPr>
          <w:b/>
        </w:rPr>
        <w:t xml:space="preserve">, Motor </w:t>
      </w:r>
      <w:r>
        <w:rPr>
          <w:b/>
          <w:color w:val="C00000"/>
        </w:rPr>
        <w:t>[__________]</w:t>
      </w:r>
      <w:r>
        <w:rPr>
          <w:b/>
        </w:rPr>
        <w:t xml:space="preserve">, Placa </w:t>
      </w:r>
      <w:r>
        <w:rPr>
          <w:b/>
          <w:color w:val="C00000"/>
        </w:rPr>
        <w:t>[__________]</w:t>
      </w:r>
      <w:r>
        <w:rPr>
          <w:b/>
        </w:rPr>
        <w:t xml:space="preserve">. Valor: USD </w:t>
      </w:r>
      <w:r>
        <w:rPr>
          <w:b/>
          <w:color w:val="C00000"/>
        </w:rPr>
        <w:t>[__________]</w:t>
      </w:r>
      <w:r>
        <w:rPr>
          <w:b/>
        </w:rPr>
        <w:t>.]</w:t>
      </w:r>
    </w:p>
    <w:p w14:paraId="5A93242F" w14:textId="77777777" w:rsidR="0023540D" w:rsidRDefault="00CE67B1">
      <w:pPr>
        <w:spacing w:before="100" w:after="40"/>
        <w:jc w:val="both"/>
      </w:pPr>
      <w:r>
        <w:rPr>
          <w:b/>
        </w:rPr>
        <w:t>2.3. OTROS ACTIVOS.-</w:t>
      </w:r>
    </w:p>
    <w:p w14:paraId="59E005CD" w14:textId="77777777" w:rsidR="0023540D" w:rsidRDefault="00CE67B1">
      <w:pPr>
        <w:spacing w:after="100"/>
        <w:jc w:val="both"/>
      </w:pPr>
      <w:r>
        <w:rPr>
          <w:b/>
          <w:color w:val="C00000"/>
        </w:rPr>
        <w:t xml:space="preserve">[USAR SOLO CUANDO CORRESPONDA: Describir los demás bienes o activos que formen parte de la </w:t>
      </w:r>
      <w:r>
        <w:rPr>
          <w:b/>
          <w:color w:val="C00000"/>
        </w:rPr>
        <w:t>sociedad conyugal, indicando su valor.]</w:t>
      </w:r>
    </w:p>
    <w:p w14:paraId="024B6471" w14:textId="77777777" w:rsidR="0023540D" w:rsidRDefault="00CE67B1">
      <w:pPr>
        <w:spacing w:after="100"/>
        <w:jc w:val="both"/>
      </w:pPr>
      <w:r>
        <w:t>EL PASIVO de la sociedad conyugal se detalla a continuación:</w:t>
      </w:r>
    </w:p>
    <w:p w14:paraId="2158E3CC" w14:textId="77777777" w:rsidR="0023540D" w:rsidRDefault="00CE67B1">
      <w:pPr>
        <w:spacing w:before="100" w:after="40"/>
        <w:jc w:val="both"/>
      </w:pPr>
      <w:r>
        <w:rPr>
          <w:b/>
        </w:rPr>
        <w:t>2.4. HIPOTECA.-</w:t>
      </w:r>
    </w:p>
    <w:p w14:paraId="6A27CB0C" w14:textId="77777777" w:rsidR="0023540D" w:rsidRDefault="00CE67B1">
      <w:pPr>
        <w:spacing w:after="100"/>
        <w:jc w:val="both"/>
      </w:pPr>
      <w:r>
        <w:rPr>
          <w:b/>
          <w:color w:val="C00000"/>
        </w:rPr>
        <w:lastRenderedPageBreak/>
        <w:t>[USAR SOLO CUANDO CORRESPONDA: Describir la hipoteca, acreedor, inmueble, escritura, fecha de otorgamiento e inscripción y saldo pendiente.</w:t>
      </w:r>
      <w:r>
        <w:rPr>
          <w:b/>
          <w:color w:val="C00000"/>
        </w:rPr>
        <w:t>]</w:t>
      </w:r>
    </w:p>
    <w:p w14:paraId="13A57636" w14:textId="77777777" w:rsidR="0023540D" w:rsidRDefault="00CE67B1">
      <w:pPr>
        <w:spacing w:before="100" w:after="40"/>
        <w:jc w:val="both"/>
      </w:pPr>
      <w:r>
        <w:rPr>
          <w:b/>
        </w:rPr>
        <w:t>2.5. CRÉDITO U OBLIGACIÓN.-</w:t>
      </w:r>
    </w:p>
    <w:p w14:paraId="4DB4A9D7" w14:textId="77777777" w:rsidR="0023540D" w:rsidRDefault="00CE67B1">
      <w:pPr>
        <w:spacing w:after="100"/>
        <w:jc w:val="both"/>
      </w:pPr>
      <w:r>
        <w:rPr>
          <w:b/>
          <w:color w:val="C00000"/>
        </w:rPr>
        <w:t>[USAR SOLO CUANDO CORRESPONDA: Describir la obligación, acreedor, monto original y saldo pendiente.]</w:t>
      </w:r>
    </w:p>
    <w:p w14:paraId="26E48E19" w14:textId="77777777" w:rsidR="0023540D" w:rsidRDefault="00CE67B1">
      <w:pPr>
        <w:spacing w:before="140" w:after="40"/>
        <w:jc w:val="both"/>
      </w:pPr>
      <w:r>
        <w:rPr>
          <w:b/>
        </w:rPr>
        <w:t>TERCERA: LIQUIDACIÓN Y ADJUDICACIÓN.-</w:t>
      </w:r>
    </w:p>
    <w:p w14:paraId="292C2BA0" w14:textId="77777777" w:rsidR="0023540D" w:rsidRDefault="00CE67B1">
      <w:pPr>
        <w:spacing w:after="100"/>
        <w:jc w:val="both"/>
      </w:pPr>
      <w:r>
        <w:t>Los comparecientes, libre y voluntariamente, expresan su voluntad de liquidar la socied</w:t>
      </w:r>
      <w:r>
        <w:t>ad conyugal, y por cuanto no han pactado indivisión alguna, establecen de común acuerdo la siguiente partición y adjudicación de activos y pasivos de sus gananciales:</w:t>
      </w:r>
    </w:p>
    <w:p w14:paraId="1E926B19" w14:textId="77777777" w:rsidR="0023540D" w:rsidRDefault="00CE67B1">
      <w:pPr>
        <w:spacing w:before="100" w:after="40"/>
        <w:jc w:val="both"/>
      </w:pPr>
      <w:r>
        <w:rPr>
          <w:b/>
        </w:rPr>
        <w:t xml:space="preserve">3.1. A la señora </w:t>
      </w:r>
      <w:r>
        <w:rPr>
          <w:b/>
          <w:color w:val="C00000"/>
        </w:rPr>
        <w:t>[NOMBRE DE LA CÓNYUGE]</w:t>
      </w:r>
      <w:r>
        <w:rPr>
          <w:b/>
        </w:rPr>
        <w:t xml:space="preserve"> se le adjudican los siguientes bienes:</w:t>
      </w:r>
    </w:p>
    <w:p w14:paraId="72236CFB" w14:textId="77777777" w:rsidR="0023540D" w:rsidRDefault="00CE67B1">
      <w:pPr>
        <w:spacing w:after="100"/>
        <w:jc w:val="both"/>
      </w:pPr>
      <w:r>
        <w:t>3.1.1. Inm</w:t>
      </w:r>
      <w:r>
        <w:t xml:space="preserve">ueble: La propiedad descrita en la cláusula 2.1. </w:t>
      </w:r>
      <w:r>
        <w:rPr>
          <w:color w:val="C00000"/>
        </w:rPr>
        <w:t>[USAR SOLO CUANDO CORRESPONDA: Pasivo: Asume personal y exclusivamente la responsabilidad del pasivo descrito en el numeral [__________]</w:t>
      </w:r>
      <w:r>
        <w:t xml:space="preserve">.] </w:t>
      </w:r>
      <w:r>
        <w:rPr>
          <w:color w:val="C00000"/>
        </w:rPr>
        <w:t>[USAR SOLO CUANDO CORRESPONDA: Automóvil: El vehículo descrito en el</w:t>
      </w:r>
      <w:r>
        <w:rPr>
          <w:color w:val="C00000"/>
        </w:rPr>
        <w:t xml:space="preserve"> numeral 2.2.]</w:t>
      </w:r>
    </w:p>
    <w:p w14:paraId="5418BD49" w14:textId="77777777" w:rsidR="0023540D" w:rsidRDefault="00CE67B1">
      <w:pPr>
        <w:spacing w:before="100" w:after="40"/>
        <w:jc w:val="both"/>
      </w:pPr>
      <w:r>
        <w:rPr>
          <w:b/>
        </w:rPr>
        <w:t xml:space="preserve">3.2. Al señor </w:t>
      </w:r>
      <w:r>
        <w:rPr>
          <w:b/>
          <w:color w:val="C00000"/>
        </w:rPr>
        <w:t>[NOMBRE DEL CÓNYUGE]</w:t>
      </w:r>
      <w:r>
        <w:rPr>
          <w:b/>
        </w:rPr>
        <w:t xml:space="preserve"> se le adjudican los siguientes bienes:</w:t>
      </w:r>
    </w:p>
    <w:p w14:paraId="54228D22" w14:textId="77777777" w:rsidR="0023540D" w:rsidRDefault="00CE67B1">
      <w:pPr>
        <w:spacing w:after="100"/>
        <w:jc w:val="both"/>
      </w:pPr>
      <w:r>
        <w:t xml:space="preserve">3.2.1. </w:t>
      </w:r>
      <w:r>
        <w:rPr>
          <w:color w:val="C00000"/>
        </w:rPr>
        <w:t>[DESCRIBIR EL BIEN O BIENES QUE SE ADJUDICAN]</w:t>
      </w:r>
      <w:r>
        <w:t xml:space="preserve">. </w:t>
      </w:r>
      <w:r>
        <w:rPr>
          <w:color w:val="C00000"/>
        </w:rPr>
        <w:t xml:space="preserve">[USAR SOLO CUANDO CORRESPONDA: Asume personal y exclusivamente la responsabilidad del pasivo descrito en el </w:t>
      </w:r>
      <w:r>
        <w:rPr>
          <w:color w:val="C00000"/>
        </w:rPr>
        <w:t>numeral [__________]</w:t>
      </w:r>
      <w:r>
        <w:t>.]</w:t>
      </w:r>
    </w:p>
    <w:p w14:paraId="4C8D359B" w14:textId="77777777" w:rsidR="0023540D" w:rsidRDefault="00CE67B1">
      <w:pPr>
        <w:spacing w:before="140" w:after="40"/>
        <w:jc w:val="both"/>
      </w:pPr>
      <w:r>
        <w:rPr>
          <w:b/>
        </w:rPr>
        <w:t>CUARTA: OTROS BIENES DE LA SOCIEDAD CONYUGAL.-</w:t>
      </w:r>
    </w:p>
    <w:p w14:paraId="604E567F" w14:textId="77777777" w:rsidR="0023540D" w:rsidRDefault="00CE67B1">
      <w:pPr>
        <w:spacing w:after="100"/>
        <w:jc w:val="both"/>
      </w:pPr>
      <w:r>
        <w:t xml:space="preserve">Cualquier otro bien que pudiere haber pertenecido a la Sociedad Conyugal y que no esté incluido en la enumeración anterior, en lo sucesivo pertenecerá a los señores </w:t>
      </w:r>
      <w:r>
        <w:rPr>
          <w:color w:val="C00000"/>
        </w:rPr>
        <w:t>[NOMBRE DE LA CÓNYUGE</w:t>
      </w:r>
      <w:r>
        <w:rPr>
          <w:color w:val="C00000"/>
        </w:rPr>
        <w:t>]</w:t>
      </w:r>
      <w:r>
        <w:t xml:space="preserve"> y </w:t>
      </w:r>
      <w:r>
        <w:rPr>
          <w:color w:val="C00000"/>
        </w:rPr>
        <w:t>[NOMBRE DEL CÓNYUGE]</w:t>
      </w:r>
      <w:r>
        <w:t>, en partes iguales, aclarándose que estos bienes ya no formarán parte de la sociedad conyugal disuelta, sino que existirá sobre ellos copropiedad.</w:t>
      </w:r>
    </w:p>
    <w:p w14:paraId="38592226" w14:textId="77777777" w:rsidR="0023540D" w:rsidRDefault="00CE67B1">
      <w:pPr>
        <w:spacing w:before="140" w:after="40"/>
        <w:jc w:val="both"/>
      </w:pPr>
      <w:r>
        <w:rPr>
          <w:b/>
        </w:rPr>
        <w:t>QUINTA: SOMETIMIENTO AL RÉGIMEN DE PROPIEDAD HORIZONTAL.-</w:t>
      </w:r>
    </w:p>
    <w:p w14:paraId="4E7FE7BE" w14:textId="77777777" w:rsidR="0023540D" w:rsidRDefault="00CE67B1">
      <w:pPr>
        <w:spacing w:after="100"/>
        <w:jc w:val="both"/>
      </w:pPr>
      <w:r>
        <w:rPr>
          <w:color w:val="C00000"/>
        </w:rPr>
        <w:t>[USAR SOLO CUANDO CORRESPO</w:t>
      </w:r>
      <w:r>
        <w:rPr>
          <w:color w:val="C00000"/>
        </w:rPr>
        <w:t>NDA: El/la adjudicatario/a declara que conoce que el inmueble que se le adjudica se encuentra sujeto al régimen de propiedad horizontal y al reglamento de copropietarios, los cuales acepta y expresamente se somete.]</w:t>
      </w:r>
    </w:p>
    <w:p w14:paraId="1BEA38FF" w14:textId="77777777" w:rsidR="0023540D" w:rsidRDefault="00CE67B1">
      <w:pPr>
        <w:spacing w:before="140" w:after="40"/>
        <w:jc w:val="both"/>
      </w:pPr>
      <w:r>
        <w:rPr>
          <w:b/>
        </w:rPr>
        <w:t>SEXTA: ACEPTACIÓN.-</w:t>
      </w:r>
    </w:p>
    <w:p w14:paraId="0399415E" w14:textId="77777777" w:rsidR="0023540D" w:rsidRDefault="00CE67B1">
      <w:pPr>
        <w:spacing w:after="100"/>
        <w:jc w:val="both"/>
      </w:pPr>
      <w:r>
        <w:t>Los comparecientes a</w:t>
      </w:r>
      <w:r>
        <w:t>ceptan en su totalidad el contenido de la presente escritura, la liquidación, la partición y adjudicación realizadas, luego de lo cual pasarán a ser propietarios exclusivos de los bienes que han sido adjudicados.</w:t>
      </w:r>
    </w:p>
    <w:p w14:paraId="296D6581" w14:textId="77777777" w:rsidR="0023540D" w:rsidRDefault="00CE67B1">
      <w:pPr>
        <w:spacing w:before="140" w:after="40"/>
        <w:jc w:val="both"/>
      </w:pPr>
      <w:r>
        <w:rPr>
          <w:b/>
        </w:rPr>
        <w:t>SÉPTIMA: AUTORIZACIÓN DE REGISTRO E INSCRIP</w:t>
      </w:r>
      <w:r>
        <w:rPr>
          <w:b/>
        </w:rPr>
        <w:t>CIONES.-</w:t>
      </w:r>
    </w:p>
    <w:p w14:paraId="64DBBBBC" w14:textId="77777777" w:rsidR="0023540D" w:rsidRDefault="00CE67B1">
      <w:pPr>
        <w:spacing w:after="100"/>
        <w:jc w:val="both"/>
      </w:pPr>
      <w:r>
        <w:t>Los comparecientes autorizan expresamente a cualquiera de las partes para solicitar, tramitar y obtener las correspondientes inscripciones, marginaciones y registros ante las entidades que correspondan, y se obligan a firmar cuanto documento sea n</w:t>
      </w:r>
      <w:r>
        <w:t>ecesario para cumplir lo aquí acordado.</w:t>
      </w:r>
    </w:p>
    <w:p w14:paraId="5CBE0C23" w14:textId="77777777" w:rsidR="0023540D" w:rsidRDefault="00CE67B1">
      <w:pPr>
        <w:spacing w:before="140" w:after="40"/>
        <w:jc w:val="both"/>
      </w:pPr>
      <w:r>
        <w:rPr>
          <w:b/>
        </w:rPr>
        <w:t>OCTAVA: GASTOS.-</w:t>
      </w:r>
    </w:p>
    <w:p w14:paraId="01E489B0" w14:textId="77777777" w:rsidR="0023540D" w:rsidRDefault="00CE67B1">
      <w:pPr>
        <w:spacing w:after="100"/>
        <w:jc w:val="both"/>
      </w:pPr>
      <w:r>
        <w:t>Los gastos que demande el otorgamiento de la presente escritura, así como las marginaciones, registros e inscripciones, serán cubiertos en partes iguales por los comparecientes, salvo acuerdo en cont</w:t>
      </w:r>
      <w:r>
        <w:t>rario.</w:t>
      </w:r>
    </w:p>
    <w:p w14:paraId="3782D8CA" w14:textId="77777777" w:rsidR="0023540D" w:rsidRDefault="00CE67B1">
      <w:pPr>
        <w:spacing w:before="140" w:after="40"/>
        <w:jc w:val="both"/>
      </w:pPr>
      <w:r>
        <w:rPr>
          <w:b/>
        </w:rPr>
        <w:lastRenderedPageBreak/>
        <w:t>NOVENA: CUANTÍA.-</w:t>
      </w:r>
    </w:p>
    <w:p w14:paraId="31C38B89" w14:textId="77777777" w:rsidR="0023540D" w:rsidRDefault="00CE67B1">
      <w:pPr>
        <w:spacing w:after="100"/>
        <w:jc w:val="both"/>
      </w:pPr>
      <w:r>
        <w:t xml:space="preserve">La cuantía es de USD </w:t>
      </w:r>
      <w:r>
        <w:rPr>
          <w:color w:val="C00000"/>
        </w:rPr>
        <w:t>[__________]</w:t>
      </w:r>
      <w:r>
        <w:t xml:space="preserve"> DÓLARES DE LOS ESTADOS UNIDOS DE AMÉRICA, que corresponde al patrimonio neto de la sociedad conyugal. </w:t>
      </w:r>
      <w:r>
        <w:rPr>
          <w:color w:val="C00000"/>
        </w:rPr>
        <w:t>[ACTIVOS – PASIVOS = PATRIMONIO NETO]</w:t>
      </w:r>
      <w:r>
        <w:t>.</w:t>
      </w:r>
    </w:p>
    <w:p w14:paraId="35CCE28F" w14:textId="77777777" w:rsidR="0023540D" w:rsidRDefault="00CE67B1">
      <w:pPr>
        <w:spacing w:before="140" w:after="40"/>
        <w:jc w:val="both"/>
      </w:pPr>
      <w:r>
        <w:rPr>
          <w:b/>
        </w:rPr>
        <w:t>DÉCIMA: GRAVÁMENES.-</w:t>
      </w:r>
    </w:p>
    <w:p w14:paraId="101C4EFC" w14:textId="77777777" w:rsidR="0023540D" w:rsidRDefault="00CE67B1">
      <w:pPr>
        <w:spacing w:after="100"/>
        <w:jc w:val="both"/>
      </w:pPr>
      <w:r>
        <w:rPr>
          <w:color w:val="C00000"/>
        </w:rPr>
        <w:t>[USAR SOLO CUANDO CORRESPONDA: Sobr</w:t>
      </w:r>
      <w:r>
        <w:rPr>
          <w:color w:val="C00000"/>
        </w:rPr>
        <w:t>e el bien que se describe en la cláusula segunda existe [PROHIBICIÓN DE ENAJENAR / HIPOTECA / OTRO GRAVAMEN]</w:t>
      </w:r>
      <w:r>
        <w:t xml:space="preserve">, conforme a lo descrito en el numeral </w:t>
      </w:r>
      <w:r>
        <w:rPr>
          <w:color w:val="C00000"/>
        </w:rPr>
        <w:t>[__________]</w:t>
      </w:r>
      <w:r>
        <w:t>.]</w:t>
      </w:r>
    </w:p>
    <w:p w14:paraId="290ED484" w14:textId="77777777" w:rsidR="0023540D" w:rsidRDefault="00CE67B1">
      <w:pPr>
        <w:spacing w:after="100"/>
        <w:jc w:val="both"/>
      </w:pPr>
      <w:r>
        <w:t>Usted, señora Notaria, se servirá agregar y anteponer las demás cláusulas de estilo necesarias</w:t>
      </w:r>
      <w:r>
        <w:t xml:space="preserve"> para la completa y plena validez de la presente escritura pública.</w:t>
      </w:r>
    </w:p>
    <w:p w14:paraId="38FBA3EB" w14:textId="77777777" w:rsidR="0023540D" w:rsidRDefault="00CE67B1">
      <w:pPr>
        <w:spacing w:before="160" w:after="240"/>
        <w:jc w:val="both"/>
      </w:pPr>
      <w:r>
        <w:t>Firmamos conjuntamente con nuestro abogado patrocinador.</w:t>
      </w:r>
    </w:p>
    <w:p w14:paraId="44751A60" w14:textId="77777777" w:rsidR="004A3088" w:rsidRDefault="004A3088">
      <w:pPr>
        <w:spacing w:after="100"/>
        <w:jc w:val="center"/>
        <w:rPr>
          <w:b/>
          <w:color w:val="C00000"/>
        </w:rPr>
      </w:pPr>
    </w:p>
    <w:p w14:paraId="647B3B7E" w14:textId="58DD7F9A" w:rsidR="0023540D" w:rsidRDefault="00CE67B1">
      <w:pPr>
        <w:spacing w:after="100"/>
        <w:jc w:val="center"/>
      </w:pPr>
      <w:r>
        <w:rPr>
          <w:b/>
          <w:color w:val="C00000"/>
        </w:rPr>
        <w:t>[NOMBRE DEL ABOGADO PATROCINADOR]</w:t>
      </w:r>
    </w:p>
    <w:p w14:paraId="66A64E34" w14:textId="77777777" w:rsidR="0023540D" w:rsidRDefault="00CE67B1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23540D" w:rsidSect="00034616">
      <w:headerReference w:type="default" r:id="rId8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34402" w14:textId="77777777" w:rsidR="00CE67B1" w:rsidRDefault="00CE67B1">
      <w:pPr>
        <w:spacing w:after="0" w:line="240" w:lineRule="auto"/>
      </w:pPr>
      <w:r>
        <w:separator/>
      </w:r>
    </w:p>
  </w:endnote>
  <w:endnote w:type="continuationSeparator" w:id="0">
    <w:p w14:paraId="5D53FAA8" w14:textId="77777777" w:rsidR="00CE67B1" w:rsidRDefault="00CE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F0B0D" w14:textId="77777777" w:rsidR="00CE67B1" w:rsidRDefault="00CE67B1">
      <w:pPr>
        <w:spacing w:after="0" w:line="240" w:lineRule="auto"/>
      </w:pPr>
      <w:r>
        <w:separator/>
      </w:r>
    </w:p>
  </w:footnote>
  <w:footnote w:type="continuationSeparator" w:id="0">
    <w:p w14:paraId="1B881BAD" w14:textId="77777777" w:rsidR="00CE67B1" w:rsidRDefault="00CE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E115C" w14:textId="77777777" w:rsidR="0023540D" w:rsidRDefault="0023540D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23540D" w14:paraId="6CB14E51" w14:textId="77777777">
      <w:trPr>
        <w:jc w:val="center"/>
      </w:trPr>
      <w:tc>
        <w:tcPr>
          <w:tcW w:w="4677" w:type="dxa"/>
        </w:tcPr>
        <w:p w14:paraId="7C5CC984" w14:textId="77777777" w:rsidR="0023540D" w:rsidRDefault="00CE67B1">
          <w:r>
            <w:rPr>
              <w:noProof/>
            </w:rPr>
            <w:drawing>
              <wp:inline distT="0" distB="0" distL="0" distR="0" wp14:anchorId="44D63132" wp14:editId="682A14AB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0EABB7A8" w14:textId="77777777" w:rsidR="0023540D" w:rsidRDefault="00CE67B1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540D"/>
    <w:rsid w:val="0029639D"/>
    <w:rsid w:val="00326F90"/>
    <w:rsid w:val="004A3088"/>
    <w:rsid w:val="00AA1D8D"/>
    <w:rsid w:val="00B47730"/>
    <w:rsid w:val="00CB0664"/>
    <w:rsid w:val="00CE67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62B7E"/>
  <w14:defaultImageDpi w14:val="300"/>
  <w15:docId w15:val="{BA25F92A-1C8B-42B4-B7D3-5946C900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894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2026-08-22T06:24:00Z</dcterms:modified>
  <cp:category/>
</cp:coreProperties>
</file>