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48681" w14:textId="77777777" w:rsidR="00520963" w:rsidRDefault="0018313E">
      <w:pPr>
        <w:spacing w:after="40"/>
        <w:jc w:val="center"/>
      </w:pPr>
      <w:r>
        <w:rPr>
          <w:b/>
        </w:rPr>
        <w:t>MODELO GRATUITO</w:t>
      </w:r>
    </w:p>
    <w:p w14:paraId="3998DAE8" w14:textId="77777777" w:rsidR="00520963" w:rsidRDefault="0018313E">
      <w:pPr>
        <w:spacing w:after="40"/>
        <w:jc w:val="center"/>
      </w:pPr>
      <w:r>
        <w:rPr>
          <w:b/>
          <w:sz w:val="32"/>
        </w:rPr>
        <w:t>PARTICIÓN Y ADJUDICACIÓN EXTRAJUDICIAL</w:t>
      </w:r>
    </w:p>
    <w:p w14:paraId="3812BA2B" w14:textId="77777777" w:rsidR="00520963" w:rsidRDefault="0018313E">
      <w:pPr>
        <w:spacing w:after="240"/>
        <w:jc w:val="center"/>
      </w:pPr>
      <w:r>
        <w:t>MINUTA</w:t>
      </w:r>
    </w:p>
    <w:p w14:paraId="417CCCD4" w14:textId="77777777" w:rsidR="00520963" w:rsidRDefault="0018313E">
      <w:pPr>
        <w:spacing w:after="100"/>
        <w:jc w:val="both"/>
      </w:pPr>
      <w:r>
        <w:t>SEÑORA NOTARIA: En el Protocolo de Escrituras Públicas a su cargo, sírvase incorporar una más de PARTICIÓN EXTRAJUDICIAL Y ADJUDICACIÓN al tenor de las siguientes cláusulas:</w:t>
      </w:r>
    </w:p>
    <w:p w14:paraId="6BCAA63F" w14:textId="77777777" w:rsidR="00520963" w:rsidRDefault="0018313E">
      <w:pPr>
        <w:spacing w:before="140" w:after="40"/>
        <w:jc w:val="both"/>
      </w:pPr>
      <w:r>
        <w:rPr>
          <w:b/>
        </w:rPr>
        <w:t xml:space="preserve">PRIMERA: </w:t>
      </w:r>
      <w:r>
        <w:rPr>
          <w:b/>
        </w:rPr>
        <w:t>COMPARECIENTES.-</w:t>
      </w:r>
    </w:p>
    <w:p w14:paraId="5858B8CB" w14:textId="77777777" w:rsidR="00520963" w:rsidRDefault="0018313E">
      <w:pPr>
        <w:spacing w:after="100"/>
        <w:jc w:val="both"/>
      </w:pPr>
      <w:r>
        <w:t xml:space="preserve">Para la celebración de la presente escritura pública comparecen los señores </w:t>
      </w:r>
      <w:r>
        <w:rPr>
          <w:color w:val="C00000"/>
        </w:rPr>
        <w:t>[NOMBRE COMPLETO DEL COMPARECIENTE 1]</w:t>
      </w:r>
      <w:r>
        <w:t xml:space="preserve">, de nacionalidad </w:t>
      </w:r>
      <w:r>
        <w:rPr>
          <w:color w:val="C00000"/>
        </w:rPr>
        <w:t>[NACIONALIDAD]</w:t>
      </w:r>
      <w:r>
        <w:t xml:space="preserve">, de estado civil </w:t>
      </w:r>
      <w:r>
        <w:rPr>
          <w:color w:val="C00000"/>
        </w:rPr>
        <w:t>[ESTADO CIVIL]</w:t>
      </w:r>
      <w:r>
        <w:t xml:space="preserve">, de ocupación / profesión </w:t>
      </w:r>
      <w:r>
        <w:rPr>
          <w:color w:val="C00000"/>
        </w:rPr>
        <w:t>[OCUPACIÓN / PROFESIÓN]</w:t>
      </w:r>
      <w:r>
        <w:t>, domiciliad</w:t>
      </w:r>
      <w:r>
        <w:t xml:space="preserve">o en </w:t>
      </w:r>
      <w:r>
        <w:rPr>
          <w:color w:val="C00000"/>
        </w:rPr>
        <w:t>[DIRECCIÓN COMPLETA]</w:t>
      </w:r>
      <w:r>
        <w:t xml:space="preserve">, con número de teléfono </w:t>
      </w:r>
      <w:r>
        <w:rPr>
          <w:color w:val="C00000"/>
        </w:rPr>
        <w:t>[__________]</w:t>
      </w:r>
      <w:r>
        <w:t xml:space="preserve"> y correo electrónico </w:t>
      </w:r>
      <w:r>
        <w:rPr>
          <w:color w:val="C00000"/>
        </w:rPr>
        <w:t>[__________]</w:t>
      </w:r>
      <w:r>
        <w:t xml:space="preserve">; y </w:t>
      </w:r>
      <w:r>
        <w:rPr>
          <w:color w:val="C00000"/>
        </w:rPr>
        <w:t>[NOMBRE COMPLETO DEL COMPARECIENTE 2]</w:t>
      </w:r>
      <w:r>
        <w:t xml:space="preserve">, de nacionalidad </w:t>
      </w:r>
      <w:r>
        <w:rPr>
          <w:color w:val="C00000"/>
        </w:rPr>
        <w:t>[NACIONALIDAD]</w:t>
      </w:r>
      <w:r>
        <w:t xml:space="preserve">, de estado civil </w:t>
      </w:r>
      <w:r>
        <w:rPr>
          <w:color w:val="C00000"/>
        </w:rPr>
        <w:t>[ESTADO CIVIL]</w:t>
      </w:r>
      <w:r>
        <w:t xml:space="preserve">, de ocupación / profesión </w:t>
      </w:r>
      <w:r>
        <w:rPr>
          <w:color w:val="C00000"/>
        </w:rPr>
        <w:t>[OCUPACIÓN / PROFESIÓN]</w:t>
      </w:r>
      <w:r>
        <w:t>, dom</w:t>
      </w:r>
      <w:r>
        <w:t xml:space="preserve">iciliado en </w:t>
      </w:r>
      <w:r>
        <w:rPr>
          <w:color w:val="C00000"/>
        </w:rPr>
        <w:t>[DIRECCIÓN COMPLETA]</w:t>
      </w:r>
      <w:r>
        <w:t xml:space="preserve">, con número de teléfono </w:t>
      </w:r>
      <w:r>
        <w:rPr>
          <w:color w:val="C00000"/>
        </w:rPr>
        <w:t>[__________]</w:t>
      </w:r>
      <w:r>
        <w:t xml:space="preserve"> y correo electrónico </w:t>
      </w:r>
      <w:r>
        <w:rPr>
          <w:color w:val="C00000"/>
        </w:rPr>
        <w:t>[__________]</w:t>
      </w:r>
      <w:r>
        <w:t xml:space="preserve">. </w:t>
      </w:r>
      <w:r>
        <w:rPr>
          <w:color w:val="C00000"/>
        </w:rPr>
        <w:t>[INCLUIR SOLO CUANDO CORRESPONDA: Agregar a los demás herederos o copropietarios que intervengan.]</w:t>
      </w:r>
    </w:p>
    <w:p w14:paraId="5EB631F7" w14:textId="77777777" w:rsidR="00520963" w:rsidRDefault="0018313E">
      <w:pPr>
        <w:spacing w:before="140" w:after="40"/>
        <w:jc w:val="both"/>
      </w:pPr>
      <w:r>
        <w:rPr>
          <w:b/>
        </w:rPr>
        <w:t>SEGUNDA: ANTECEDENTES.-</w:t>
      </w:r>
    </w:p>
    <w:p w14:paraId="0EA7B1FE" w14:textId="77777777" w:rsidR="00520963" w:rsidRDefault="0018313E">
      <w:pPr>
        <w:spacing w:after="100"/>
        <w:jc w:val="both"/>
      </w:pPr>
      <w:r>
        <w:t xml:space="preserve">A) El señor/a </w:t>
      </w:r>
      <w:r>
        <w:rPr>
          <w:color w:val="C00000"/>
        </w:rPr>
        <w:t>[NOMBRE COMPLE</w:t>
      </w:r>
      <w:r>
        <w:rPr>
          <w:color w:val="C00000"/>
        </w:rPr>
        <w:t>TO DEL CAUSANTE / TITULAR]</w:t>
      </w:r>
      <w:r>
        <w:t xml:space="preserve"> en vida fue propietario/a de los siguientes bienes:</w:t>
      </w:r>
    </w:p>
    <w:p w14:paraId="526407E8" w14:textId="77777777" w:rsidR="00520963" w:rsidRDefault="0018313E">
      <w:pPr>
        <w:spacing w:after="100"/>
        <w:jc w:val="both"/>
      </w:pPr>
      <w:r>
        <w:t xml:space="preserve">UNO.- </w:t>
      </w:r>
      <w:r>
        <w:rPr>
          <w:color w:val="C00000"/>
        </w:rPr>
        <w:t>[DESCRIPCIÓN DEL INMUEBLE, FORMA DE ADQUISICIÓN Y ANTECEDENTES DE DOMINIO, FECHA DE LA ESCRITURA O TÍTULO, NOTARÍA O ENTIDAD OTORGANTE, FECHA DE INSCRIPCIÓN, Y LINDEROS: N</w:t>
      </w:r>
      <w:r>
        <w:rPr>
          <w:color w:val="C00000"/>
        </w:rPr>
        <w:t>ORTE: [__________]</w:t>
      </w:r>
      <w:r>
        <w:t xml:space="preserve">; SUR: </w:t>
      </w:r>
      <w:r>
        <w:rPr>
          <w:color w:val="C00000"/>
        </w:rPr>
        <w:t>[__________]</w:t>
      </w:r>
      <w:r>
        <w:t xml:space="preserve">; ESTE: </w:t>
      </w:r>
      <w:r>
        <w:rPr>
          <w:color w:val="C00000"/>
        </w:rPr>
        <w:t>[__________]</w:t>
      </w:r>
      <w:r>
        <w:t xml:space="preserve">; OESTE: </w:t>
      </w:r>
      <w:r>
        <w:rPr>
          <w:color w:val="C00000"/>
        </w:rPr>
        <w:t>[__________]</w:t>
      </w:r>
      <w:r>
        <w:t xml:space="preserve">. SUPERFICIE: </w:t>
      </w:r>
      <w:r>
        <w:rPr>
          <w:color w:val="C00000"/>
        </w:rPr>
        <w:t>[__________]</w:t>
      </w:r>
      <w:r>
        <w:t xml:space="preserve"> m².]</w:t>
      </w:r>
    </w:p>
    <w:p w14:paraId="629036AE" w14:textId="77777777" w:rsidR="00520963" w:rsidRDefault="0018313E">
      <w:pPr>
        <w:spacing w:after="100"/>
        <w:jc w:val="both"/>
      </w:pPr>
      <w:r>
        <w:rPr>
          <w:color w:val="C00000"/>
        </w:rPr>
        <w:t>[INCLUIR SOLO CUANDO CORRESPONDA: Repetir la descripción para cada inmueble que forme parte de la partición.]</w:t>
      </w:r>
    </w:p>
    <w:p w14:paraId="518EA486" w14:textId="77777777" w:rsidR="00520963" w:rsidRDefault="0018313E">
      <w:pPr>
        <w:spacing w:after="100"/>
        <w:jc w:val="both"/>
      </w:pPr>
      <w:r>
        <w:rPr>
          <w:color w:val="C00000"/>
        </w:rPr>
        <w:t>[INCLUIR SOLO CUANDO CORRESPONDA: BI</w:t>
      </w:r>
      <w:r>
        <w:rPr>
          <w:color w:val="C00000"/>
        </w:rPr>
        <w:t>EN MUEBLE / VEHÍCULO: [MARCA, MODELO, AÑO, COLOR, CHASIS, MOTOR, PLACA Y AVALÚO]</w:t>
      </w:r>
      <w:r>
        <w:t>.]</w:t>
      </w:r>
    </w:p>
    <w:p w14:paraId="684A976C" w14:textId="77777777" w:rsidR="00520963" w:rsidRDefault="0018313E">
      <w:pPr>
        <w:spacing w:after="100"/>
        <w:jc w:val="both"/>
      </w:pPr>
      <w:r>
        <w:t xml:space="preserve">B) Mediante Acta de Posesión Efectiva celebrada el </w:t>
      </w:r>
      <w:r>
        <w:rPr>
          <w:color w:val="C00000"/>
        </w:rPr>
        <w:t>[FECHA]</w:t>
      </w:r>
      <w:r>
        <w:t xml:space="preserve"> ante el/la Notario/a </w:t>
      </w:r>
      <w:r>
        <w:rPr>
          <w:color w:val="C00000"/>
        </w:rPr>
        <w:t>[NOMBRE]</w:t>
      </w:r>
      <w:r>
        <w:t xml:space="preserve">, debidamente inscrita en el Registro de la Propiedad correspondiente el </w:t>
      </w:r>
      <w:r>
        <w:rPr>
          <w:color w:val="C00000"/>
        </w:rPr>
        <w:t>[FECHA]</w:t>
      </w:r>
      <w:r>
        <w:t xml:space="preserve">, se </w:t>
      </w:r>
      <w:r>
        <w:t xml:space="preserve">concedió la posesión efectiva proindiviso de los bienes dejados por el causante </w:t>
      </w:r>
      <w:r>
        <w:rPr>
          <w:color w:val="C00000"/>
        </w:rPr>
        <w:t>[NOMBRE COMPLETO DEL CAUSANTE]</w:t>
      </w:r>
      <w:r>
        <w:t xml:space="preserve">, a favor de </w:t>
      </w:r>
      <w:r>
        <w:rPr>
          <w:color w:val="C00000"/>
        </w:rPr>
        <w:t>[NOMBRES COMPLETOS DE LOS HEREDEROS]</w:t>
      </w:r>
      <w:r>
        <w:t>, dejando a salvo el derecho de terceros.</w:t>
      </w:r>
    </w:p>
    <w:p w14:paraId="109FF5E9" w14:textId="77777777" w:rsidR="00520963" w:rsidRDefault="0018313E">
      <w:pPr>
        <w:spacing w:after="100"/>
        <w:jc w:val="both"/>
      </w:pPr>
      <w:r>
        <w:rPr>
          <w:color w:val="C00000"/>
        </w:rPr>
        <w:t>[INCLUIR SOLO CUANDO CORRESPONDA: PASIVOS.- [DETALLAR L</w:t>
      </w:r>
      <w:r>
        <w:rPr>
          <w:color w:val="C00000"/>
        </w:rPr>
        <w:t>A CANTIDAD ADEUDADA, ACREEDOR Y FORMA EN QUE SERÁ ADJUDICADO EL PASIVO]</w:t>
      </w:r>
      <w:r>
        <w:t>. Para la partición y adjudicación del pasivo se cuenta con la autorización del acreedor.]</w:t>
      </w:r>
    </w:p>
    <w:p w14:paraId="63A99FCB" w14:textId="77777777" w:rsidR="00520963" w:rsidRDefault="0018313E">
      <w:pPr>
        <w:spacing w:before="140" w:after="40"/>
        <w:jc w:val="both"/>
      </w:pPr>
      <w:r>
        <w:rPr>
          <w:b/>
        </w:rPr>
        <w:t>TERCERA: DE LA PARTICIÓN EXTRAJUDICIAL Y ADJUDICACIÓN.-</w:t>
      </w:r>
    </w:p>
    <w:p w14:paraId="7D6418C4" w14:textId="77777777" w:rsidR="00520963" w:rsidRDefault="0018313E">
      <w:pPr>
        <w:spacing w:after="100"/>
        <w:jc w:val="both"/>
      </w:pPr>
      <w:r>
        <w:t>Con estos antecedentes, los comparecie</w:t>
      </w:r>
      <w:r>
        <w:t>ntes, en forma libre y voluntaria, sin presión de naturaleza alguna y de mutuo acuerdo, proceden a la partición extrajudicial y adjudicación de los bienes antes singularizados de la siguiente manera:</w:t>
      </w:r>
    </w:p>
    <w:p w14:paraId="0417183C" w14:textId="77777777" w:rsidR="00520963" w:rsidRDefault="0018313E">
      <w:pPr>
        <w:spacing w:after="100"/>
        <w:jc w:val="both"/>
      </w:pPr>
      <w:r>
        <w:lastRenderedPageBreak/>
        <w:t xml:space="preserve">a) Al señor/a </w:t>
      </w:r>
      <w:r>
        <w:rPr>
          <w:color w:val="C00000"/>
        </w:rPr>
        <w:t>[NOMBRE DEL ADJUDICATARIO 1]</w:t>
      </w:r>
      <w:r>
        <w:t xml:space="preserve">, se le adjudica </w:t>
      </w:r>
      <w:r>
        <w:rPr>
          <w:color w:val="C00000"/>
        </w:rPr>
        <w:t>[DESCRIPCIÓN COMPLETA DEL BIEN ADJUDICADO]</w:t>
      </w:r>
      <w:r>
        <w:t xml:space="preserve">, avaluado en </w:t>
      </w:r>
      <w:r>
        <w:rPr>
          <w:color w:val="C00000"/>
        </w:rPr>
        <w:t>[AVALÚO]</w:t>
      </w:r>
      <w:r>
        <w:t>.</w:t>
      </w:r>
    </w:p>
    <w:p w14:paraId="0509612F" w14:textId="77777777" w:rsidR="00520963" w:rsidRDefault="0018313E">
      <w:pPr>
        <w:spacing w:after="100"/>
        <w:jc w:val="both"/>
      </w:pPr>
      <w:r>
        <w:t xml:space="preserve">b) Al señor/a </w:t>
      </w:r>
      <w:r>
        <w:rPr>
          <w:color w:val="C00000"/>
        </w:rPr>
        <w:t>[NOMBRE DEL ADJUDICATARIO 2]</w:t>
      </w:r>
      <w:r>
        <w:t xml:space="preserve">, se le adjudica </w:t>
      </w:r>
      <w:r>
        <w:rPr>
          <w:color w:val="C00000"/>
        </w:rPr>
        <w:t>[DESCRIPCIÓN COMPLETA DEL BIEN ADJUDICADO]</w:t>
      </w:r>
      <w:r>
        <w:t xml:space="preserve">, avaluado en </w:t>
      </w:r>
      <w:r>
        <w:rPr>
          <w:color w:val="C00000"/>
        </w:rPr>
        <w:t>[AVALÚO]</w:t>
      </w:r>
      <w:r>
        <w:t>.</w:t>
      </w:r>
    </w:p>
    <w:p w14:paraId="53E20211" w14:textId="77777777" w:rsidR="00520963" w:rsidRDefault="0018313E">
      <w:pPr>
        <w:spacing w:after="100"/>
        <w:jc w:val="both"/>
      </w:pPr>
      <w:r>
        <w:rPr>
          <w:color w:val="C00000"/>
        </w:rPr>
        <w:t xml:space="preserve">[INCLUIR SOLO CUANDO CORRESPONDA: c) Al señor/a </w:t>
      </w:r>
      <w:r>
        <w:rPr>
          <w:color w:val="C00000"/>
        </w:rPr>
        <w:t>[NOMBRE]</w:t>
      </w:r>
      <w:r>
        <w:t xml:space="preserve">, se le adjudica el vehículo </w:t>
      </w:r>
      <w:r>
        <w:rPr>
          <w:color w:val="C00000"/>
        </w:rPr>
        <w:t>[DESCRIPCIÓN COMPLETA]</w:t>
      </w:r>
      <w:r>
        <w:t xml:space="preserve">, avaluado en </w:t>
      </w:r>
      <w:r>
        <w:rPr>
          <w:color w:val="C00000"/>
        </w:rPr>
        <w:t>[AVALÚO]</w:t>
      </w:r>
      <w:r>
        <w:t>.]</w:t>
      </w:r>
    </w:p>
    <w:p w14:paraId="207636A5" w14:textId="77777777" w:rsidR="00520963" w:rsidRDefault="0018313E">
      <w:pPr>
        <w:spacing w:after="100"/>
        <w:jc w:val="both"/>
      </w:pPr>
      <w:r>
        <w:rPr>
          <w:color w:val="C00000"/>
        </w:rPr>
        <w:t>[INCLUIR SOLO CUANDO CORRESPONDA: De existir obligaciones, se adjudican de la siguiente manera: [DESCRIBIR LA OBLIGACIÓN Y QUIÉN LA ASUME]</w:t>
      </w:r>
      <w:r>
        <w:t>, tomando en cuenta la autorizació</w:t>
      </w:r>
      <w:r>
        <w:t>n del acreedor.]</w:t>
      </w:r>
    </w:p>
    <w:p w14:paraId="721B2411" w14:textId="77777777" w:rsidR="00520963" w:rsidRDefault="0018313E">
      <w:pPr>
        <w:spacing w:after="100"/>
        <w:jc w:val="both"/>
      </w:pPr>
      <w:r>
        <w:t>El avalúo de cada inmueble corresponde al avalúo municipal tomado de la cédula catastral informativa o documento equivalente. La partición y adjudicación de cada bien se realiza dentro de la ubicación, linderos, dimensiones y superficie in</w:t>
      </w:r>
      <w:r>
        <w:t>dividualizados en la cláusula anterior, comprendiendo los usos, costumbres, entradas, salidas, servidumbres activas y pasivas y, en general, todo derecho que le sea anexo. No obstante la cabida y linderos determinados, la adjudicación se realiza como cuerp</w:t>
      </w:r>
      <w:r>
        <w:t>o cierto.</w:t>
      </w:r>
    </w:p>
    <w:p w14:paraId="16438EFF" w14:textId="77777777" w:rsidR="00520963" w:rsidRDefault="0018313E">
      <w:pPr>
        <w:spacing w:before="140" w:after="40"/>
        <w:jc w:val="both"/>
      </w:pPr>
      <w:r>
        <w:rPr>
          <w:b/>
        </w:rPr>
        <w:t>CUARTA: CUANTÍA.-</w:t>
      </w:r>
    </w:p>
    <w:p w14:paraId="38D198FD" w14:textId="77777777" w:rsidR="00520963" w:rsidRDefault="0018313E">
      <w:pPr>
        <w:spacing w:after="100"/>
        <w:jc w:val="both"/>
      </w:pPr>
      <w:r>
        <w:t xml:space="preserve">Pese a que la presente partición y adjudicación se realiza a título gratuito, para los fines legales pertinentes se fija una cuantía de </w:t>
      </w:r>
      <w:r>
        <w:rPr>
          <w:color w:val="C00000"/>
        </w:rPr>
        <w:t>[VALOR EN DÓLARES]</w:t>
      </w:r>
      <w:r>
        <w:t xml:space="preserve"> dólares de los Estados Unidos de América con 00/100, correspondiente al p</w:t>
      </w:r>
      <w:r>
        <w:t>atrimonio neto que se adjudica, esto es, activos menos pasivos.</w:t>
      </w:r>
    </w:p>
    <w:p w14:paraId="5BE6FF45" w14:textId="77777777" w:rsidR="00520963" w:rsidRDefault="0018313E">
      <w:pPr>
        <w:spacing w:before="140" w:after="40"/>
        <w:jc w:val="both"/>
      </w:pPr>
      <w:r>
        <w:rPr>
          <w:b/>
        </w:rPr>
        <w:t>QUINTA: GRAVÁMENES Y SANEAMIENTO.-</w:t>
      </w:r>
    </w:p>
    <w:p w14:paraId="47DBE058" w14:textId="77777777" w:rsidR="00520963" w:rsidRDefault="0018313E">
      <w:pPr>
        <w:spacing w:after="100"/>
        <w:jc w:val="both"/>
      </w:pPr>
      <w:r>
        <w:t xml:space="preserve">Los comparecientes declaran que sobre los inmuebles que se adjudican como cuerpo cierto </w:t>
      </w:r>
      <w:r>
        <w:rPr>
          <w:color w:val="C00000"/>
        </w:rPr>
        <w:t>[NO PESA / PESA]</w:t>
      </w:r>
      <w:r>
        <w:t xml:space="preserve"> gravamen, embargo, prohibición de enajenar y gravar </w:t>
      </w:r>
      <w:r>
        <w:t xml:space="preserve">o limitación al dominio, conforme consta en </w:t>
      </w:r>
      <w:r>
        <w:rPr>
          <w:color w:val="C00000"/>
        </w:rPr>
        <w:t>[CERTIFICADO DE GRAVÁMENES / DOCUMENTO CORRESPONDIENTE]</w:t>
      </w:r>
      <w:r>
        <w:t>. Los comparecientes se someten al saneamiento por evicción.</w:t>
      </w:r>
    </w:p>
    <w:p w14:paraId="593A677C" w14:textId="77777777" w:rsidR="00520963" w:rsidRDefault="0018313E">
      <w:pPr>
        <w:spacing w:after="100"/>
        <w:jc w:val="both"/>
      </w:pPr>
      <w:r>
        <w:rPr>
          <w:color w:val="C00000"/>
        </w:rPr>
        <w:t>[INCLUIR SOLO CUANDO CORRESPONDA: El/la adjudicatario/a declara que conoce que el inmueble que s</w:t>
      </w:r>
      <w:r>
        <w:rPr>
          <w:color w:val="C00000"/>
        </w:rPr>
        <w:t>e le adjudica se encuentra sujeto al régimen de propiedad horizontal y al reglamento de copropietarios, los cuales acepta y expresamente se somete.]</w:t>
      </w:r>
    </w:p>
    <w:p w14:paraId="30A0DFE2" w14:textId="77777777" w:rsidR="00520963" w:rsidRDefault="0018313E">
      <w:pPr>
        <w:spacing w:before="140" w:after="40"/>
        <w:jc w:val="both"/>
      </w:pPr>
      <w:r>
        <w:rPr>
          <w:b/>
        </w:rPr>
        <w:t>SEXTA: ACEPTACIÓN.-</w:t>
      </w:r>
    </w:p>
    <w:p w14:paraId="26B9A0CB" w14:textId="77777777" w:rsidR="00520963" w:rsidRDefault="0018313E">
      <w:pPr>
        <w:spacing w:after="100"/>
        <w:jc w:val="both"/>
      </w:pPr>
      <w:r>
        <w:t xml:space="preserve">Los adjudicatarios aceptan el contenido de la presente escritura y </w:t>
      </w:r>
      <w:r>
        <w:t>manifiestan su conformidad con la partición extrajudicial y adjudicación realizadas, quedando satisfechos sus derechos e intereses y pasando a ser propietarios de los bienes en la forma descrita en las cláusulas que anteceden.</w:t>
      </w:r>
    </w:p>
    <w:p w14:paraId="3A5A4E5C" w14:textId="77777777" w:rsidR="00520963" w:rsidRDefault="0018313E">
      <w:pPr>
        <w:spacing w:before="140" w:after="40"/>
        <w:jc w:val="both"/>
      </w:pPr>
      <w:r>
        <w:rPr>
          <w:b/>
        </w:rPr>
        <w:t>SÉPTIMA: GASTOS E INSCRIPCIÓN</w:t>
      </w:r>
      <w:r>
        <w:rPr>
          <w:b/>
        </w:rPr>
        <w:t>.-</w:t>
      </w:r>
    </w:p>
    <w:p w14:paraId="357CE542" w14:textId="77777777" w:rsidR="00520963" w:rsidRDefault="0018313E">
      <w:pPr>
        <w:spacing w:after="100"/>
        <w:jc w:val="both"/>
      </w:pPr>
      <w:r>
        <w:t>Los gastos e impuestos que demande el otorgamiento e inscripción de esta escritura serán de cuenta de los comparecientes en proporción a los bienes adjudicados, salvo acuerdo distinto entre ellos.</w:t>
      </w:r>
    </w:p>
    <w:p w14:paraId="1373D38B" w14:textId="77777777" w:rsidR="00520963" w:rsidRDefault="0018313E">
      <w:pPr>
        <w:spacing w:after="100"/>
        <w:jc w:val="both"/>
      </w:pPr>
      <w:r>
        <w:t xml:space="preserve">Los adjudicatarios se facultan mutuamente para que, por </w:t>
      </w:r>
      <w:r>
        <w:t>sí, por interpuesta persona o por medio de su abogado patrocinador, procedan con la inscripción de la presente escritura en el Registro de la Propiedad correspondiente, Agencia Nacional de Tránsito cuando corresponda, Servicio de Rentas Internas cuando cor</w:t>
      </w:r>
      <w:r>
        <w:t>responda y demás entidades necesarias.</w:t>
      </w:r>
    </w:p>
    <w:p w14:paraId="5D8748AC" w14:textId="77777777" w:rsidR="00520963" w:rsidRDefault="0018313E">
      <w:pPr>
        <w:spacing w:before="140" w:after="40"/>
        <w:jc w:val="both"/>
      </w:pPr>
      <w:r>
        <w:rPr>
          <w:b/>
        </w:rPr>
        <w:lastRenderedPageBreak/>
        <w:t>OCTAVA: CONTROVERSIAS.-</w:t>
      </w:r>
    </w:p>
    <w:p w14:paraId="29FBCBC6" w14:textId="77777777" w:rsidR="00520963" w:rsidRDefault="0018313E">
      <w:pPr>
        <w:spacing w:after="100"/>
        <w:jc w:val="both"/>
      </w:pPr>
      <w:r>
        <w:t xml:space="preserve">Para el caso de posibles controversias derivadas de la ejecución de esta partición y adjudicación, las partes se someten a los jueces competentes del cantón </w:t>
      </w:r>
      <w:r>
        <w:rPr>
          <w:color w:val="C00000"/>
        </w:rPr>
        <w:t>[CANTÓN]</w:t>
      </w:r>
      <w:r>
        <w:t>.</w:t>
      </w:r>
    </w:p>
    <w:p w14:paraId="3BC523E0" w14:textId="77777777" w:rsidR="00520963" w:rsidRDefault="0018313E">
      <w:pPr>
        <w:spacing w:after="100"/>
        <w:jc w:val="both"/>
      </w:pPr>
      <w:r>
        <w:t xml:space="preserve">Usted, señora Notaria, se </w:t>
      </w:r>
      <w:r>
        <w:t>servirá agregar las demás cláusulas de estilo necesarias para la plena validez de este instrumento.</w:t>
      </w:r>
    </w:p>
    <w:p w14:paraId="6142F26E" w14:textId="77777777" w:rsidR="00520963" w:rsidRDefault="0018313E">
      <w:pPr>
        <w:spacing w:after="100"/>
        <w:jc w:val="center"/>
      </w:pPr>
      <w:r>
        <w:rPr>
          <w:b/>
          <w:color w:val="C00000"/>
        </w:rPr>
        <w:t>[NOMBRE DEL ABOGADO PATROCINADOR]</w:t>
      </w:r>
    </w:p>
    <w:p w14:paraId="605B639D" w14:textId="77777777" w:rsidR="00520963" w:rsidRDefault="0018313E">
      <w:pPr>
        <w:spacing w:after="100"/>
        <w:jc w:val="center"/>
      </w:pPr>
      <w:r>
        <w:t xml:space="preserve">Abogado – Matrícula profesional </w:t>
      </w:r>
      <w:r>
        <w:rPr>
          <w:color w:val="C00000"/>
        </w:rPr>
        <w:t>[__________]</w:t>
      </w:r>
    </w:p>
    <w:sectPr w:rsidR="00520963" w:rsidSect="00034616">
      <w:headerReference w:type="default" r:id="rId8"/>
      <w:pgSz w:w="12240" w:h="15840"/>
      <w:pgMar w:top="1191"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EDE83" w14:textId="77777777" w:rsidR="0018313E" w:rsidRDefault="0018313E">
      <w:pPr>
        <w:spacing w:after="0" w:line="240" w:lineRule="auto"/>
      </w:pPr>
      <w:r>
        <w:separator/>
      </w:r>
    </w:p>
  </w:endnote>
  <w:endnote w:type="continuationSeparator" w:id="0">
    <w:p w14:paraId="26A05D42" w14:textId="77777777" w:rsidR="0018313E" w:rsidRDefault="00183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68A09" w14:textId="77777777" w:rsidR="0018313E" w:rsidRDefault="0018313E">
      <w:pPr>
        <w:spacing w:after="0" w:line="240" w:lineRule="auto"/>
      </w:pPr>
      <w:r>
        <w:separator/>
      </w:r>
    </w:p>
  </w:footnote>
  <w:footnote w:type="continuationSeparator" w:id="0">
    <w:p w14:paraId="6460D332" w14:textId="77777777" w:rsidR="0018313E" w:rsidRDefault="00183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4FF06" w14:textId="77777777" w:rsidR="00520963" w:rsidRDefault="00520963">
    <w:pPr>
      <w:pStyle w:val="Encabezado"/>
    </w:pPr>
  </w:p>
  <w:tbl>
    <w:tblPr>
      <w:tblW w:w="0" w:type="auto"/>
      <w:jc w:val="center"/>
      <w:tblLayout w:type="fixed"/>
      <w:tblLook w:val="04A0" w:firstRow="1" w:lastRow="0" w:firstColumn="1" w:lastColumn="0" w:noHBand="0" w:noVBand="1"/>
    </w:tblPr>
    <w:tblGrid>
      <w:gridCol w:w="4677"/>
      <w:gridCol w:w="4677"/>
    </w:tblGrid>
    <w:tr w:rsidR="00520963" w14:paraId="0282D309" w14:textId="77777777">
      <w:trPr>
        <w:jc w:val="center"/>
      </w:trPr>
      <w:tc>
        <w:tcPr>
          <w:tcW w:w="4677" w:type="dxa"/>
        </w:tcPr>
        <w:p w14:paraId="1E383DDB" w14:textId="77777777" w:rsidR="00520963" w:rsidRDefault="0018313E">
          <w:r>
            <w:rPr>
              <w:noProof/>
            </w:rPr>
            <w:drawing>
              <wp:inline distT="0" distB="0" distL="0" distR="0" wp14:anchorId="7AD22C01" wp14:editId="6BEF1F91">
                <wp:extent cx="1440000" cy="394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marca-de-agua-e1735359403888.png"/>
                        <pic:cNvPicPr/>
                      </pic:nvPicPr>
                      <pic:blipFill>
                        <a:blip r:embed="rId1"/>
                        <a:stretch>
                          <a:fillRect/>
                        </a:stretch>
                      </pic:blipFill>
                      <pic:spPr>
                        <a:xfrm>
                          <a:off x="0" y="0"/>
                          <a:ext cx="1440000" cy="394560"/>
                        </a:xfrm>
                        <a:prstGeom prst="rect">
                          <a:avLst/>
                        </a:prstGeom>
                      </pic:spPr>
                    </pic:pic>
                  </a:graphicData>
                </a:graphic>
              </wp:inline>
            </w:drawing>
          </w:r>
        </w:p>
      </w:tc>
      <w:tc>
        <w:tcPr>
          <w:tcW w:w="4677" w:type="dxa"/>
        </w:tcPr>
        <w:p w14:paraId="6EA9C8A2" w14:textId="77777777" w:rsidR="00520963" w:rsidRDefault="0018313E">
          <w:pPr>
            <w:jc w:val="right"/>
          </w:pPr>
          <w:r>
            <w:rPr>
              <w:b/>
              <w:sz w:val="18"/>
            </w:rPr>
            <w:t>www.iniciaderecho.com</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313E"/>
    <w:rsid w:val="0029639D"/>
    <w:rsid w:val="00326F90"/>
    <w:rsid w:val="003C5574"/>
    <w:rsid w:val="0052096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4D120B"/>
  <w14:defaultImageDpi w14:val="300"/>
  <w15:docId w15:val="{561352DF-2908-4CC7-8D8E-6B572D862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mbria" w:eastAsia="Cambria" w:hAnsi="Cambria"/>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887</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Inicia Derecho</dc:creator>
  <cp:keywords/>
  <dc:description/>
  <cp:lastModifiedBy>Luis Miranda</cp:lastModifiedBy>
  <cp:revision>2</cp:revision>
  <dcterms:created xsi:type="dcterms:W3CDTF">2013-12-23T23:15:00Z</dcterms:created>
  <dcterms:modified xsi:type="dcterms:W3CDTF">2026-08-22T21:25:00Z</dcterms:modified>
  <cp:category/>
</cp:coreProperties>
</file>