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F1122" w14:textId="77777777" w:rsidR="00BF144B" w:rsidRDefault="00837FE4">
      <w:pPr>
        <w:spacing w:after="40"/>
        <w:jc w:val="center"/>
      </w:pPr>
      <w:r>
        <w:rPr>
          <w:b/>
        </w:rPr>
        <w:t>MODELO GRATUITO</w:t>
      </w:r>
    </w:p>
    <w:p w14:paraId="59D10A5C" w14:textId="77777777" w:rsidR="00BF144B" w:rsidRDefault="00837FE4">
      <w:pPr>
        <w:spacing w:after="40"/>
        <w:jc w:val="center"/>
      </w:pPr>
      <w:r>
        <w:rPr>
          <w:b/>
          <w:sz w:val="36"/>
        </w:rPr>
        <w:t>PODER ESPECIAL</w:t>
      </w:r>
    </w:p>
    <w:p w14:paraId="4387506D" w14:textId="77777777" w:rsidR="00BF144B" w:rsidRDefault="00837FE4">
      <w:pPr>
        <w:spacing w:after="240"/>
        <w:jc w:val="center"/>
      </w:pPr>
      <w:r>
        <w:t>ESCRITURA PÚBLICA</w:t>
      </w:r>
    </w:p>
    <w:p w14:paraId="392539BE" w14:textId="77777777" w:rsidR="00BF144B" w:rsidRDefault="00837FE4">
      <w:pPr>
        <w:spacing w:after="100"/>
        <w:jc w:val="both"/>
      </w:pPr>
      <w:r>
        <w:t>SEÑORA NOTARIA: En el registro de escrituras públicas a su cargo, sírvase autorizar e insertar una que contenga el siguiente PODER ESPECIAL, de conformidad con las siguientes cláusulas:</w:t>
      </w:r>
    </w:p>
    <w:p w14:paraId="64250730" w14:textId="77777777" w:rsidR="00BF144B" w:rsidRDefault="00837FE4">
      <w:pPr>
        <w:spacing w:before="140" w:after="40"/>
        <w:jc w:val="both"/>
      </w:pPr>
      <w:r>
        <w:rPr>
          <w:b/>
        </w:rPr>
        <w:t xml:space="preserve">PRIMERA.- </w:t>
      </w:r>
      <w:r>
        <w:rPr>
          <w:b/>
        </w:rPr>
        <w:t>OTORGANTE:</w:t>
      </w:r>
    </w:p>
    <w:p w14:paraId="7B919C1E" w14:textId="77777777" w:rsidR="00BF144B" w:rsidRDefault="00837FE4">
      <w:pPr>
        <w:spacing w:after="100"/>
        <w:jc w:val="both"/>
      </w:pPr>
      <w:r>
        <w:t xml:space="preserve">Comparece a la celebración de la presente escritura el/la señor/a </w:t>
      </w:r>
      <w:r>
        <w:rPr>
          <w:color w:val="C00000"/>
        </w:rPr>
        <w:t>[NOMBRE COMPLETO DEL MANDANTE]</w:t>
      </w:r>
      <w:r>
        <w:t xml:space="preserve">, de nacionalidad </w:t>
      </w:r>
      <w:r>
        <w:rPr>
          <w:color w:val="C00000"/>
        </w:rPr>
        <w:t>[NACIONALIDAD]</w:t>
      </w:r>
      <w:r>
        <w:t xml:space="preserve">, mayor de edad, de estado civil </w:t>
      </w:r>
      <w:r>
        <w:rPr>
          <w:color w:val="C00000"/>
        </w:rPr>
        <w:t>[ESTADO CIVIL]</w:t>
      </w:r>
      <w:r>
        <w:t xml:space="preserve">, de profesión u ocupación </w:t>
      </w:r>
      <w:r>
        <w:rPr>
          <w:color w:val="C00000"/>
        </w:rPr>
        <w:t>[PROFESIÓN / OCUPACIÓN]</w:t>
      </w:r>
      <w:r>
        <w:t xml:space="preserve">, domiciliado/a en </w:t>
      </w:r>
      <w:r>
        <w:rPr>
          <w:color w:val="C00000"/>
        </w:rPr>
        <w:t>[</w:t>
      </w:r>
      <w:r>
        <w:rPr>
          <w:color w:val="C00000"/>
        </w:rPr>
        <w:t>DIRECCIÓN COMPLETA]</w:t>
      </w:r>
      <w:r>
        <w:t xml:space="preserve">, con número de teléfono </w:t>
      </w:r>
      <w:r>
        <w:rPr>
          <w:color w:val="C00000"/>
        </w:rPr>
        <w:t>[__________]</w:t>
      </w:r>
      <w:r>
        <w:t xml:space="preserve"> y correo electrónico </w:t>
      </w:r>
      <w:r>
        <w:rPr>
          <w:color w:val="C00000"/>
        </w:rPr>
        <w:t>[__________]</w:t>
      </w:r>
      <w:r>
        <w:t>, hábil en derecho para contratar y obligarse, quien comparece por sus propios y personales derechos en calidad de MANDANTE.</w:t>
      </w:r>
    </w:p>
    <w:p w14:paraId="1C1F2961" w14:textId="77777777" w:rsidR="00BF144B" w:rsidRDefault="00837FE4">
      <w:pPr>
        <w:spacing w:before="140" w:after="40"/>
        <w:jc w:val="both"/>
      </w:pPr>
      <w:r>
        <w:rPr>
          <w:b/>
        </w:rPr>
        <w:t>SEGUNDA.- ANTECEDENTES:</w:t>
      </w:r>
    </w:p>
    <w:p w14:paraId="72833917" w14:textId="77777777" w:rsidR="00BF144B" w:rsidRDefault="00837FE4">
      <w:pPr>
        <w:spacing w:after="100"/>
        <w:jc w:val="both"/>
      </w:pPr>
      <w:r>
        <w:rPr>
          <w:color w:val="C00000"/>
        </w:rPr>
        <w:t>[DESCRIBIR BREVEM</w:t>
      </w:r>
      <w:r>
        <w:rPr>
          <w:color w:val="C00000"/>
        </w:rPr>
        <w:t>ENTE EL ACTO, CONTRATO, BIEN, TRÁMITE O ASUNTO ESPECÍFICO PARA EL CUAL SE OTORGA EL PODER]</w:t>
      </w:r>
      <w:r>
        <w:t>.</w:t>
      </w:r>
    </w:p>
    <w:p w14:paraId="2F3212CE" w14:textId="77777777" w:rsidR="00BF144B" w:rsidRDefault="00837FE4">
      <w:pPr>
        <w:spacing w:before="140" w:after="40"/>
        <w:jc w:val="both"/>
      </w:pPr>
      <w:r>
        <w:rPr>
          <w:b/>
        </w:rPr>
        <w:t>TERCERA.- PODER ESPECIAL:</w:t>
      </w:r>
    </w:p>
    <w:p w14:paraId="2F082E98" w14:textId="77777777" w:rsidR="00BF144B" w:rsidRDefault="00837FE4">
      <w:pPr>
        <w:spacing w:after="100"/>
        <w:jc w:val="both"/>
      </w:pPr>
      <w:r>
        <w:t xml:space="preserve">El/la compareciente confiere PODER ESPECIAL, amplio y suficiente, cual en derecho se requiere, a favor del señor/a </w:t>
      </w:r>
      <w:r>
        <w:rPr>
          <w:color w:val="C00000"/>
        </w:rPr>
        <w:t>[NOMBRE COMPLETO DEL AP</w:t>
      </w:r>
      <w:r>
        <w:rPr>
          <w:color w:val="C00000"/>
        </w:rPr>
        <w:t>ODERADO]</w:t>
      </w:r>
      <w:r>
        <w:t xml:space="preserve">, portador/a de la cédula de ciudadanía número </w:t>
      </w:r>
      <w:r>
        <w:rPr>
          <w:color w:val="C00000"/>
        </w:rPr>
        <w:t>[__________]</w:t>
      </w:r>
      <w:r>
        <w:t>, para que, a su nombre y representación, realice exclusivamente los siguientes actos relacionados con el asunto señalado en la cláusula anterior:</w:t>
      </w:r>
    </w:p>
    <w:p w14:paraId="67F05B2D" w14:textId="77777777" w:rsidR="00BF144B" w:rsidRDefault="00837FE4">
      <w:pPr>
        <w:spacing w:after="100"/>
        <w:jc w:val="both"/>
      </w:pPr>
      <w:r>
        <w:t xml:space="preserve">a) </w:t>
      </w:r>
      <w:r>
        <w:rPr>
          <w:color w:val="C00000"/>
        </w:rPr>
        <w:t>[DESCRIBIR DE MANERA ESPECÍFICA LA FACU</w:t>
      </w:r>
      <w:r>
        <w:rPr>
          <w:color w:val="C00000"/>
        </w:rPr>
        <w:t>LTAD PRINCIPAL QUE SE CONFIERE]</w:t>
      </w:r>
      <w:r>
        <w:t>.</w:t>
      </w:r>
    </w:p>
    <w:p w14:paraId="0AE6C503" w14:textId="77777777" w:rsidR="00BF144B" w:rsidRDefault="00837FE4">
      <w:pPr>
        <w:spacing w:after="100"/>
        <w:jc w:val="both"/>
      </w:pPr>
      <w:r>
        <w:t xml:space="preserve">b) </w:t>
      </w:r>
      <w:r>
        <w:rPr>
          <w:color w:val="C00000"/>
        </w:rPr>
        <w:t>[INCLUIR SOLO CUANDO CORRESPONDA: Podrá comparecer y suscribir los documentos públicos o privados necesarios para cumplir la facultad principal.]</w:t>
      </w:r>
    </w:p>
    <w:p w14:paraId="5220BAA3" w14:textId="77777777" w:rsidR="00BF144B" w:rsidRDefault="00837FE4">
      <w:pPr>
        <w:spacing w:after="100"/>
        <w:jc w:val="both"/>
      </w:pPr>
      <w:r>
        <w:t xml:space="preserve">c) </w:t>
      </w:r>
      <w:r>
        <w:rPr>
          <w:color w:val="C00000"/>
        </w:rPr>
        <w:t>[INCLUIR SOLO CUANDO CORRESPONDA: Podrá realizar ante la notaría, munic</w:t>
      </w:r>
      <w:r>
        <w:rPr>
          <w:color w:val="C00000"/>
        </w:rPr>
        <w:t>ipio, registro, institución pública o privada correspondiente, los trámites directamente relacionados con el encargo.]</w:t>
      </w:r>
    </w:p>
    <w:p w14:paraId="4CA4E20B" w14:textId="77777777" w:rsidR="00BF144B" w:rsidRDefault="00837FE4">
      <w:pPr>
        <w:spacing w:after="100"/>
        <w:jc w:val="both"/>
      </w:pPr>
      <w:r>
        <w:t xml:space="preserve">d) </w:t>
      </w:r>
      <w:r>
        <w:rPr>
          <w:color w:val="C00000"/>
        </w:rPr>
        <w:t>[INCLUIR SOLO CUANDO CORRESPONDA: Podrá liquidar y pagar los valores, impuestos, tasas o gastos directamente relacionados con el encar</w:t>
      </w:r>
      <w:r>
        <w:rPr>
          <w:color w:val="C00000"/>
        </w:rPr>
        <w:t>go.]</w:t>
      </w:r>
    </w:p>
    <w:p w14:paraId="6C80B03C" w14:textId="77777777" w:rsidR="00BF144B" w:rsidRDefault="00837FE4">
      <w:pPr>
        <w:spacing w:after="100"/>
        <w:jc w:val="both"/>
      </w:pPr>
      <w:r>
        <w:t>Las facultades conferidas se limitan al asunto expresamente señalado en este instrumento.</w:t>
      </w:r>
    </w:p>
    <w:p w14:paraId="1FF5F1BF" w14:textId="77777777" w:rsidR="00BF144B" w:rsidRDefault="00837FE4">
      <w:pPr>
        <w:spacing w:before="140" w:after="40"/>
        <w:jc w:val="both"/>
      </w:pPr>
      <w:r>
        <w:rPr>
          <w:b/>
        </w:rPr>
        <w:t>CUARTA.- VIGENCIA:</w:t>
      </w:r>
    </w:p>
    <w:p w14:paraId="39480148" w14:textId="77777777" w:rsidR="00BF144B" w:rsidRDefault="00837FE4">
      <w:pPr>
        <w:spacing w:after="100"/>
        <w:jc w:val="both"/>
      </w:pPr>
      <w:r>
        <w:t>El presente poder especial mantendrá su vigencia hasta la plena consecución del encargo, por revocatoria expresa del mandante, por renuncia de</w:t>
      </w:r>
      <w:r>
        <w:t>l mandatario o por cualquiera de las causas establecidas en la ley.</w:t>
      </w:r>
    </w:p>
    <w:p w14:paraId="1A65F948" w14:textId="77777777" w:rsidR="00BF144B" w:rsidRDefault="00837FE4">
      <w:pPr>
        <w:spacing w:before="140" w:after="40"/>
        <w:jc w:val="both"/>
      </w:pPr>
      <w:r>
        <w:rPr>
          <w:b/>
        </w:rPr>
        <w:t>QUINTA.- DELEGACIÓN:</w:t>
      </w:r>
    </w:p>
    <w:p w14:paraId="5518F5A1" w14:textId="77777777" w:rsidR="00BF144B" w:rsidRDefault="00837FE4">
      <w:pPr>
        <w:spacing w:after="100"/>
        <w:jc w:val="both"/>
      </w:pPr>
      <w:r>
        <w:rPr>
          <w:color w:val="C00000"/>
        </w:rPr>
        <w:t>[INCLUIR SOLO CUANDO CORRESPONDA: El mandante faculta al apoderado para delegar este poder, total o parcialmente, a favor de una persona de su confianza.]</w:t>
      </w:r>
    </w:p>
    <w:p w14:paraId="3993FD5A" w14:textId="77777777" w:rsidR="00BF144B" w:rsidRDefault="00837FE4">
      <w:pPr>
        <w:spacing w:before="140" w:after="40"/>
        <w:jc w:val="both"/>
      </w:pPr>
      <w:r>
        <w:rPr>
          <w:b/>
        </w:rPr>
        <w:t>SEXTA.- CUAN</w:t>
      </w:r>
      <w:r>
        <w:rPr>
          <w:b/>
        </w:rPr>
        <w:t>TÍA:</w:t>
      </w:r>
    </w:p>
    <w:p w14:paraId="7D6B33B1" w14:textId="77777777" w:rsidR="00BF144B" w:rsidRDefault="00837FE4">
      <w:pPr>
        <w:spacing w:after="100"/>
        <w:jc w:val="both"/>
      </w:pPr>
      <w:r>
        <w:lastRenderedPageBreak/>
        <w:t>La cuantía por su naturaleza es indeterminada.</w:t>
      </w:r>
    </w:p>
    <w:p w14:paraId="14AB10E1" w14:textId="77777777" w:rsidR="00BF144B" w:rsidRDefault="00837FE4">
      <w:pPr>
        <w:spacing w:after="100"/>
        <w:jc w:val="both"/>
      </w:pPr>
      <w:r>
        <w:t>Usted, señora Notaria, se servirá agregar las cláusulas de estilo que fueren necesarias para la perfecta validez de este instrumento.</w:t>
      </w:r>
    </w:p>
    <w:p w14:paraId="21CE6040" w14:textId="77777777" w:rsidR="00BF144B" w:rsidRDefault="00837FE4">
      <w:pPr>
        <w:spacing w:after="100"/>
        <w:jc w:val="center"/>
      </w:pPr>
      <w:r>
        <w:t xml:space="preserve">Abogado – Matrícula profesional </w:t>
      </w:r>
      <w:r>
        <w:rPr>
          <w:color w:val="C00000"/>
        </w:rPr>
        <w:t>[__________]</w:t>
      </w:r>
    </w:p>
    <w:sectPr w:rsidR="00BF144B" w:rsidSect="00034616">
      <w:headerReference w:type="default" r:id="rId8"/>
      <w:pgSz w:w="12240" w:h="15840"/>
      <w:pgMar w:top="1191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F0890" w14:textId="77777777" w:rsidR="00837FE4" w:rsidRDefault="00837FE4">
      <w:pPr>
        <w:spacing w:after="0" w:line="240" w:lineRule="auto"/>
      </w:pPr>
      <w:r>
        <w:separator/>
      </w:r>
    </w:p>
  </w:endnote>
  <w:endnote w:type="continuationSeparator" w:id="0">
    <w:p w14:paraId="3196C7C5" w14:textId="77777777" w:rsidR="00837FE4" w:rsidRDefault="00837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2ECE77" w14:textId="77777777" w:rsidR="00837FE4" w:rsidRDefault="00837FE4">
      <w:pPr>
        <w:spacing w:after="0" w:line="240" w:lineRule="auto"/>
      </w:pPr>
      <w:r>
        <w:separator/>
      </w:r>
    </w:p>
  </w:footnote>
  <w:footnote w:type="continuationSeparator" w:id="0">
    <w:p w14:paraId="2C726751" w14:textId="77777777" w:rsidR="00837FE4" w:rsidRDefault="00837F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A40E3" w14:textId="77777777" w:rsidR="00BF144B" w:rsidRDefault="00BF144B">
    <w:pPr>
      <w:pStyle w:val="Encabezado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4677"/>
      <w:gridCol w:w="4677"/>
    </w:tblGrid>
    <w:tr w:rsidR="00BF144B" w14:paraId="5FC1B2BB" w14:textId="77777777">
      <w:trPr>
        <w:jc w:val="center"/>
      </w:trPr>
      <w:tc>
        <w:tcPr>
          <w:tcW w:w="4677" w:type="dxa"/>
        </w:tcPr>
        <w:p w14:paraId="5B482A37" w14:textId="77777777" w:rsidR="00BF144B" w:rsidRDefault="00837FE4">
          <w:r>
            <w:rPr>
              <w:noProof/>
            </w:rPr>
            <w:drawing>
              <wp:inline distT="0" distB="0" distL="0" distR="0" wp14:anchorId="33E8D957" wp14:editId="06E6B66D">
                <wp:extent cx="1440000" cy="39456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on-marca-de-agua-e1735359403888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0000" cy="3945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7" w:type="dxa"/>
        </w:tcPr>
        <w:p w14:paraId="7A887371" w14:textId="77777777" w:rsidR="00BF144B" w:rsidRDefault="00837FE4">
          <w:pPr>
            <w:jc w:val="right"/>
          </w:pPr>
          <w:r>
            <w:rPr>
              <w:b/>
              <w:sz w:val="18"/>
            </w:rPr>
            <w:t>www.iniciaderecho.com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32687"/>
    <w:rsid w:val="00837FE4"/>
    <w:rsid w:val="00AA1D8D"/>
    <w:rsid w:val="00B47730"/>
    <w:rsid w:val="00BF144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C85D55"/>
  <w14:defaultImageDpi w14:val="300"/>
  <w15:docId w15:val="{1196076E-60B7-4F9B-9F1F-FFA66F3C7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mbria" w:eastAsia="Cambria" w:hAnsi="Cambria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Inicia Derecho</dc:creator>
  <cp:keywords/>
  <dc:description/>
  <cp:lastModifiedBy>Luis Miranda</cp:lastModifiedBy>
  <cp:revision>2</cp:revision>
  <dcterms:created xsi:type="dcterms:W3CDTF">2013-12-23T23:15:00Z</dcterms:created>
  <dcterms:modified xsi:type="dcterms:W3CDTF">2026-08-22T17:52:00Z</dcterms:modified>
  <cp:category/>
</cp:coreProperties>
</file>