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5977" w14:textId="77777777" w:rsidR="008C14C0" w:rsidRDefault="000E006F">
      <w:pPr>
        <w:spacing w:after="40"/>
        <w:jc w:val="center"/>
      </w:pPr>
      <w:r>
        <w:rPr>
          <w:b/>
        </w:rPr>
        <w:t>MODELO GRATUITO</w:t>
      </w:r>
    </w:p>
    <w:p w14:paraId="36A620FE" w14:textId="77777777" w:rsidR="008C14C0" w:rsidRDefault="000E006F">
      <w:pPr>
        <w:spacing w:after="40"/>
        <w:jc w:val="center"/>
      </w:pPr>
      <w:r>
        <w:rPr>
          <w:b/>
          <w:sz w:val="36"/>
        </w:rPr>
        <w:t>POSESIÓN EFECTIVA</w:t>
      </w:r>
    </w:p>
    <w:p w14:paraId="1E4C864B" w14:textId="77777777" w:rsidR="008C14C0" w:rsidRDefault="000E006F">
      <w:pPr>
        <w:spacing w:after="240"/>
        <w:jc w:val="center"/>
      </w:pPr>
      <w:r>
        <w:t>PETICIÓN</w:t>
      </w:r>
    </w:p>
    <w:p w14:paraId="78C8B2CD" w14:textId="77777777" w:rsidR="008C14C0" w:rsidRDefault="000E006F">
      <w:pPr>
        <w:spacing w:after="100"/>
        <w:jc w:val="both"/>
      </w:pPr>
      <w:r>
        <w:t>SEÑORA NOTARIA: En el Registro de Escrituras Públicas a su cargo, sírvase insertar un Acta Notarial de POSESIÓN EFECTIVA al tenor de las siguientes cláusulas:</w:t>
      </w:r>
    </w:p>
    <w:p w14:paraId="46804E38" w14:textId="77777777" w:rsidR="008C14C0" w:rsidRDefault="000E006F">
      <w:pPr>
        <w:spacing w:before="140" w:after="40"/>
        <w:jc w:val="both"/>
      </w:pPr>
      <w:r>
        <w:rPr>
          <w:b/>
        </w:rPr>
        <w:t>PRIMERA.- COMPARECIENTES.-</w:t>
      </w:r>
    </w:p>
    <w:p w14:paraId="43459BFA" w14:textId="77777777" w:rsidR="008C14C0" w:rsidRDefault="000E006F">
      <w:pPr>
        <w:spacing w:after="100"/>
        <w:jc w:val="both"/>
      </w:pPr>
      <w:r>
        <w:t xml:space="preserve">Comparecen para la celebración de la presente escritura pública los señores </w:t>
      </w:r>
      <w:r>
        <w:rPr>
          <w:color w:val="C00000"/>
        </w:rPr>
        <w:t>[NOMBRE COMPLETO DEL HEREDERO 1]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estado civil </w:t>
      </w:r>
      <w:r>
        <w:rPr>
          <w:color w:val="C00000"/>
        </w:rPr>
        <w:t>[ESTADO CIVIL]</w:t>
      </w:r>
      <w:r>
        <w:t xml:space="preserve">, de ocupación o profesión </w:t>
      </w:r>
      <w:r>
        <w:rPr>
          <w:color w:val="C00000"/>
        </w:rPr>
        <w:t>[OCUPACIÓN / PROFESIÓN]</w:t>
      </w:r>
      <w:r>
        <w:t xml:space="preserve">, domiciliado en </w:t>
      </w:r>
      <w:r>
        <w:rPr>
          <w:color w:val="C00000"/>
        </w:rPr>
        <w:t>[DIRECCIÓN COMPLE</w:t>
      </w:r>
      <w:r>
        <w:rPr>
          <w:color w:val="C00000"/>
        </w:rPr>
        <w:t>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 xml:space="preserve">; y </w:t>
      </w:r>
      <w:r>
        <w:rPr>
          <w:color w:val="C00000"/>
        </w:rPr>
        <w:t>[NOMBRE COMPLETO DEL HEREDERO 2]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estado civil </w:t>
      </w:r>
      <w:r>
        <w:rPr>
          <w:color w:val="C00000"/>
        </w:rPr>
        <w:t>[ESTADO CIVIL]</w:t>
      </w:r>
      <w:r>
        <w:t xml:space="preserve">, de ocupación o profesión </w:t>
      </w:r>
      <w:r>
        <w:rPr>
          <w:color w:val="C00000"/>
        </w:rPr>
        <w:t>[OCUPACIÓN / PROFESIÓN]</w:t>
      </w:r>
      <w:r>
        <w:t xml:space="preserve">, domiciliado en </w:t>
      </w:r>
      <w:r>
        <w:rPr>
          <w:color w:val="C00000"/>
        </w:rPr>
        <w:t>[DIRECCIÓN COMP</w:t>
      </w:r>
      <w:r>
        <w:rPr>
          <w:color w:val="C00000"/>
        </w:rPr>
        <w:t>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 xml:space="preserve">, en calidad de únicos y universales herederos de la causante, señora </w:t>
      </w:r>
      <w:r>
        <w:rPr>
          <w:color w:val="C00000"/>
        </w:rPr>
        <w:t>[NOMBRE COMPLETO DEL CAUSANTE]</w:t>
      </w:r>
      <w:r>
        <w:t xml:space="preserve">. </w:t>
      </w:r>
      <w:r>
        <w:rPr>
          <w:color w:val="C00000"/>
        </w:rPr>
        <w:t>[INCLUIR SOLO CUANDO CORRESPONDA: Agregar a los demás herederos que comparezca</w:t>
      </w:r>
      <w:r>
        <w:rPr>
          <w:color w:val="C00000"/>
        </w:rPr>
        <w:t>n.]</w:t>
      </w:r>
    </w:p>
    <w:p w14:paraId="607D934B" w14:textId="77777777" w:rsidR="008C14C0" w:rsidRDefault="000E006F">
      <w:pPr>
        <w:spacing w:before="140" w:after="40"/>
        <w:jc w:val="both"/>
      </w:pPr>
      <w:r>
        <w:rPr>
          <w:b/>
        </w:rPr>
        <w:t>SEGUNDA.- ANTECEDENTES.-</w:t>
      </w:r>
    </w:p>
    <w:p w14:paraId="4C889D68" w14:textId="77777777" w:rsidR="008C14C0" w:rsidRDefault="000E006F">
      <w:pPr>
        <w:spacing w:after="100"/>
        <w:jc w:val="both"/>
      </w:pPr>
      <w:r>
        <w:t xml:space="preserve">Del certificado de defunción que se adjunta a la presente se desprende que la señora </w:t>
      </w:r>
      <w:r>
        <w:rPr>
          <w:color w:val="C00000"/>
        </w:rPr>
        <w:t>[NOMBRE COMPLETO DEL CAUSANTE]</w:t>
      </w:r>
      <w:r>
        <w:t xml:space="preserve">, falleció de estado civil </w:t>
      </w:r>
      <w:r>
        <w:rPr>
          <w:color w:val="C00000"/>
        </w:rPr>
        <w:t>[ESTADO CIVIL]</w:t>
      </w:r>
      <w:r>
        <w:t xml:space="preserve">, el </w:t>
      </w:r>
      <w:r>
        <w:rPr>
          <w:color w:val="C00000"/>
        </w:rPr>
        <w:t>[DÍA]</w:t>
      </w:r>
      <w:r>
        <w:t xml:space="preserve"> de </w:t>
      </w:r>
      <w:r>
        <w:rPr>
          <w:color w:val="C00000"/>
        </w:rPr>
        <w:t>[MES]</w:t>
      </w:r>
      <w:r>
        <w:t xml:space="preserve"> del año </w:t>
      </w:r>
      <w:r>
        <w:rPr>
          <w:color w:val="C00000"/>
        </w:rPr>
        <w:t>[AÑO]</w:t>
      </w:r>
      <w:r>
        <w:t>, evento legalmente inscrito en la Dir</w:t>
      </w:r>
      <w:r>
        <w:t xml:space="preserve">ección General de Registro Civil, Identificación y Cedulación con fecha </w:t>
      </w:r>
      <w:r>
        <w:rPr>
          <w:color w:val="C00000"/>
        </w:rPr>
        <w:t>[FECHA]</w:t>
      </w:r>
      <w:r>
        <w:t xml:space="preserve">, en el tomo </w:t>
      </w:r>
      <w:r>
        <w:rPr>
          <w:color w:val="C00000"/>
        </w:rPr>
        <w:t>[__________]</w:t>
      </w:r>
      <w:r>
        <w:t xml:space="preserve">, página </w:t>
      </w:r>
      <w:r>
        <w:rPr>
          <w:color w:val="C00000"/>
        </w:rPr>
        <w:t>[__________]</w:t>
      </w:r>
      <w:r>
        <w:t xml:space="preserve"> y acta </w:t>
      </w:r>
      <w:r>
        <w:rPr>
          <w:color w:val="C00000"/>
        </w:rPr>
        <w:t>[__________]</w:t>
      </w:r>
      <w:r>
        <w:t xml:space="preserve">, en la parroquia </w:t>
      </w:r>
      <w:r>
        <w:rPr>
          <w:color w:val="C00000"/>
        </w:rPr>
        <w:t>[__________]</w:t>
      </w:r>
      <w:r>
        <w:t xml:space="preserve">, cantón </w:t>
      </w:r>
      <w:r>
        <w:rPr>
          <w:color w:val="C00000"/>
        </w:rPr>
        <w:t>[__________]</w:t>
      </w:r>
      <w:r>
        <w:t xml:space="preserve">, provincia de </w:t>
      </w:r>
      <w:r>
        <w:rPr>
          <w:color w:val="C00000"/>
        </w:rPr>
        <w:t>[__________]</w:t>
      </w:r>
      <w:r>
        <w:t xml:space="preserve">; sin haber otorgado testamento, </w:t>
      </w:r>
      <w:r>
        <w:t xml:space="preserve">y dejando como únicos y universales herederos a </w:t>
      </w:r>
      <w:r>
        <w:rPr>
          <w:color w:val="C00000"/>
        </w:rPr>
        <w:t>[NOMBRE/S DE LOS HEREDEROS]</w:t>
      </w:r>
      <w:r>
        <w:t xml:space="preserve"> en calidad de </w:t>
      </w:r>
      <w:r>
        <w:rPr>
          <w:color w:val="C00000"/>
        </w:rPr>
        <w:t>[HIJOS / CÓNYUGE / PADRES / OTRO PARENTESCO]</w:t>
      </w:r>
      <w:r>
        <w:t>.</w:t>
      </w:r>
    </w:p>
    <w:p w14:paraId="4178B072" w14:textId="77777777" w:rsidR="008C14C0" w:rsidRDefault="000E006F">
      <w:pPr>
        <w:spacing w:before="140" w:after="40"/>
        <w:jc w:val="both"/>
      </w:pPr>
      <w:r>
        <w:rPr>
          <w:b/>
        </w:rPr>
        <w:t>TERCERA.- PETICIÓN CONCRETA.-</w:t>
      </w:r>
    </w:p>
    <w:p w14:paraId="4E15D6C9" w14:textId="77777777" w:rsidR="008C14C0" w:rsidRDefault="000E006F">
      <w:pPr>
        <w:spacing w:after="100"/>
        <w:jc w:val="both"/>
      </w:pPr>
      <w:r>
        <w:t>Con los antecedentes expuestos, de conformidad con lo establecido en el artículo 18, numeral 12 de la Ley Notarial y en co</w:t>
      </w:r>
      <w:r>
        <w:t>ncordancia con lo dispuesto en el artículo 1023 del Código Civil, solicitamos a usted, señora Notaria, se recepte nuestra declaración juramentada y se conceda la POSESIÓN EFECTIVA PROINDIVISO de todos los bienes hereditarios dejados por la causante, señora</w:t>
      </w:r>
      <w:r>
        <w:t xml:space="preserve"> </w:t>
      </w:r>
      <w:r>
        <w:rPr>
          <w:color w:val="C00000"/>
        </w:rPr>
        <w:t>[NOMBRE COMPLETO DEL CAUSANTE]</w:t>
      </w:r>
      <w:r>
        <w:t xml:space="preserve">, en favor de sus únicos y universales herederos, señores </w:t>
      </w:r>
      <w:r>
        <w:rPr>
          <w:color w:val="C00000"/>
        </w:rPr>
        <w:t>[NOMBRES COMPLETOS DE LOS HEREDEROS]</w:t>
      </w:r>
      <w:r>
        <w:t>, dejando a salvo el derecho de terceros.</w:t>
      </w:r>
    </w:p>
    <w:p w14:paraId="36DDC0E6" w14:textId="77777777" w:rsidR="008C14C0" w:rsidRDefault="000E006F">
      <w:pPr>
        <w:spacing w:after="100"/>
        <w:jc w:val="both"/>
      </w:pPr>
      <w:r>
        <w:t xml:space="preserve">Se dignará así mismo levantar la correspondiente acta notarial y ordenar su </w:t>
      </w:r>
      <w:r>
        <w:t>inscripción en el Registro de la Propiedad correspondiente.</w:t>
      </w:r>
    </w:p>
    <w:p w14:paraId="743E1643" w14:textId="77777777" w:rsidR="008C14C0" w:rsidRDefault="000E006F">
      <w:pPr>
        <w:spacing w:after="100"/>
        <w:jc w:val="both"/>
      </w:pPr>
      <w:r>
        <w:t>La cuantía por su naturaleza es indeterminada.</w:t>
      </w:r>
    </w:p>
    <w:p w14:paraId="0CE8F8F6" w14:textId="77777777" w:rsidR="008C14C0" w:rsidRDefault="000E006F">
      <w:pPr>
        <w:spacing w:after="100"/>
        <w:jc w:val="both"/>
      </w:pPr>
      <w:r>
        <w:t>Usted, señora Notaria, se servirá agregar las demás cláusulas de estilo para la perfecta validez de este instrumento.</w:t>
      </w:r>
    </w:p>
    <w:p w14:paraId="60A3A924" w14:textId="77777777" w:rsidR="008C14C0" w:rsidRDefault="000E006F">
      <w:pPr>
        <w:spacing w:before="160" w:after="240"/>
        <w:jc w:val="both"/>
      </w:pPr>
      <w:r>
        <w:t>Firmamos conjuntamente con nues</w:t>
      </w:r>
      <w:r>
        <w:t>tro abogado patrocinador.</w:t>
      </w:r>
    </w:p>
    <w:p w14:paraId="019CB7A1" w14:textId="77777777" w:rsidR="008C14C0" w:rsidRDefault="000E006F">
      <w:pPr>
        <w:spacing w:before="160" w:after="40"/>
        <w:jc w:val="center"/>
      </w:pPr>
      <w:r>
        <w:rPr>
          <w:b/>
          <w:color w:val="C00000"/>
        </w:rPr>
        <w:t>[NOMBRE COMPLETO DEL HEREDERO 1]</w:t>
      </w:r>
    </w:p>
    <w:p w14:paraId="743D3E07" w14:textId="77777777" w:rsidR="008C14C0" w:rsidRDefault="000E006F">
      <w:pPr>
        <w:spacing w:after="160"/>
        <w:jc w:val="center"/>
      </w:pPr>
      <w:r>
        <w:rPr>
          <w:b/>
          <w:color w:val="C00000"/>
        </w:rPr>
        <w:lastRenderedPageBreak/>
        <w:t>[NOMBRE COMPLETO DEL HEREDERO 2]</w:t>
      </w:r>
    </w:p>
    <w:p w14:paraId="6C8188A1" w14:textId="77777777" w:rsidR="008C14C0" w:rsidRDefault="000E006F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4063780F" w14:textId="77777777" w:rsidR="008C14C0" w:rsidRDefault="000E006F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8C14C0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DCF7A" w14:textId="77777777" w:rsidR="000E006F" w:rsidRDefault="000E006F">
      <w:pPr>
        <w:spacing w:after="0" w:line="240" w:lineRule="auto"/>
      </w:pPr>
      <w:r>
        <w:separator/>
      </w:r>
    </w:p>
  </w:endnote>
  <w:endnote w:type="continuationSeparator" w:id="0">
    <w:p w14:paraId="39495846" w14:textId="77777777" w:rsidR="000E006F" w:rsidRDefault="000E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7DCD" w14:textId="77777777" w:rsidR="000E006F" w:rsidRDefault="000E006F">
      <w:pPr>
        <w:spacing w:after="0" w:line="240" w:lineRule="auto"/>
      </w:pPr>
      <w:r>
        <w:separator/>
      </w:r>
    </w:p>
  </w:footnote>
  <w:footnote w:type="continuationSeparator" w:id="0">
    <w:p w14:paraId="1D9DDDB1" w14:textId="77777777" w:rsidR="000E006F" w:rsidRDefault="000E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9F4F" w14:textId="77777777" w:rsidR="008C14C0" w:rsidRDefault="008C14C0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8C14C0" w14:paraId="1A08EFB0" w14:textId="77777777">
      <w:trPr>
        <w:jc w:val="center"/>
      </w:trPr>
      <w:tc>
        <w:tcPr>
          <w:tcW w:w="4677" w:type="dxa"/>
        </w:tcPr>
        <w:p w14:paraId="03EC4550" w14:textId="77777777" w:rsidR="008C14C0" w:rsidRDefault="000E006F">
          <w:r>
            <w:rPr>
              <w:noProof/>
            </w:rPr>
            <w:drawing>
              <wp:inline distT="0" distB="0" distL="0" distR="0" wp14:anchorId="3771027D" wp14:editId="0579516D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1A2BB69A" w14:textId="77777777" w:rsidR="008C14C0" w:rsidRDefault="000E006F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06F"/>
    <w:rsid w:val="0015074B"/>
    <w:rsid w:val="0029639D"/>
    <w:rsid w:val="00326F90"/>
    <w:rsid w:val="008C14C0"/>
    <w:rsid w:val="00AA1D8D"/>
    <w:rsid w:val="00B47730"/>
    <w:rsid w:val="00BC6A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004F5"/>
  <w14:defaultImageDpi w14:val="300"/>
  <w15:docId w15:val="{B6CBB2F4-3F23-450D-993C-26B8B5DE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2026-08-22T19:28:00Z</dcterms:modified>
  <cp:category/>
</cp:coreProperties>
</file>