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E2008C" w14:textId="77777777" w:rsidR="00192E33" w:rsidRDefault="00AE387E">
      <w:pPr>
        <w:spacing w:after="40"/>
        <w:jc w:val="center"/>
      </w:pPr>
      <w:r>
        <w:rPr>
          <w:b/>
        </w:rPr>
        <w:t>MODELO GRATUITO</w:t>
      </w:r>
    </w:p>
    <w:p w14:paraId="5E3BBAB2" w14:textId="77777777" w:rsidR="00192E33" w:rsidRDefault="00AE387E">
      <w:pPr>
        <w:spacing w:after="40"/>
        <w:jc w:val="center"/>
      </w:pPr>
      <w:r>
        <w:rPr>
          <w:b/>
          <w:sz w:val="30"/>
        </w:rPr>
        <w:t>POSESIÓN EFECTIVA DE CUENTAS Y BENEFICIOS DE LA SEGURIDAD SOCIAL</w:t>
      </w:r>
    </w:p>
    <w:p w14:paraId="34763594" w14:textId="77777777" w:rsidR="00192E33" w:rsidRDefault="00AE387E">
      <w:pPr>
        <w:spacing w:after="240"/>
        <w:jc w:val="center"/>
      </w:pPr>
      <w:r>
        <w:t>PETICIÓN</w:t>
      </w:r>
    </w:p>
    <w:p w14:paraId="35F22C5C" w14:textId="77777777" w:rsidR="00192E33" w:rsidRDefault="00AE387E">
      <w:pPr>
        <w:spacing w:after="100"/>
        <w:jc w:val="both"/>
      </w:pPr>
      <w:r>
        <w:t xml:space="preserve">SEÑORA NOTARIA: En el Registro de Escrituras Públicas a su cargo, sírvase insertar un Acta Notarial de POSESIÓN EFECTIVA DE CUENTAS Y BENEFICIOS DE LA </w:t>
      </w:r>
      <w:r>
        <w:t>SEGURIDAD SOCIAL, al tenor de las siguientes cláusulas:</w:t>
      </w:r>
    </w:p>
    <w:p w14:paraId="269C84BD" w14:textId="77777777" w:rsidR="00192E33" w:rsidRDefault="00AE387E">
      <w:pPr>
        <w:spacing w:before="140" w:after="40"/>
        <w:jc w:val="both"/>
      </w:pPr>
      <w:r>
        <w:rPr>
          <w:b/>
        </w:rPr>
        <w:t>PRIMERA.- COMPARECIENTES.-</w:t>
      </w:r>
    </w:p>
    <w:p w14:paraId="5D9D0CCB" w14:textId="77777777" w:rsidR="00192E33" w:rsidRDefault="00AE387E">
      <w:pPr>
        <w:spacing w:after="100"/>
        <w:jc w:val="both"/>
      </w:pPr>
      <w:r>
        <w:t xml:space="preserve">Comparecen para la celebración de la presente escritura pública los señores </w:t>
      </w:r>
      <w:r>
        <w:rPr>
          <w:color w:val="C00000"/>
        </w:rPr>
        <w:t>[NOMBRE COMPLETO DEL HEREDERO 1]</w:t>
      </w:r>
      <w:r>
        <w:t xml:space="preserve">, de nacionalidad </w:t>
      </w:r>
      <w:r>
        <w:rPr>
          <w:color w:val="C00000"/>
        </w:rPr>
        <w:t>[NACIONALIDAD]</w:t>
      </w:r>
      <w:r>
        <w:t xml:space="preserve">, de estado civil </w:t>
      </w:r>
      <w:r>
        <w:rPr>
          <w:color w:val="C00000"/>
        </w:rPr>
        <w:t>[ESTADO CIVIL]</w:t>
      </w:r>
      <w:r>
        <w:t>,</w:t>
      </w:r>
      <w:r>
        <w:t xml:space="preserve"> de ocupación o profesión </w:t>
      </w:r>
      <w:r>
        <w:rPr>
          <w:color w:val="C00000"/>
        </w:rPr>
        <w:t>[OCUPACIÓN / PROFESIÓN]</w:t>
      </w:r>
      <w:r>
        <w:t xml:space="preserve">, domiciliado en </w:t>
      </w:r>
      <w:r>
        <w:rPr>
          <w:color w:val="C00000"/>
        </w:rPr>
        <w:t>[DIRECCIÓN COMPLETA]</w:t>
      </w:r>
      <w:r>
        <w:t xml:space="preserve">, con número de teléfono </w:t>
      </w:r>
      <w:r>
        <w:rPr>
          <w:color w:val="C00000"/>
        </w:rPr>
        <w:t>[__________]</w:t>
      </w:r>
      <w:r>
        <w:t xml:space="preserve"> y correo electrónico </w:t>
      </w:r>
      <w:r>
        <w:rPr>
          <w:color w:val="C00000"/>
        </w:rPr>
        <w:t>[__________]</w:t>
      </w:r>
      <w:r>
        <w:t xml:space="preserve">; y </w:t>
      </w:r>
      <w:r>
        <w:rPr>
          <w:color w:val="C00000"/>
        </w:rPr>
        <w:t>[NOMBRE COMPLETO DEL HEREDERO 2]</w:t>
      </w:r>
      <w:r>
        <w:t xml:space="preserve">, de nacionalidad </w:t>
      </w:r>
      <w:r>
        <w:rPr>
          <w:color w:val="C00000"/>
        </w:rPr>
        <w:t>[NACIONALIDAD]</w:t>
      </w:r>
      <w:r>
        <w:t xml:space="preserve">, de estado civil </w:t>
      </w:r>
      <w:r>
        <w:rPr>
          <w:color w:val="C00000"/>
        </w:rPr>
        <w:t>[ESTADO CIVIL</w:t>
      </w:r>
      <w:r>
        <w:rPr>
          <w:color w:val="C00000"/>
        </w:rPr>
        <w:t>]</w:t>
      </w:r>
      <w:r>
        <w:t xml:space="preserve">, de ocupación o profesión </w:t>
      </w:r>
      <w:r>
        <w:rPr>
          <w:color w:val="C00000"/>
        </w:rPr>
        <w:t>[OCUPACIÓN / PROFESIÓN]</w:t>
      </w:r>
      <w:r>
        <w:t xml:space="preserve">, domiciliado en </w:t>
      </w:r>
      <w:r>
        <w:rPr>
          <w:color w:val="C00000"/>
        </w:rPr>
        <w:t>[DIRECCIÓN COMPLETA]</w:t>
      </w:r>
      <w:r>
        <w:t xml:space="preserve">, con número de teléfono </w:t>
      </w:r>
      <w:r>
        <w:rPr>
          <w:color w:val="C00000"/>
        </w:rPr>
        <w:t>[__________]</w:t>
      </w:r>
      <w:r>
        <w:t xml:space="preserve"> y correo electrónico </w:t>
      </w:r>
      <w:r>
        <w:rPr>
          <w:color w:val="C00000"/>
        </w:rPr>
        <w:t>[__________]</w:t>
      </w:r>
      <w:r>
        <w:t xml:space="preserve">, en calidad de herederos de la causante, señora </w:t>
      </w:r>
      <w:r>
        <w:rPr>
          <w:color w:val="C00000"/>
        </w:rPr>
        <w:t>[NOMBRE COMPLETO DEL CAUSANTE]</w:t>
      </w:r>
      <w:r>
        <w:t xml:space="preserve">. </w:t>
      </w:r>
      <w:r>
        <w:rPr>
          <w:color w:val="C00000"/>
        </w:rPr>
        <w:t>[INCLUIR SOLO CU</w:t>
      </w:r>
      <w:r>
        <w:rPr>
          <w:color w:val="C00000"/>
        </w:rPr>
        <w:t>ANDO CORRESPONDA: Agregar a los demás herederos que comparezcan.]</w:t>
      </w:r>
    </w:p>
    <w:p w14:paraId="6D00A22F" w14:textId="77777777" w:rsidR="00192E33" w:rsidRDefault="00AE387E">
      <w:pPr>
        <w:spacing w:before="140" w:after="40"/>
        <w:jc w:val="both"/>
      </w:pPr>
      <w:r>
        <w:rPr>
          <w:b/>
        </w:rPr>
        <w:t>SEGUNDA.- ANTECEDENTES.-</w:t>
      </w:r>
    </w:p>
    <w:p w14:paraId="4C5AC821" w14:textId="6BC1D420" w:rsidR="00192E33" w:rsidRDefault="00AE387E">
      <w:pPr>
        <w:spacing w:after="100"/>
        <w:jc w:val="both"/>
      </w:pPr>
      <w:r>
        <w:t xml:space="preserve">La señora </w:t>
      </w:r>
      <w:r>
        <w:rPr>
          <w:color w:val="C00000"/>
        </w:rPr>
        <w:t>[NOMBRE COMPLETO DEL CAUSANTE]</w:t>
      </w:r>
      <w:r>
        <w:t xml:space="preserve"> falleció el </w:t>
      </w:r>
      <w:r>
        <w:rPr>
          <w:color w:val="C00000"/>
        </w:rPr>
        <w:t>[FECHA]</w:t>
      </w:r>
      <w:r>
        <w:t>, conforme consta en el certificado de defunción que se adjunta. A la fecha de su fallecimiento era de es</w:t>
      </w:r>
      <w:r>
        <w:t xml:space="preserve">tado civil </w:t>
      </w:r>
      <w:r>
        <w:rPr>
          <w:color w:val="C00000"/>
        </w:rPr>
        <w:t>[ESTADO CIVIL]</w:t>
      </w:r>
      <w:r>
        <w:t xml:space="preserve"> y dejó como herederos a </w:t>
      </w:r>
      <w:r>
        <w:rPr>
          <w:color w:val="C00000"/>
        </w:rPr>
        <w:t>[NOMBRES COMPLETOS DE LOS HEREDEROS]</w:t>
      </w:r>
      <w:r>
        <w:t xml:space="preserve">, en calidad de </w:t>
      </w:r>
      <w:r>
        <w:rPr>
          <w:color w:val="C00000"/>
        </w:rPr>
        <w:t>[PARENTESCO]</w:t>
      </w:r>
      <w:r>
        <w:t>.</w:t>
      </w:r>
    </w:p>
    <w:p w14:paraId="05F3B7A1" w14:textId="1C043B56" w:rsidR="003E00AE" w:rsidRPr="003E00AE" w:rsidRDefault="003E00AE">
      <w:pPr>
        <w:spacing w:after="100"/>
        <w:jc w:val="both"/>
        <w:rPr>
          <w:color w:val="C00000"/>
        </w:rPr>
      </w:pPr>
      <w:r>
        <w:rPr>
          <w:color w:val="C00000"/>
        </w:rPr>
        <w:t>UTILIZAR SOLO EN CASO DE QUE LAS ENTIDADES EXIJAN QUE SE DETALLE EL NOMBRE DE SU INSTITUCIÓN:</w:t>
      </w:r>
    </w:p>
    <w:p w14:paraId="51BC78EC" w14:textId="77777777" w:rsidR="00192E33" w:rsidRDefault="00AE387E">
      <w:pPr>
        <w:spacing w:after="100"/>
        <w:jc w:val="both"/>
      </w:pPr>
      <w:r>
        <w:t xml:space="preserve">La causante mantenía </w:t>
      </w:r>
      <w:r>
        <w:rPr>
          <w:color w:val="C00000"/>
        </w:rPr>
        <w:t>[UNA / VARIAS]</w:t>
      </w:r>
      <w:r>
        <w:t xml:space="preserve"> cuenta</w:t>
      </w:r>
      <w:r>
        <w:rPr>
          <w:color w:val="C00000"/>
        </w:rPr>
        <w:t>[s]</w:t>
      </w:r>
      <w:r>
        <w:t xml:space="preserve"> y/o beneficios de seguridad social que han quedado pendientes de cobro, cuyos datos se detalla</w:t>
      </w:r>
      <w:r>
        <w:t xml:space="preserve">n a continuación: </w:t>
      </w:r>
      <w:r>
        <w:rPr>
          <w:color w:val="C00000"/>
        </w:rPr>
        <w:t>[INSTITUCIÓN / ENTIDAD]</w:t>
      </w:r>
      <w:r>
        <w:t xml:space="preserve">, </w:t>
      </w:r>
      <w:r>
        <w:rPr>
          <w:color w:val="C00000"/>
        </w:rPr>
        <w:t>[TIPO DE CUENTA O BENEFICIO]</w:t>
      </w:r>
      <w:r>
        <w:t xml:space="preserve">, </w:t>
      </w:r>
      <w:r>
        <w:rPr>
          <w:color w:val="C00000"/>
        </w:rPr>
        <w:t>[NÚMERO DE CUENTA / REFERENCIA]</w:t>
      </w:r>
      <w:r>
        <w:t xml:space="preserve">, </w:t>
      </w:r>
      <w:r>
        <w:rPr>
          <w:color w:val="C00000"/>
        </w:rPr>
        <w:t>[VALOR, SI SE CONOCE]</w:t>
      </w:r>
      <w:r>
        <w:t>.</w:t>
      </w:r>
    </w:p>
    <w:p w14:paraId="7E2F22E3" w14:textId="77777777" w:rsidR="00192E33" w:rsidRDefault="00AE387E">
      <w:pPr>
        <w:spacing w:before="140" w:after="40"/>
        <w:jc w:val="both"/>
      </w:pPr>
      <w:r>
        <w:rPr>
          <w:b/>
        </w:rPr>
        <w:t>T</w:t>
      </w:r>
      <w:r>
        <w:rPr>
          <w:b/>
        </w:rPr>
        <w:t>ERCERA.- PETICIÓN CONCRETA.-</w:t>
      </w:r>
    </w:p>
    <w:p w14:paraId="715A6C87" w14:textId="5E3D7372" w:rsidR="00192E33" w:rsidRDefault="00AE387E">
      <w:pPr>
        <w:spacing w:after="100"/>
        <w:jc w:val="both"/>
      </w:pPr>
      <w:r>
        <w:t xml:space="preserve">Con los antecedentes expuestos, solicitamos a usted, señora Notaria, se conceda la POSESIÓN EFECTIVA </w:t>
      </w:r>
      <w:r w:rsidRPr="003E00AE">
        <w:rPr>
          <w:color w:val="C00000"/>
        </w:rPr>
        <w:t>PROINDIVISO</w:t>
      </w:r>
      <w:r w:rsidR="003E00AE">
        <w:t xml:space="preserve"> </w:t>
      </w:r>
      <w:r w:rsidR="003E00AE" w:rsidRPr="003E00AE">
        <w:rPr>
          <w:color w:val="C00000"/>
        </w:rPr>
        <w:t>(PROINDIVISO SE USA CUANDO EXISTE MÁS DE UN HEREDERO)</w:t>
      </w:r>
      <w:r>
        <w:t xml:space="preserve"> de los valores correspondientes a las cuentas, depósitos, beneficios de seguridad social y demás valores señalados</w:t>
      </w:r>
      <w:r>
        <w:t xml:space="preserve"> en la cláusula anterior, dejados por la causante, señora </w:t>
      </w:r>
      <w:r>
        <w:rPr>
          <w:color w:val="C00000"/>
        </w:rPr>
        <w:t>[NOMBRE COMPLETO DEL CAUSANTE]</w:t>
      </w:r>
      <w:r>
        <w:t xml:space="preserve">, en favor de sus herederos </w:t>
      </w:r>
      <w:r>
        <w:rPr>
          <w:color w:val="C00000"/>
        </w:rPr>
        <w:t>[NOMBRES COMPLETOS DE LOS HEREDEROS]</w:t>
      </w:r>
      <w:r>
        <w:t>, dejando a salvo el derecho de terceros.</w:t>
      </w:r>
    </w:p>
    <w:p w14:paraId="35025FDE" w14:textId="77777777" w:rsidR="00192E33" w:rsidRDefault="00AE387E">
      <w:pPr>
        <w:spacing w:after="100"/>
        <w:jc w:val="both"/>
      </w:pPr>
      <w:r>
        <w:t>Solicitamos además se levante la correspondiente acta notarial</w:t>
      </w:r>
      <w:r>
        <w:t xml:space="preserve"> y se nos confieran las copias certificadas necesarias para realizar los trámites de cobro ante las instituciones correspondientes.</w:t>
      </w:r>
    </w:p>
    <w:p w14:paraId="3724A5FC" w14:textId="77777777" w:rsidR="00192E33" w:rsidRDefault="00AE387E">
      <w:pPr>
        <w:spacing w:before="140" w:after="40"/>
        <w:jc w:val="both"/>
      </w:pPr>
      <w:r>
        <w:rPr>
          <w:b/>
        </w:rPr>
        <w:t>CUARTA.- CUANTÍA.-</w:t>
      </w:r>
    </w:p>
    <w:p w14:paraId="14008253" w14:textId="1C93C3EF" w:rsidR="00192E33" w:rsidRDefault="00AE387E">
      <w:pPr>
        <w:spacing w:after="100"/>
        <w:jc w:val="both"/>
      </w:pPr>
      <w:r>
        <w:t xml:space="preserve">La cuantía del presente instrumento </w:t>
      </w:r>
      <w:r w:rsidR="003E00AE">
        <w:t>por su naturaleza es indeterminada.</w:t>
      </w:r>
    </w:p>
    <w:p w14:paraId="72947275" w14:textId="77777777" w:rsidR="00192E33" w:rsidRDefault="00AE387E">
      <w:pPr>
        <w:spacing w:after="100"/>
        <w:jc w:val="both"/>
      </w:pPr>
      <w:r>
        <w:lastRenderedPageBreak/>
        <w:t xml:space="preserve">Usted, señora Notaria, se servirá agregar las demás cláusulas de estilo para la perfecta </w:t>
      </w:r>
      <w:r>
        <w:t>validez de este instrumento.</w:t>
      </w:r>
    </w:p>
    <w:p w14:paraId="43F7D735" w14:textId="77777777" w:rsidR="00192E33" w:rsidRDefault="00AE387E">
      <w:pPr>
        <w:spacing w:before="160" w:after="240"/>
        <w:jc w:val="both"/>
      </w:pPr>
      <w:r>
        <w:t>Firmamos conjuntamente con nuestro abogado patrocinador.</w:t>
      </w:r>
    </w:p>
    <w:p w14:paraId="1607EAE4" w14:textId="77777777" w:rsidR="00192E33" w:rsidRDefault="00AE387E">
      <w:pPr>
        <w:spacing w:before="160" w:after="40"/>
        <w:jc w:val="center"/>
      </w:pPr>
      <w:r>
        <w:rPr>
          <w:b/>
          <w:color w:val="C00000"/>
        </w:rPr>
        <w:t>[NOMBRE COMPLETO DEL HEREDERO 1]</w:t>
      </w:r>
    </w:p>
    <w:p w14:paraId="48CAF01D" w14:textId="77777777" w:rsidR="00192E33" w:rsidRDefault="00AE387E">
      <w:pPr>
        <w:spacing w:after="160"/>
        <w:jc w:val="center"/>
      </w:pPr>
      <w:r>
        <w:rPr>
          <w:b/>
          <w:color w:val="C00000"/>
        </w:rPr>
        <w:t>[NOMBRE COMPLETO DEL HEREDERO 2]</w:t>
      </w:r>
    </w:p>
    <w:p w14:paraId="2C6A66B9" w14:textId="77777777" w:rsidR="00192E33" w:rsidRDefault="00AE387E">
      <w:pPr>
        <w:spacing w:after="100"/>
        <w:jc w:val="center"/>
      </w:pPr>
      <w:r>
        <w:rPr>
          <w:b/>
          <w:color w:val="C00000"/>
        </w:rPr>
        <w:t>[NOMBRE DEL ABOGADO PATROCINADOR]</w:t>
      </w:r>
    </w:p>
    <w:p w14:paraId="08F3870D" w14:textId="77777777" w:rsidR="00192E33" w:rsidRDefault="00AE387E">
      <w:pPr>
        <w:spacing w:after="100"/>
        <w:jc w:val="center"/>
      </w:pPr>
      <w:r>
        <w:t xml:space="preserve">Abogado – Matrícula profesional </w:t>
      </w:r>
      <w:r>
        <w:rPr>
          <w:color w:val="C00000"/>
        </w:rPr>
        <w:t>[__________]</w:t>
      </w:r>
    </w:p>
    <w:sectPr w:rsidR="00192E33" w:rsidSect="00034616">
      <w:headerReference w:type="default" r:id="rId8"/>
      <w:pgSz w:w="12240" w:h="15840"/>
      <w:pgMar w:top="1191" w:right="1417" w:bottom="1134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8DA197" w14:textId="77777777" w:rsidR="00AE387E" w:rsidRDefault="00AE387E">
      <w:pPr>
        <w:spacing w:after="0" w:line="240" w:lineRule="auto"/>
      </w:pPr>
      <w:r>
        <w:separator/>
      </w:r>
    </w:p>
  </w:endnote>
  <w:endnote w:type="continuationSeparator" w:id="0">
    <w:p w14:paraId="5443925E" w14:textId="77777777" w:rsidR="00AE387E" w:rsidRDefault="00AE38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5D590B" w14:textId="77777777" w:rsidR="00AE387E" w:rsidRDefault="00AE387E">
      <w:pPr>
        <w:spacing w:after="0" w:line="240" w:lineRule="auto"/>
      </w:pPr>
      <w:r>
        <w:separator/>
      </w:r>
    </w:p>
  </w:footnote>
  <w:footnote w:type="continuationSeparator" w:id="0">
    <w:p w14:paraId="6CF17467" w14:textId="77777777" w:rsidR="00AE387E" w:rsidRDefault="00AE38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4034CF" w14:textId="77777777" w:rsidR="00192E33" w:rsidRDefault="00192E33">
    <w:pPr>
      <w:pStyle w:val="Encabezado"/>
    </w:pPr>
  </w:p>
  <w:tbl>
    <w:tblPr>
      <w:tblW w:w="0" w:type="auto"/>
      <w:jc w:val="center"/>
      <w:tblLayout w:type="fixed"/>
      <w:tblLook w:val="04A0" w:firstRow="1" w:lastRow="0" w:firstColumn="1" w:lastColumn="0" w:noHBand="0" w:noVBand="1"/>
    </w:tblPr>
    <w:tblGrid>
      <w:gridCol w:w="4677"/>
      <w:gridCol w:w="4677"/>
    </w:tblGrid>
    <w:tr w:rsidR="00192E33" w14:paraId="50D9CF6C" w14:textId="77777777">
      <w:trPr>
        <w:jc w:val="center"/>
      </w:trPr>
      <w:tc>
        <w:tcPr>
          <w:tcW w:w="4677" w:type="dxa"/>
        </w:tcPr>
        <w:p w14:paraId="2B36BB06" w14:textId="77777777" w:rsidR="00192E33" w:rsidRDefault="00AE387E">
          <w:r>
            <w:rPr>
              <w:noProof/>
            </w:rPr>
            <w:drawing>
              <wp:inline distT="0" distB="0" distL="0" distR="0" wp14:anchorId="4AE4BA0E" wp14:editId="43C2841A">
                <wp:extent cx="1440000" cy="39456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con-marca-de-agua-e1735359403888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40000" cy="3945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77" w:type="dxa"/>
        </w:tcPr>
        <w:p w14:paraId="6DB19624" w14:textId="77777777" w:rsidR="00192E33" w:rsidRDefault="00AE387E">
          <w:pPr>
            <w:jc w:val="right"/>
          </w:pPr>
          <w:r>
            <w:rPr>
              <w:b/>
              <w:sz w:val="18"/>
            </w:rPr>
            <w:t>www.iniciaderecho.com</w:t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92E33"/>
    <w:rsid w:val="0029639D"/>
    <w:rsid w:val="00326F90"/>
    <w:rsid w:val="003E00AE"/>
    <w:rsid w:val="00AA1D8D"/>
    <w:rsid w:val="00AE387E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836235F"/>
  <w14:defaultImageDpi w14:val="300"/>
  <w15:docId w15:val="{58BFAE7C-2178-4D2F-A008-9966A33C4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mbria" w:eastAsia="Cambria" w:hAnsi="Cambria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439</Words>
  <Characters>2415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2849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Inicia Derecho</dc:creator>
  <cp:keywords/>
  <dc:description/>
  <cp:lastModifiedBy>Luis Miranda</cp:lastModifiedBy>
  <cp:revision>2</cp:revision>
  <dcterms:created xsi:type="dcterms:W3CDTF">2013-12-23T23:15:00Z</dcterms:created>
  <dcterms:modified xsi:type="dcterms:W3CDTF">2026-08-22T19:45:00Z</dcterms:modified>
  <cp:category/>
</cp:coreProperties>
</file>