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997A4" w14:textId="77777777" w:rsidR="00225153" w:rsidRDefault="009129E1">
      <w:pPr>
        <w:spacing w:after="40"/>
        <w:jc w:val="center"/>
      </w:pPr>
      <w:r>
        <w:rPr>
          <w:b/>
        </w:rPr>
        <w:t>MODELO GRATUITO</w:t>
      </w:r>
    </w:p>
    <w:p w14:paraId="49EB1E88" w14:textId="77777777" w:rsidR="00225153" w:rsidRDefault="009129E1">
      <w:pPr>
        <w:spacing w:after="40"/>
        <w:jc w:val="center"/>
      </w:pPr>
      <w:r>
        <w:rPr>
          <w:b/>
          <w:sz w:val="36"/>
        </w:rPr>
        <w:t>PROCURACIÓN JUDICIAL</w:t>
      </w:r>
    </w:p>
    <w:p w14:paraId="5BFF2AD6" w14:textId="77777777" w:rsidR="00225153" w:rsidRDefault="009129E1">
      <w:pPr>
        <w:spacing w:after="240"/>
        <w:jc w:val="center"/>
      </w:pPr>
      <w:r>
        <w:t>ESCRITURA PÚBLICA</w:t>
      </w:r>
    </w:p>
    <w:p w14:paraId="671B2F01" w14:textId="77777777" w:rsidR="00225153" w:rsidRDefault="009129E1">
      <w:pPr>
        <w:spacing w:after="100"/>
        <w:jc w:val="both"/>
      </w:pPr>
      <w:r>
        <w:t>SEÑOR NOTARIO: En el Registro de Escrituras Públicas a su cargo, sírvase incorporar una de Procuración Judicial, al tenor de las siguientes cláusulas:</w:t>
      </w:r>
    </w:p>
    <w:p w14:paraId="18E71C59" w14:textId="77777777" w:rsidR="00225153" w:rsidRDefault="009129E1">
      <w:pPr>
        <w:spacing w:before="140" w:after="40"/>
        <w:jc w:val="both"/>
      </w:pPr>
      <w:r>
        <w:rPr>
          <w:b/>
        </w:rPr>
        <w:t>PRIMERA.- COMPARECIENTE:</w:t>
      </w:r>
    </w:p>
    <w:p w14:paraId="753733C8" w14:textId="77777777" w:rsidR="00225153" w:rsidRDefault="009129E1">
      <w:pPr>
        <w:spacing w:after="100"/>
        <w:jc w:val="both"/>
      </w:pPr>
      <w:r>
        <w:t xml:space="preserve">Comparece el/la señor/a </w:t>
      </w:r>
      <w:r>
        <w:rPr>
          <w:color w:val="C00000"/>
        </w:rPr>
        <w:t>[NOMBRE COMPLETO DEL MANDANTE]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de </w:t>
      </w:r>
      <w:r>
        <w:rPr>
          <w:color w:val="C00000"/>
        </w:rPr>
        <w:t>[____]</w:t>
      </w:r>
      <w:r>
        <w:t xml:space="preserve"> años de edad, de estado civil </w:t>
      </w:r>
      <w:r>
        <w:rPr>
          <w:color w:val="C00000"/>
        </w:rPr>
        <w:t>[ESTADO CIVIL]</w:t>
      </w:r>
      <w:r>
        <w:t xml:space="preserve">, de profesión u ocupación </w:t>
      </w:r>
      <w:r>
        <w:rPr>
          <w:color w:val="C00000"/>
        </w:rPr>
        <w:t>[OCUPACIÓN]</w:t>
      </w:r>
      <w:r>
        <w:t xml:space="preserve">, domiciliado/a en </w:t>
      </w:r>
      <w:r>
        <w:rPr>
          <w:color w:val="C00000"/>
        </w:rPr>
        <w:t>[DIRECCIÓN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, por sus propios y personales derechos, en calidad de MANDANTE, hábil y capaz para contratar y obligarse.</w:t>
      </w:r>
    </w:p>
    <w:p w14:paraId="61CA7B5C" w14:textId="77777777" w:rsidR="00225153" w:rsidRDefault="009129E1">
      <w:pPr>
        <w:spacing w:before="140" w:after="40"/>
        <w:jc w:val="both"/>
      </w:pPr>
      <w:r>
        <w:rPr>
          <w:b/>
        </w:rPr>
        <w:t>SEGUNDA.- ANTECEDENTES:</w:t>
      </w:r>
    </w:p>
    <w:p w14:paraId="2FEB746E" w14:textId="77777777" w:rsidR="00225153" w:rsidRDefault="009129E1">
      <w:pPr>
        <w:spacing w:after="100"/>
        <w:jc w:val="both"/>
      </w:pPr>
      <w:r>
        <w:t xml:space="preserve">El/la compareciente mantiene </w:t>
      </w:r>
      <w:r>
        <w:rPr>
          <w:color w:val="C00000"/>
        </w:rPr>
        <w:t>[DESCRIBIR BREVEMENTE EL PROCESO, JUICIO, TRÁMITE O ASUNTO JUD</w:t>
      </w:r>
      <w:r>
        <w:rPr>
          <w:color w:val="C00000"/>
        </w:rPr>
        <w:t>ICIAL, INDICANDO NÚMERO DE PROCESO SI EXISTE, UNIDAD JUDICIAL Y PARTES]</w:t>
      </w:r>
      <w:r>
        <w:t>.</w:t>
      </w:r>
    </w:p>
    <w:p w14:paraId="76DE6B09" w14:textId="77777777" w:rsidR="00225153" w:rsidRDefault="009129E1">
      <w:pPr>
        <w:spacing w:before="140" w:after="40"/>
        <w:jc w:val="both"/>
      </w:pPr>
      <w:r>
        <w:rPr>
          <w:b/>
        </w:rPr>
        <w:t>TERCERA.- PROCURACIÓN JUDICIAL:</w:t>
      </w:r>
    </w:p>
    <w:p w14:paraId="4DBD389F" w14:textId="77777777" w:rsidR="00225153" w:rsidRDefault="009129E1">
      <w:pPr>
        <w:spacing w:after="100"/>
        <w:jc w:val="both"/>
      </w:pPr>
      <w:r>
        <w:t xml:space="preserve">El/la señor/a </w:t>
      </w:r>
      <w:r>
        <w:rPr>
          <w:color w:val="C00000"/>
        </w:rPr>
        <w:t>[NOMBRE COMPLETO DEL MANDANTE]</w:t>
      </w:r>
      <w:r>
        <w:t xml:space="preserve"> confiere PROCURACIÓN JUDICIAL a favor del/la abogado/a </w:t>
      </w:r>
      <w:r>
        <w:rPr>
          <w:color w:val="C00000"/>
        </w:rPr>
        <w:t>[NOMBRE COMPLETO DEL PROCURADOR JUDICIAL]</w:t>
      </w:r>
      <w:r>
        <w:t>, con matr</w:t>
      </w:r>
      <w:r>
        <w:t xml:space="preserve">ícula profesional número </w:t>
      </w:r>
      <w:r>
        <w:rPr>
          <w:color w:val="C00000"/>
        </w:rPr>
        <w:t>[__________]</w:t>
      </w:r>
      <w:r>
        <w:t>, para que lo/la represente dentro del proceso o asunto señalado en la cláusula anterior, con las facultades necesarias para intervenir en las actuaciones judiciales correspondientes, presentar escritos, comparecer a au</w:t>
      </w:r>
      <w:r>
        <w:t>diencias, recibir notificaciones y realizar las gestiones necesarias para la defensa de sus derechos e intereses.</w:t>
      </w:r>
    </w:p>
    <w:p w14:paraId="6F320B71" w14:textId="77777777" w:rsidR="00225153" w:rsidRDefault="009129E1">
      <w:pPr>
        <w:spacing w:after="100"/>
        <w:jc w:val="both"/>
      </w:pPr>
      <w:r>
        <w:t>El/la procurador/a judicial queda expresamente facultado/a para transigir, conciliar, someter el asunto a mediación o arbitraje, y realizar lo</w:t>
      </w:r>
      <w:r>
        <w:t>s actos necesarios para alcanzar acuerdos dentro del proceso, cuando corresponda.</w:t>
      </w:r>
    </w:p>
    <w:p w14:paraId="6DEDEC87" w14:textId="77777777" w:rsidR="00225153" w:rsidRDefault="009129E1">
      <w:pPr>
        <w:spacing w:after="100"/>
        <w:jc w:val="both"/>
      </w:pPr>
      <w:r>
        <w:rPr>
          <w:color w:val="C00000"/>
        </w:rPr>
        <w:t>[INCLUIR SOLO CUANDO CORRESPONDA: El procurador judicial queda facultado para sustituir o delegar la procuración judicial en otro profesional del derecho.]</w:t>
      </w:r>
    </w:p>
    <w:p w14:paraId="5B97E842" w14:textId="77777777" w:rsidR="00225153" w:rsidRDefault="009129E1">
      <w:pPr>
        <w:spacing w:before="140" w:after="40"/>
        <w:jc w:val="both"/>
      </w:pPr>
      <w:r>
        <w:rPr>
          <w:b/>
        </w:rPr>
        <w:t>CUARTA.- RATIFICAC</w:t>
      </w:r>
      <w:r>
        <w:rPr>
          <w:b/>
        </w:rPr>
        <w:t>IÓN:</w:t>
      </w:r>
    </w:p>
    <w:p w14:paraId="6DB6177F" w14:textId="77777777" w:rsidR="00225153" w:rsidRDefault="009129E1">
      <w:pPr>
        <w:spacing w:after="100"/>
        <w:jc w:val="both"/>
      </w:pPr>
      <w:r>
        <w:t>El/la mandante ratifica desde este momento las actuaciones que el/la procurador/a judicial realice dentro de las facultades conferidas mediante el presente instrumento.</w:t>
      </w:r>
    </w:p>
    <w:p w14:paraId="7DB05613" w14:textId="77777777" w:rsidR="00225153" w:rsidRDefault="009129E1">
      <w:pPr>
        <w:spacing w:before="140" w:after="40"/>
        <w:jc w:val="both"/>
      </w:pPr>
      <w:r>
        <w:rPr>
          <w:b/>
        </w:rPr>
        <w:t>QUINTA.- CUANTÍA:</w:t>
      </w:r>
    </w:p>
    <w:p w14:paraId="70E30951" w14:textId="77777777" w:rsidR="00225153" w:rsidRDefault="009129E1">
      <w:pPr>
        <w:spacing w:after="100"/>
        <w:jc w:val="both"/>
      </w:pPr>
      <w:r>
        <w:t>La cuantía por su naturaleza es indeterminada.</w:t>
      </w:r>
    </w:p>
    <w:p w14:paraId="50E9505A" w14:textId="77777777" w:rsidR="00225153" w:rsidRDefault="009129E1">
      <w:pPr>
        <w:spacing w:after="100"/>
        <w:jc w:val="both"/>
      </w:pPr>
      <w:r>
        <w:t>Usted, señor Nota</w:t>
      </w:r>
      <w:r>
        <w:t>rio, se servirá agregar las demás cláusulas de estilo necesarias para la perfecta validez de este instrumento.</w:t>
      </w:r>
    </w:p>
    <w:p w14:paraId="535A6B94" w14:textId="77777777" w:rsidR="00225153" w:rsidRDefault="009129E1">
      <w:pPr>
        <w:spacing w:after="40"/>
        <w:jc w:val="center"/>
      </w:pPr>
      <w:r>
        <w:rPr>
          <w:b/>
          <w:color w:val="C00000"/>
        </w:rPr>
        <w:t>[NOMBRE DEL ABOGADO PATROCINADOR]</w:t>
      </w:r>
    </w:p>
    <w:p w14:paraId="4EDDF6F0" w14:textId="77777777" w:rsidR="00225153" w:rsidRDefault="009129E1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225153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A73AD" w14:textId="77777777" w:rsidR="009129E1" w:rsidRDefault="009129E1">
      <w:pPr>
        <w:spacing w:after="0" w:line="240" w:lineRule="auto"/>
      </w:pPr>
      <w:r>
        <w:separator/>
      </w:r>
    </w:p>
  </w:endnote>
  <w:endnote w:type="continuationSeparator" w:id="0">
    <w:p w14:paraId="7C17634F" w14:textId="77777777" w:rsidR="009129E1" w:rsidRDefault="00912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B23E6" w14:textId="77777777" w:rsidR="009129E1" w:rsidRDefault="009129E1">
      <w:pPr>
        <w:spacing w:after="0" w:line="240" w:lineRule="auto"/>
      </w:pPr>
      <w:r>
        <w:separator/>
      </w:r>
    </w:p>
  </w:footnote>
  <w:footnote w:type="continuationSeparator" w:id="0">
    <w:p w14:paraId="52912E44" w14:textId="77777777" w:rsidR="009129E1" w:rsidRDefault="00912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915FF" w14:textId="77777777" w:rsidR="00225153" w:rsidRDefault="00225153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225153" w14:paraId="09008805" w14:textId="77777777">
      <w:trPr>
        <w:jc w:val="center"/>
      </w:trPr>
      <w:tc>
        <w:tcPr>
          <w:tcW w:w="4677" w:type="dxa"/>
        </w:tcPr>
        <w:p w14:paraId="724DCCBF" w14:textId="77777777" w:rsidR="00225153" w:rsidRDefault="009129E1">
          <w:r>
            <w:rPr>
              <w:noProof/>
            </w:rPr>
            <w:drawing>
              <wp:inline distT="0" distB="0" distL="0" distR="0" wp14:anchorId="508A9D60" wp14:editId="70C443FD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2DB4B7EB" w14:textId="77777777" w:rsidR="00225153" w:rsidRDefault="009129E1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5153"/>
    <w:rsid w:val="0029639D"/>
    <w:rsid w:val="00326F90"/>
    <w:rsid w:val="009129E1"/>
    <w:rsid w:val="00AA1D8D"/>
    <w:rsid w:val="00B47730"/>
    <w:rsid w:val="00C1706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CE125"/>
  <w14:defaultImageDpi w14:val="300"/>
  <w15:docId w15:val="{FEEA07EC-55E3-4F53-8D5D-E57B72B4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2026-08-22T18:56:00Z</dcterms:modified>
  <cp:category/>
</cp:coreProperties>
</file>