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E2B4C" w14:textId="77777777" w:rsidR="007E37B8" w:rsidRDefault="002173C8">
      <w:pPr>
        <w:spacing w:after="40"/>
        <w:jc w:val="center"/>
      </w:pPr>
      <w:r>
        <w:rPr>
          <w:b/>
        </w:rPr>
        <w:t>MODELO GRATUITO</w:t>
      </w:r>
    </w:p>
    <w:p w14:paraId="6F8FDD45" w14:textId="77777777" w:rsidR="007E37B8" w:rsidRDefault="002173C8">
      <w:pPr>
        <w:spacing w:after="40"/>
        <w:jc w:val="center"/>
      </w:pPr>
      <w:r>
        <w:rPr>
          <w:b/>
          <w:sz w:val="36"/>
        </w:rPr>
        <w:t>RENUNCIA DE GANANCIALES</w:t>
      </w:r>
    </w:p>
    <w:p w14:paraId="7D289806" w14:textId="77777777" w:rsidR="007E37B8" w:rsidRDefault="002173C8">
      <w:pPr>
        <w:spacing w:after="240"/>
        <w:jc w:val="center"/>
      </w:pPr>
      <w:r>
        <w:t>ESCRITURA PÚBLICA</w:t>
      </w:r>
    </w:p>
    <w:p w14:paraId="195D170B" w14:textId="77777777" w:rsidR="007E37B8" w:rsidRDefault="002173C8">
      <w:pPr>
        <w:spacing w:after="100"/>
        <w:jc w:val="both"/>
      </w:pPr>
      <w:r>
        <w:t>SEÑORA NOTARIA: Sírvase elevar a escritura pública una minuta conteniendo RENUNCIA DE GANANCIALES MATRIMONIALES, al tenor de las siguientes cláusulas:</w:t>
      </w:r>
    </w:p>
    <w:p w14:paraId="2349B406" w14:textId="77777777" w:rsidR="007E37B8" w:rsidRDefault="002173C8">
      <w:pPr>
        <w:spacing w:before="140" w:after="40"/>
        <w:jc w:val="both"/>
      </w:pPr>
      <w:r>
        <w:rPr>
          <w:b/>
        </w:rPr>
        <w:t>PRIMERA.- COMPARECIENTES:</w:t>
      </w:r>
    </w:p>
    <w:p w14:paraId="5D8C1867" w14:textId="77777777" w:rsidR="007E37B8" w:rsidRDefault="002173C8">
      <w:pPr>
        <w:spacing w:after="100"/>
        <w:jc w:val="both"/>
      </w:pPr>
      <w:r>
        <w:t xml:space="preserve">Comparecen los señores </w:t>
      </w:r>
      <w:r>
        <w:rPr>
          <w:color w:val="C00000"/>
        </w:rPr>
        <w:t>[NOMBRE COMPLETO DEL CÓNYUGE RENUNCIANTE]</w:t>
      </w:r>
      <w:r>
        <w:t xml:space="preserve">, de nacionalidad </w:t>
      </w:r>
      <w:r>
        <w:rPr>
          <w:color w:val="C00000"/>
        </w:rPr>
        <w:t>[NACIONALIDAD]</w:t>
      </w:r>
      <w:r>
        <w:t xml:space="preserve">, mayor de edad, de estado civil </w:t>
      </w:r>
      <w:r>
        <w:rPr>
          <w:color w:val="C00000"/>
        </w:rPr>
        <w:t>[ESTADO CIVIL]</w:t>
      </w:r>
      <w:r>
        <w:t xml:space="preserve">, de ocupación </w:t>
      </w:r>
      <w:r>
        <w:rPr>
          <w:color w:val="C00000"/>
        </w:rPr>
        <w:t>[OCUPACIÓN]</w:t>
      </w:r>
      <w:r>
        <w:t xml:space="preserve">, domiciliado en </w:t>
      </w:r>
      <w:r>
        <w:rPr>
          <w:color w:val="C00000"/>
        </w:rPr>
        <w:t>[DIRECCIÓN COMPLETA]</w:t>
      </w:r>
      <w:r>
        <w:t xml:space="preserve">, con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</w:t>
      </w:r>
      <w:r>
        <w:rPr>
          <w:color w:val="C00000"/>
        </w:rPr>
        <w:t>__________]</w:t>
      </w:r>
      <w:r>
        <w:t xml:space="preserve">; y, por otra parte, la señora </w:t>
      </w:r>
      <w:r>
        <w:rPr>
          <w:color w:val="C00000"/>
        </w:rPr>
        <w:t>[NOMBRE COMPLETO DEL OTRO CÓNYUGE / EXCÓNYUGE]</w:t>
      </w:r>
      <w:r>
        <w:t xml:space="preserve">, de nacionalidad </w:t>
      </w:r>
      <w:r>
        <w:rPr>
          <w:color w:val="C00000"/>
        </w:rPr>
        <w:t>[NACIONALIDAD]</w:t>
      </w:r>
      <w:r>
        <w:t xml:space="preserve">, mayor de edad, de estado civil </w:t>
      </w:r>
      <w:r>
        <w:rPr>
          <w:color w:val="C00000"/>
        </w:rPr>
        <w:t>[ESTADO CIVIL]</w:t>
      </w:r>
      <w:r>
        <w:t xml:space="preserve">, de ocupación </w:t>
      </w:r>
      <w:r>
        <w:rPr>
          <w:color w:val="C00000"/>
        </w:rPr>
        <w:t>[OCUPACIÓN]</w:t>
      </w:r>
      <w:r>
        <w:t xml:space="preserve">, domiciliada en </w:t>
      </w:r>
      <w:r>
        <w:rPr>
          <w:color w:val="C00000"/>
        </w:rPr>
        <w:t>[DIRECCIÓN COMPLETA]</w:t>
      </w:r>
      <w:r>
        <w:t xml:space="preserve">, con teléfono </w:t>
      </w:r>
      <w:r>
        <w:rPr>
          <w:color w:val="C00000"/>
        </w:rPr>
        <w:t>[__________</w:t>
      </w:r>
      <w:r>
        <w:rPr>
          <w:color w:val="C00000"/>
        </w:rPr>
        <w:t>]</w:t>
      </w:r>
      <w:r>
        <w:t xml:space="preserve"> y correo electrónico </w:t>
      </w:r>
      <w:r>
        <w:rPr>
          <w:color w:val="C00000"/>
        </w:rPr>
        <w:t>[__________]</w:t>
      </w:r>
      <w:r>
        <w:t>. Los comparecientes, en forma libre y voluntaria y en pleno uso de sus capacidades legales, convienen en suscribir el presente acuerdo de RENUNCIA DE GANANCIALES MATRIMONIALES.</w:t>
      </w:r>
    </w:p>
    <w:p w14:paraId="62911988" w14:textId="77777777" w:rsidR="007E37B8" w:rsidRDefault="002173C8">
      <w:pPr>
        <w:spacing w:before="140" w:after="40"/>
        <w:jc w:val="both"/>
      </w:pPr>
      <w:r>
        <w:rPr>
          <w:b/>
        </w:rPr>
        <w:t>SEGUNDA.- ANTECEDENTES:</w:t>
      </w:r>
    </w:p>
    <w:p w14:paraId="738D68BE" w14:textId="77777777" w:rsidR="007E37B8" w:rsidRDefault="002173C8">
      <w:pPr>
        <w:spacing w:after="100"/>
        <w:jc w:val="both"/>
      </w:pPr>
      <w:r>
        <w:t>1.- Los comparecien</w:t>
      </w:r>
      <w:r>
        <w:t xml:space="preserve">tes contrajeron matrimonio civil con fecha </w:t>
      </w:r>
      <w:r>
        <w:rPr>
          <w:color w:val="C00000"/>
        </w:rPr>
        <w:t>[DÍA]</w:t>
      </w:r>
      <w:r>
        <w:t xml:space="preserve"> de </w:t>
      </w:r>
      <w:r>
        <w:rPr>
          <w:color w:val="C00000"/>
        </w:rPr>
        <w:t>[MES]</w:t>
      </w:r>
      <w:r>
        <w:t xml:space="preserve"> del año </w:t>
      </w:r>
      <w:r>
        <w:rPr>
          <w:color w:val="C00000"/>
        </w:rPr>
        <w:t>[AÑO]</w:t>
      </w:r>
      <w:r>
        <w:t xml:space="preserve">, en la parroquia </w:t>
      </w:r>
      <w:r>
        <w:rPr>
          <w:color w:val="C00000"/>
        </w:rPr>
        <w:t>[__________]</w:t>
      </w:r>
      <w:r>
        <w:t xml:space="preserve">, cantón </w:t>
      </w:r>
      <w:r>
        <w:rPr>
          <w:color w:val="C00000"/>
        </w:rPr>
        <w:t>[__________]</w:t>
      </w:r>
      <w:r>
        <w:t xml:space="preserve">, provincia de </w:t>
      </w:r>
      <w:r>
        <w:rPr>
          <w:color w:val="C00000"/>
        </w:rPr>
        <w:t>[__________]</w:t>
      </w:r>
      <w:r>
        <w:t xml:space="preserve">, cuya inscripción consta en el tomo </w:t>
      </w:r>
      <w:r>
        <w:rPr>
          <w:color w:val="C00000"/>
        </w:rPr>
        <w:t>[__________]</w:t>
      </w:r>
      <w:r>
        <w:t xml:space="preserve">, página </w:t>
      </w:r>
      <w:r>
        <w:rPr>
          <w:color w:val="C00000"/>
        </w:rPr>
        <w:t>[__________]</w:t>
      </w:r>
      <w:r>
        <w:t xml:space="preserve"> y acta </w:t>
      </w:r>
      <w:r>
        <w:rPr>
          <w:color w:val="C00000"/>
        </w:rPr>
        <w:t>[__________]</w:t>
      </w:r>
      <w:r>
        <w:t xml:space="preserve"> del archivo de l</w:t>
      </w:r>
      <w:r>
        <w:t xml:space="preserve">a Dirección General de Registro Civil, Identificación y Cedulación. 2.- Consta en la partida de matrimonio que se adjunta como documento habilitante, la razón de marginación de </w:t>
      </w:r>
      <w:r>
        <w:rPr>
          <w:color w:val="C00000"/>
        </w:rPr>
        <w:t>[DIVORCIO / DISOLUCIÓN DE LA SOCIEDAD CONYUGAL]</w:t>
      </w:r>
      <w:r>
        <w:t xml:space="preserve">, inscrita con fecha </w:t>
      </w:r>
      <w:r>
        <w:rPr>
          <w:color w:val="C00000"/>
        </w:rPr>
        <w:t>[FECHA]</w:t>
      </w:r>
      <w:r>
        <w:t>. 3.</w:t>
      </w:r>
      <w:r>
        <w:t xml:space="preserve">- Dentro de la vigencia de la sociedad conyugal, los comparecientes adquirieron el inmueble constituido por </w:t>
      </w:r>
      <w:r>
        <w:rPr>
          <w:color w:val="C00000"/>
        </w:rPr>
        <w:t>[DESCRIPCIÓN COMPLETA DEL INMUEBLE]</w:t>
      </w:r>
      <w:r>
        <w:t xml:space="preserve">. LINDEROS: NORTE: </w:t>
      </w:r>
      <w:r>
        <w:rPr>
          <w:color w:val="C00000"/>
        </w:rPr>
        <w:t>[__________]</w:t>
      </w:r>
      <w:r>
        <w:t xml:space="preserve">; SUR: </w:t>
      </w:r>
      <w:r>
        <w:rPr>
          <w:color w:val="C00000"/>
        </w:rPr>
        <w:t>[__________]</w:t>
      </w:r>
      <w:r>
        <w:t xml:space="preserve">; ESTE: </w:t>
      </w:r>
      <w:r>
        <w:rPr>
          <w:color w:val="C00000"/>
        </w:rPr>
        <w:t>[__________]</w:t>
      </w:r>
      <w:r>
        <w:t xml:space="preserve">; OESTE: </w:t>
      </w:r>
      <w:r>
        <w:rPr>
          <w:color w:val="C00000"/>
        </w:rPr>
        <w:t>[__________]</w:t>
      </w:r>
      <w:r>
        <w:t xml:space="preserve">; SUPERFICIE: </w:t>
      </w:r>
      <w:r>
        <w:rPr>
          <w:color w:val="C00000"/>
        </w:rPr>
        <w:t>[_______</w:t>
      </w:r>
      <w:r>
        <w:rPr>
          <w:color w:val="C00000"/>
        </w:rPr>
        <w:t>___]</w:t>
      </w:r>
      <w:r>
        <w:t xml:space="preserve">. </w:t>
      </w:r>
      <w:r>
        <w:rPr>
          <w:color w:val="C00000"/>
        </w:rPr>
        <w:t>[USAR SOLO CUANDO CORRESPONDA: Si el inmueble está sujeto a propiedad horizontal, incorporar linderos específicos, alícuotas y áreas conforme a la declaratoria de propiedad horizontal.]</w:t>
      </w:r>
    </w:p>
    <w:p w14:paraId="12F84846" w14:textId="77777777" w:rsidR="007E37B8" w:rsidRDefault="002173C8">
      <w:pPr>
        <w:spacing w:before="140" w:after="40"/>
        <w:jc w:val="both"/>
      </w:pPr>
      <w:r>
        <w:rPr>
          <w:b/>
        </w:rPr>
        <w:t>TERCERA.- FORMA DE ADQUISICIÓN:</w:t>
      </w:r>
    </w:p>
    <w:p w14:paraId="59F953A9" w14:textId="77777777" w:rsidR="007E37B8" w:rsidRDefault="002173C8">
      <w:pPr>
        <w:spacing w:after="100"/>
        <w:jc w:val="both"/>
      </w:pPr>
      <w:r>
        <w:t>El inmueble descrito fue adquiri</w:t>
      </w:r>
      <w:r>
        <w:t xml:space="preserve">do mediante </w:t>
      </w:r>
      <w:r>
        <w:rPr>
          <w:color w:val="C00000"/>
        </w:rPr>
        <w:t>[FORMA DE ADQUISICIÓN]</w:t>
      </w:r>
      <w:r>
        <w:t xml:space="preserve">, según escritura pública o título de adquisición otorgado el </w:t>
      </w:r>
      <w:r>
        <w:rPr>
          <w:color w:val="C00000"/>
        </w:rPr>
        <w:t>[FECHA]</w:t>
      </w:r>
      <w:r>
        <w:t xml:space="preserve"> ante </w:t>
      </w:r>
      <w:r>
        <w:rPr>
          <w:color w:val="C00000"/>
        </w:rPr>
        <w:t>[NOTARIO / ENTIDAD]</w:t>
      </w:r>
      <w:r>
        <w:t xml:space="preserve">, e inscrito en el Registro de la Propiedad del cantón </w:t>
      </w:r>
      <w:r>
        <w:rPr>
          <w:color w:val="C00000"/>
        </w:rPr>
        <w:t>[CANTÓN]</w:t>
      </w:r>
      <w:r>
        <w:t xml:space="preserve"> el </w:t>
      </w:r>
      <w:r>
        <w:rPr>
          <w:color w:val="C00000"/>
        </w:rPr>
        <w:t>[FECHA]</w:t>
      </w:r>
      <w:r>
        <w:t xml:space="preserve">. </w:t>
      </w:r>
      <w:r>
        <w:rPr>
          <w:color w:val="C00000"/>
        </w:rPr>
        <w:t xml:space="preserve">[USAR SOLO CUANDO CORRESPONDA: Incorporar la </w:t>
      </w:r>
      <w:r>
        <w:rPr>
          <w:color w:val="C00000"/>
        </w:rPr>
        <w:t>fecha de otorgamiento e inscripción de la declaratoria de propiedad horizontal.]</w:t>
      </w:r>
    </w:p>
    <w:p w14:paraId="4D0B5701" w14:textId="77777777" w:rsidR="007E37B8" w:rsidRDefault="002173C8">
      <w:pPr>
        <w:spacing w:before="140" w:after="40"/>
        <w:jc w:val="both"/>
      </w:pPr>
      <w:r>
        <w:rPr>
          <w:b/>
        </w:rPr>
        <w:t>CUARTA.- RENUNCIA DE GANANCIALES:</w:t>
      </w:r>
    </w:p>
    <w:p w14:paraId="4715AEAF" w14:textId="4A8416BE" w:rsidR="007E37B8" w:rsidRDefault="002173C8">
      <w:pPr>
        <w:spacing w:after="100"/>
        <w:jc w:val="both"/>
      </w:pPr>
      <w:r>
        <w:t xml:space="preserve">Los comparecientes, en forma libre y voluntaria, han resuelto que el señor </w:t>
      </w:r>
      <w:r>
        <w:rPr>
          <w:color w:val="C00000"/>
        </w:rPr>
        <w:t>[NOMBRE DEL RENUNCIANTE]</w:t>
      </w:r>
      <w:r>
        <w:t xml:space="preserve"> realice la RENUNCIA DE GANANCIALES MATRIM</w:t>
      </w:r>
      <w:r>
        <w:t xml:space="preserve">ONIALES en favor de su excónyuge, señora </w:t>
      </w:r>
      <w:r>
        <w:rPr>
          <w:color w:val="C00000"/>
        </w:rPr>
        <w:t>[NOMBRE DE LA BENEFICIARIA]</w:t>
      </w:r>
      <w:r>
        <w:t xml:space="preserve">. 4.1.- El compareciente, señor </w:t>
      </w:r>
      <w:r>
        <w:rPr>
          <w:color w:val="C00000"/>
        </w:rPr>
        <w:t>[NOMBRE DEL RENUNCIANTE]</w:t>
      </w:r>
      <w:r>
        <w:t xml:space="preserve">, en forma libre y voluntaria RENUNCIA en favor de su excónyuge, señora </w:t>
      </w:r>
      <w:r>
        <w:rPr>
          <w:color w:val="C00000"/>
        </w:rPr>
        <w:t>[NOMBRE DE LA BENEFICIARIA]</w:t>
      </w:r>
      <w:r>
        <w:t xml:space="preserve">, el cincuenta por ciento de los </w:t>
      </w:r>
      <w:r>
        <w:t xml:space="preserve">haberes que le corresponden dentro de la sociedad conyugal que existió entre ambos y que se encuentran radicados en el inmueble descrito previamente, por lo que, a partir de la presente fecha, la propiedad se consolida única y </w:t>
      </w:r>
      <w:r>
        <w:lastRenderedPageBreak/>
        <w:t>exclusivamente en favor de la</w:t>
      </w:r>
      <w:r>
        <w:t xml:space="preserve"> señora </w:t>
      </w:r>
      <w:r>
        <w:rPr>
          <w:color w:val="C00000"/>
        </w:rPr>
        <w:t>[NOMBRE DE LA BENEFICIARIA]</w:t>
      </w:r>
      <w:r>
        <w:t xml:space="preserve">. 4.2.- La presente renuncia de gananciales se realiza a título gratuito; para fines tributarios se fija la cuantía de </w:t>
      </w:r>
      <w:r>
        <w:rPr>
          <w:color w:val="C00000"/>
        </w:rPr>
        <w:t xml:space="preserve">[VALOR CORRESPONDIENTE AL 50% DEL AVALÚO </w:t>
      </w:r>
      <w:r>
        <w:rPr>
          <w:color w:val="C00000"/>
        </w:rPr>
        <w:t>DEL BIEN]</w:t>
      </w:r>
      <w:r>
        <w:t>.</w:t>
      </w:r>
    </w:p>
    <w:p w14:paraId="25DB49F1" w14:textId="77777777" w:rsidR="007E37B8" w:rsidRDefault="002173C8">
      <w:pPr>
        <w:spacing w:before="140" w:after="40"/>
        <w:jc w:val="both"/>
      </w:pPr>
      <w:r>
        <w:rPr>
          <w:b/>
        </w:rPr>
        <w:t>QUINTA.- TRANSFERENCIA DE DOMINIO:</w:t>
      </w:r>
    </w:p>
    <w:p w14:paraId="68B05846" w14:textId="77777777" w:rsidR="007E37B8" w:rsidRDefault="002173C8">
      <w:pPr>
        <w:spacing w:after="100"/>
        <w:jc w:val="both"/>
      </w:pPr>
      <w:r>
        <w:t>Por m</w:t>
      </w:r>
      <w:r>
        <w:t xml:space="preserve">edio del presente instrumento público, el compareciente señor </w:t>
      </w:r>
      <w:r>
        <w:rPr>
          <w:color w:val="C00000"/>
        </w:rPr>
        <w:t>[NOMBRE DEL RENUNCIANTE]</w:t>
      </w:r>
      <w:r>
        <w:t xml:space="preserve"> transfiere en favor de la señora </w:t>
      </w:r>
      <w:r>
        <w:rPr>
          <w:color w:val="C00000"/>
        </w:rPr>
        <w:t>[NOMBRE DE LA BENEFICIARIA]</w:t>
      </w:r>
      <w:r>
        <w:t xml:space="preserve"> el dominio, uso y posesión de todos los derechos y acciones que le corresponden sobre el bien inmueble refer</w:t>
      </w:r>
      <w:r>
        <w:t xml:space="preserve">ido anteriormente, sin reserva de ninguna naturaleza, con todos sus usos, costumbres, servidumbres, entradas, salidas, construcciones y todo cuanto por ley le corresponde y le es anexo, por lo cual la propiedad se consolida única y exclusivamente en favor </w:t>
      </w:r>
      <w:r>
        <w:t xml:space="preserve">de la señora </w:t>
      </w:r>
      <w:r>
        <w:rPr>
          <w:color w:val="C00000"/>
        </w:rPr>
        <w:t>[NOMBRE DE LA BENEFICIARIA]</w:t>
      </w:r>
      <w:r>
        <w:t>.</w:t>
      </w:r>
    </w:p>
    <w:p w14:paraId="50375856" w14:textId="77777777" w:rsidR="007E37B8" w:rsidRDefault="002173C8">
      <w:pPr>
        <w:spacing w:before="140" w:after="40"/>
        <w:jc w:val="both"/>
      </w:pPr>
      <w:r>
        <w:rPr>
          <w:b/>
        </w:rPr>
        <w:t>SEXTA.- SANEAMIENTO:</w:t>
      </w:r>
    </w:p>
    <w:p w14:paraId="7644AC16" w14:textId="77777777" w:rsidR="007E37B8" w:rsidRDefault="002173C8">
      <w:pPr>
        <w:spacing w:after="100"/>
        <w:jc w:val="both"/>
      </w:pPr>
      <w:r>
        <w:t xml:space="preserve">El compareciente, señor </w:t>
      </w:r>
      <w:r>
        <w:rPr>
          <w:color w:val="C00000"/>
        </w:rPr>
        <w:t>[NOMBRE DEL RENUNCIANTE]</w:t>
      </w:r>
      <w:r>
        <w:t xml:space="preserve">, deja constancia de que sobre los derechos que renuncia no pesa gravamen de ninguna naturaleza que limite el dominio, uso y posesión y, en caso </w:t>
      </w:r>
      <w:r>
        <w:t>necesario, se somete al saneamiento por evicción y vicios redhibitorios de acuerdo con el Código Civil.</w:t>
      </w:r>
    </w:p>
    <w:p w14:paraId="438AC7D2" w14:textId="77777777" w:rsidR="007E37B8" w:rsidRDefault="002173C8">
      <w:pPr>
        <w:spacing w:before="140" w:after="40"/>
        <w:jc w:val="both"/>
      </w:pPr>
      <w:r>
        <w:rPr>
          <w:b/>
        </w:rPr>
        <w:t>SÉPTIMA.- CONTROVERSIAS:</w:t>
      </w:r>
    </w:p>
    <w:p w14:paraId="3E2098A2" w14:textId="77777777" w:rsidR="007E37B8" w:rsidRDefault="002173C8">
      <w:pPr>
        <w:spacing w:after="100"/>
        <w:jc w:val="both"/>
      </w:pPr>
      <w:r>
        <w:t xml:space="preserve">En caso de controversia, las partes se someten a los jueces del cantón </w:t>
      </w:r>
      <w:r>
        <w:rPr>
          <w:color w:val="C00000"/>
        </w:rPr>
        <w:t>[CANTÓN]</w:t>
      </w:r>
      <w:r>
        <w:t xml:space="preserve"> y a la vía que corresponda.</w:t>
      </w:r>
    </w:p>
    <w:p w14:paraId="038C546C" w14:textId="77777777" w:rsidR="007E37B8" w:rsidRDefault="002173C8">
      <w:pPr>
        <w:spacing w:before="140" w:after="40"/>
        <w:jc w:val="both"/>
      </w:pPr>
      <w:r>
        <w:rPr>
          <w:b/>
        </w:rPr>
        <w:t>OCTAVA.- ACEPTACIÓN</w:t>
      </w:r>
      <w:r>
        <w:rPr>
          <w:b/>
        </w:rPr>
        <w:t xml:space="preserve"> Y RATIFICACIÓN:</w:t>
      </w:r>
    </w:p>
    <w:p w14:paraId="398F7758" w14:textId="77777777" w:rsidR="007E37B8" w:rsidRDefault="002173C8">
      <w:pPr>
        <w:spacing w:after="100"/>
        <w:jc w:val="both"/>
      </w:pPr>
      <w:r>
        <w:t>Los comparecientes expresan que, una vez que se ha dado lectura de todo el contenido del presente instrumento, están de acuerdo con su contenido, por lo cual se afirman y ratifican en todo lo aquí estipulado.</w:t>
      </w:r>
    </w:p>
    <w:p w14:paraId="4FE24914" w14:textId="77777777" w:rsidR="007E37B8" w:rsidRDefault="002173C8">
      <w:pPr>
        <w:spacing w:before="140" w:after="40"/>
        <w:jc w:val="both"/>
      </w:pPr>
      <w:r>
        <w:rPr>
          <w:b/>
        </w:rPr>
        <w:t>NOVENA.- AUTORIZACIONES:</w:t>
      </w:r>
    </w:p>
    <w:p w14:paraId="371A6380" w14:textId="77777777" w:rsidR="007E37B8" w:rsidRDefault="002173C8">
      <w:pPr>
        <w:spacing w:after="100"/>
        <w:jc w:val="both"/>
      </w:pPr>
      <w:r>
        <w:t>Las p</w:t>
      </w:r>
      <w:r>
        <w:t>artes se autorizan mutuamente para que, por sí, por interpuesta persona o por intermedio de su abogado patrocinador, realicen la inscripción de la presente escritura en el Registro de la Propiedad correspondiente.</w:t>
      </w:r>
    </w:p>
    <w:p w14:paraId="0A67FA2C" w14:textId="77777777" w:rsidR="007E37B8" w:rsidRDefault="002173C8">
      <w:pPr>
        <w:spacing w:before="140" w:after="100"/>
        <w:jc w:val="both"/>
      </w:pPr>
      <w:r>
        <w:rPr>
          <w:b/>
          <w:color w:val="C00000"/>
        </w:rPr>
        <w:t>[USAR SOLO CUANDO CORRESPONDA: SOMETIMIENT</w:t>
      </w:r>
      <w:r>
        <w:rPr>
          <w:b/>
          <w:color w:val="C00000"/>
        </w:rPr>
        <w:t>O AL RÉGIMEN DE PROPIEDAD HORIZONTAL Y EXPENSAS.- La beneficiaria, señora [NOMBRE]</w:t>
      </w:r>
      <w:r>
        <w:rPr>
          <w:b/>
        </w:rPr>
        <w:t xml:space="preserve">, declara que conoce que el inmueble que consolida se encuentra sujeto al régimen de propiedad horizontal y al reglamento de copropietarios, los cuales expresamente acepta y </w:t>
      </w:r>
      <w:r>
        <w:rPr>
          <w:b/>
        </w:rPr>
        <w:t>se somete.]</w:t>
      </w:r>
    </w:p>
    <w:p w14:paraId="51F52733" w14:textId="77777777" w:rsidR="007E37B8" w:rsidRDefault="002173C8">
      <w:pPr>
        <w:spacing w:after="100"/>
        <w:jc w:val="both"/>
      </w:pPr>
      <w:r>
        <w:rPr>
          <w:b/>
          <w:color w:val="C00000"/>
        </w:rPr>
        <w:t>[USAR SOLO CUANDO CORRESPONDA: En caso de que en el inmueble sujeto a propiedad horizontal no exista directiva ni administrador legalmente nombrado, incorporar la declaración correspondiente sobre la inexistencia de expensas.]</w:t>
      </w:r>
    </w:p>
    <w:p w14:paraId="44EDB8BA" w14:textId="77777777" w:rsidR="007E37B8" w:rsidRDefault="002173C8">
      <w:pPr>
        <w:spacing w:after="100"/>
        <w:jc w:val="both"/>
      </w:pPr>
      <w:r>
        <w:t>Usted, señora Not</w:t>
      </w:r>
      <w:r>
        <w:t>aria, se dignará agregar las demás cláusulas de estilo para la completa validez de este instrumento.</w:t>
      </w:r>
    </w:p>
    <w:p w14:paraId="6ED4924E" w14:textId="77777777" w:rsidR="007E37B8" w:rsidRDefault="002173C8">
      <w:pPr>
        <w:spacing w:before="160" w:after="240"/>
        <w:jc w:val="both"/>
      </w:pPr>
      <w:r>
        <w:t>Firmamos conjuntamente con nuestro abogado patrocinador.</w:t>
      </w:r>
    </w:p>
    <w:p w14:paraId="7F129CE6" w14:textId="77777777" w:rsidR="007E37B8" w:rsidRDefault="002173C8">
      <w:pPr>
        <w:spacing w:after="100"/>
        <w:jc w:val="center"/>
      </w:pPr>
      <w:r>
        <w:rPr>
          <w:b/>
          <w:color w:val="C00000"/>
        </w:rPr>
        <w:lastRenderedPageBreak/>
        <w:t>[NOMBRE DEL ABOGADO PATROCINADOR]</w:t>
      </w:r>
    </w:p>
    <w:p w14:paraId="081A1094" w14:textId="77777777" w:rsidR="007E37B8" w:rsidRDefault="002173C8">
      <w:pPr>
        <w:spacing w:after="100"/>
        <w:jc w:val="center"/>
      </w:pPr>
      <w:r>
        <w:t xml:space="preserve">Abogado – Matrícula profesional </w:t>
      </w:r>
      <w:r>
        <w:rPr>
          <w:color w:val="C00000"/>
        </w:rPr>
        <w:t>[__________]</w:t>
      </w:r>
    </w:p>
    <w:sectPr w:rsidR="007E37B8" w:rsidSect="00034616">
      <w:headerReference w:type="default" r:id="rId8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3D3C1" w14:textId="77777777" w:rsidR="002173C8" w:rsidRDefault="002173C8">
      <w:pPr>
        <w:spacing w:after="0" w:line="240" w:lineRule="auto"/>
      </w:pPr>
      <w:r>
        <w:separator/>
      </w:r>
    </w:p>
  </w:endnote>
  <w:endnote w:type="continuationSeparator" w:id="0">
    <w:p w14:paraId="72C791E5" w14:textId="77777777" w:rsidR="002173C8" w:rsidRDefault="00217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7114B" w14:textId="77777777" w:rsidR="002173C8" w:rsidRDefault="002173C8">
      <w:pPr>
        <w:spacing w:after="0" w:line="240" w:lineRule="auto"/>
      </w:pPr>
      <w:r>
        <w:separator/>
      </w:r>
    </w:p>
  </w:footnote>
  <w:footnote w:type="continuationSeparator" w:id="0">
    <w:p w14:paraId="321211D0" w14:textId="77777777" w:rsidR="002173C8" w:rsidRDefault="00217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CE6CE" w14:textId="77777777" w:rsidR="007E37B8" w:rsidRDefault="007E37B8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7E37B8" w14:paraId="6ACDB973" w14:textId="77777777">
      <w:trPr>
        <w:jc w:val="center"/>
      </w:trPr>
      <w:tc>
        <w:tcPr>
          <w:tcW w:w="4677" w:type="dxa"/>
        </w:tcPr>
        <w:p w14:paraId="6F1F4BA7" w14:textId="77777777" w:rsidR="007E37B8" w:rsidRDefault="002173C8">
          <w:r>
            <w:rPr>
              <w:noProof/>
            </w:rPr>
            <w:drawing>
              <wp:inline distT="0" distB="0" distL="0" distR="0" wp14:anchorId="446943FE" wp14:editId="1562539F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1EA63F0E" w14:textId="77777777" w:rsidR="007E37B8" w:rsidRDefault="002173C8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73C8"/>
    <w:rsid w:val="0029639D"/>
    <w:rsid w:val="00326F90"/>
    <w:rsid w:val="007E37B8"/>
    <w:rsid w:val="00A619A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F40A3"/>
  <w14:defaultImageDpi w14:val="300"/>
  <w15:docId w15:val="{6BFDE08F-4965-4DB5-B8C2-B5B097B27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2026-08-22T13:41:00Z</dcterms:modified>
  <cp:category/>
</cp:coreProperties>
</file>