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4B5B8" w14:textId="77777777" w:rsidR="007C1D13" w:rsidRDefault="001D3FA3">
      <w:pPr>
        <w:spacing w:after="40"/>
        <w:jc w:val="center"/>
      </w:pPr>
      <w:r>
        <w:rPr>
          <w:b/>
        </w:rPr>
        <w:t>MODELO GRATUITO</w:t>
      </w:r>
    </w:p>
    <w:p w14:paraId="564C0F69" w14:textId="77777777" w:rsidR="007C1D13" w:rsidRDefault="001D3FA3">
      <w:pPr>
        <w:spacing w:after="40"/>
        <w:jc w:val="center"/>
      </w:pPr>
      <w:r>
        <w:rPr>
          <w:b/>
          <w:sz w:val="36"/>
        </w:rPr>
        <w:t>REPUDIO DE HERENCIA</w:t>
      </w:r>
    </w:p>
    <w:p w14:paraId="3EF8187E" w14:textId="77777777" w:rsidR="007C1D13" w:rsidRDefault="001D3FA3">
      <w:pPr>
        <w:spacing w:after="240"/>
        <w:jc w:val="center"/>
      </w:pPr>
      <w:r>
        <w:t>ESCRITURA PÚBLICA</w:t>
      </w:r>
    </w:p>
    <w:p w14:paraId="4ED08273" w14:textId="77777777" w:rsidR="007C1D13" w:rsidRDefault="001D3FA3">
      <w:pPr>
        <w:spacing w:after="100"/>
        <w:jc w:val="both"/>
      </w:pPr>
      <w:r>
        <w:t>SEÑOR NOTARIO.- En el Registro de Escrituras Públicas a su cargo, sírvase agregar una de REPUDIO DE HERENCIA, al tenor de las siguientes cláusulas:</w:t>
      </w:r>
    </w:p>
    <w:p w14:paraId="3029461A" w14:textId="77777777" w:rsidR="007C1D13" w:rsidRDefault="001D3FA3">
      <w:pPr>
        <w:spacing w:before="140" w:after="40"/>
        <w:jc w:val="both"/>
      </w:pPr>
      <w:r>
        <w:rPr>
          <w:b/>
        </w:rPr>
        <w:t>PRIMERA: INTERVINIENTE.-</w:t>
      </w:r>
    </w:p>
    <w:p w14:paraId="3A73227F" w14:textId="77777777" w:rsidR="007C1D13" w:rsidRDefault="001D3FA3">
      <w:pPr>
        <w:spacing w:after="100"/>
        <w:jc w:val="both"/>
      </w:pPr>
      <w:r>
        <w:t xml:space="preserve">Comparece el señor </w:t>
      </w:r>
      <w:r>
        <w:rPr>
          <w:color w:val="C00000"/>
        </w:rPr>
        <w:t>[NOMBRE COMPLETO DEL RENUNCIANTE]</w:t>
      </w:r>
      <w:r>
        <w:t xml:space="preserve">, de estado civil </w:t>
      </w:r>
      <w:r>
        <w:rPr>
          <w:color w:val="C00000"/>
        </w:rPr>
        <w:t>[ESTADO CIVIL]</w:t>
      </w:r>
      <w:r>
        <w:t xml:space="preserve">, de nacionalidad </w:t>
      </w:r>
      <w:r>
        <w:rPr>
          <w:color w:val="C00000"/>
        </w:rPr>
        <w:t>[NACIONALIDAD]</w:t>
      </w:r>
      <w:r>
        <w:t xml:space="preserve">, mayor de edad, de ocupación / profesión </w:t>
      </w:r>
      <w:r>
        <w:rPr>
          <w:color w:val="C00000"/>
        </w:rPr>
        <w:t>[OCUPACIÓN / PROFESIÓN]</w:t>
      </w:r>
      <w:r>
        <w:t xml:space="preserve">, domiciliado en </w:t>
      </w:r>
      <w:r>
        <w:rPr>
          <w:color w:val="C00000"/>
        </w:rPr>
        <w:t>[DIRECCIÓN COMPLETA]</w:t>
      </w:r>
      <w:r>
        <w:t xml:space="preserve">, con correo electrónico </w:t>
      </w:r>
      <w:r>
        <w:rPr>
          <w:color w:val="C00000"/>
        </w:rPr>
        <w:t>[CORREO ELECT</w:t>
      </w:r>
      <w:r>
        <w:rPr>
          <w:color w:val="C00000"/>
        </w:rPr>
        <w:t>RÓNICO]</w:t>
      </w:r>
      <w:r>
        <w:t xml:space="preserve"> y número de teléfono </w:t>
      </w:r>
      <w:r>
        <w:rPr>
          <w:color w:val="C00000"/>
        </w:rPr>
        <w:t>[TELÉFONO]</w:t>
      </w:r>
      <w:r>
        <w:t>, a quien, para efectos de la presente escritura, se lo podrá denominar como “EL RENUNCIANTE”.</w:t>
      </w:r>
    </w:p>
    <w:p w14:paraId="6DFF2DD0" w14:textId="77777777" w:rsidR="007C1D13" w:rsidRDefault="001D3FA3">
      <w:pPr>
        <w:spacing w:before="140" w:after="40"/>
        <w:jc w:val="both"/>
      </w:pPr>
      <w:r>
        <w:rPr>
          <w:b/>
        </w:rPr>
        <w:t>SEGUNDA: ANTECEDENTES.-</w:t>
      </w:r>
    </w:p>
    <w:p w14:paraId="718D6FEF" w14:textId="77777777" w:rsidR="007C1D13" w:rsidRDefault="001D3FA3">
      <w:pPr>
        <w:spacing w:after="100"/>
        <w:jc w:val="both"/>
      </w:pPr>
      <w:r>
        <w:t xml:space="preserve">De la partida de defunción que se adjunta a la presente, se desprende que el señor </w:t>
      </w:r>
      <w:r>
        <w:rPr>
          <w:color w:val="C00000"/>
        </w:rPr>
        <w:t>[NOMBRE COMPLET</w:t>
      </w:r>
      <w:r>
        <w:rPr>
          <w:color w:val="C00000"/>
        </w:rPr>
        <w:t>O DEL CAUSANTE]</w:t>
      </w:r>
      <w:r>
        <w:t xml:space="preserve">, padre del compareciente, falleció en la parroquia </w:t>
      </w:r>
      <w:r>
        <w:rPr>
          <w:color w:val="C00000"/>
        </w:rPr>
        <w:t>[PARROQUIA]</w:t>
      </w:r>
      <w:r>
        <w:t xml:space="preserve">, del cantón </w:t>
      </w:r>
      <w:r>
        <w:rPr>
          <w:color w:val="C00000"/>
        </w:rPr>
        <w:t>[CANTÓN]</w:t>
      </w:r>
      <w:r>
        <w:t xml:space="preserve">, provincia de </w:t>
      </w:r>
      <w:r>
        <w:rPr>
          <w:color w:val="C00000"/>
        </w:rPr>
        <w:t>[PROVINCIA]</w:t>
      </w:r>
      <w:r>
        <w:t xml:space="preserve">, el día </w:t>
      </w:r>
      <w:r>
        <w:rPr>
          <w:color w:val="C00000"/>
        </w:rPr>
        <w:t>[DÍA]</w:t>
      </w:r>
      <w:r>
        <w:t xml:space="preserve"> de </w:t>
      </w:r>
      <w:r>
        <w:rPr>
          <w:color w:val="C00000"/>
        </w:rPr>
        <w:t>[MES]</w:t>
      </w:r>
      <w:r>
        <w:t xml:space="preserve"> del año </w:t>
      </w:r>
      <w:r>
        <w:rPr>
          <w:color w:val="C00000"/>
        </w:rPr>
        <w:t>[AÑO]</w:t>
      </w:r>
      <w:r>
        <w:t>, evento legalmente inscrito en la Dirección General del Registro Civil, Identificación y Cedu</w:t>
      </w:r>
      <w:r>
        <w:t xml:space="preserve">lación el </w:t>
      </w:r>
      <w:r>
        <w:rPr>
          <w:color w:val="C00000"/>
        </w:rPr>
        <w:t>[FECHA]</w:t>
      </w:r>
      <w:r>
        <w:t xml:space="preserve">, en el tomo </w:t>
      </w:r>
      <w:r>
        <w:rPr>
          <w:color w:val="C00000"/>
        </w:rPr>
        <w:t>[TOMO]</w:t>
      </w:r>
      <w:r>
        <w:t xml:space="preserve">, acta </w:t>
      </w:r>
      <w:r>
        <w:rPr>
          <w:color w:val="C00000"/>
        </w:rPr>
        <w:t>[ACTA]</w:t>
      </w:r>
      <w:r>
        <w:t xml:space="preserve">, página </w:t>
      </w:r>
      <w:r>
        <w:rPr>
          <w:color w:val="C00000"/>
        </w:rPr>
        <w:t>[PÁGINA]</w:t>
      </w:r>
      <w:r>
        <w:t>.</w:t>
      </w:r>
    </w:p>
    <w:p w14:paraId="5A0C08E7" w14:textId="77777777" w:rsidR="007C1D13" w:rsidRDefault="001D3FA3">
      <w:pPr>
        <w:spacing w:before="140" w:after="40"/>
        <w:jc w:val="both"/>
      </w:pPr>
      <w:r>
        <w:rPr>
          <w:b/>
        </w:rPr>
        <w:t>TERCERA: REPUDIO DE HERENCIA.-</w:t>
      </w:r>
    </w:p>
    <w:p w14:paraId="1ABE611C" w14:textId="77777777" w:rsidR="007C1D13" w:rsidRDefault="001D3FA3">
      <w:pPr>
        <w:spacing w:after="100"/>
        <w:jc w:val="both"/>
      </w:pPr>
      <w:r>
        <w:t xml:space="preserve">Con los antecedentes expuestos, el señor </w:t>
      </w:r>
      <w:r>
        <w:rPr>
          <w:color w:val="C00000"/>
        </w:rPr>
        <w:t>[NOMBRE COMPLETO DEL RENUNCIANTE]</w:t>
      </w:r>
      <w:r>
        <w:t>, REPUDIA a la herencia de cualquier naturaleza, ya sean bienes muebles, inmuebles,</w:t>
      </w:r>
      <w:r>
        <w:t xml:space="preserve"> bonos, dinero en efectivo, acciones, activos, pasivos, que dejare su padre el señor </w:t>
      </w:r>
      <w:r>
        <w:rPr>
          <w:color w:val="C00000"/>
        </w:rPr>
        <w:t>[NOMBRE COMPLETO DEL CAUSANTE]</w:t>
      </w:r>
      <w:r>
        <w:t>, de conformidad con lo prescrito en el artículo mil doscientos cuarenta y ocho del Código Civil vigente.</w:t>
      </w:r>
    </w:p>
    <w:p w14:paraId="14A024D3" w14:textId="77777777" w:rsidR="007C1D13" w:rsidRDefault="001D3FA3">
      <w:pPr>
        <w:spacing w:before="140" w:after="40"/>
        <w:jc w:val="both"/>
      </w:pPr>
      <w:r>
        <w:rPr>
          <w:b/>
        </w:rPr>
        <w:t>CUARTA: ACEPTACIÓN Y RATIFICACIÓN.-</w:t>
      </w:r>
    </w:p>
    <w:p w14:paraId="5EB16839" w14:textId="77777777" w:rsidR="007C1D13" w:rsidRDefault="001D3FA3">
      <w:pPr>
        <w:spacing w:after="100"/>
        <w:jc w:val="both"/>
      </w:pPr>
      <w:r>
        <w:t>El compareciente acepta en todas sus partes la presente escritura pública de REPUDIO DE HERENCIA y se ratifica en todas sus partes, asumiendo y aceptando todos y cada uno de los efectos legales que conlleva la presente escritura pública, debiendo inscribi</w:t>
      </w:r>
      <w:r>
        <w:t>rse en el Registro de la Propiedad, Mercantil y demás entidades de derecho público o privado en las que sea requerida.</w:t>
      </w:r>
    </w:p>
    <w:p w14:paraId="56F84E0A" w14:textId="77777777" w:rsidR="007C1D13" w:rsidRDefault="001D3FA3">
      <w:pPr>
        <w:spacing w:after="100"/>
        <w:jc w:val="both"/>
      </w:pPr>
      <w:r>
        <w:t>Usted, señor Notario, se servirá agregar las demás cláusulas de estilo para la perfecta validez de este instrumento.</w:t>
      </w:r>
    </w:p>
    <w:p w14:paraId="5CF9C7EC" w14:textId="77777777" w:rsidR="007C1D13" w:rsidRDefault="001D3FA3">
      <w:pPr>
        <w:spacing w:after="40"/>
        <w:jc w:val="center"/>
      </w:pPr>
      <w:r>
        <w:rPr>
          <w:b/>
          <w:color w:val="C00000"/>
        </w:rPr>
        <w:t>[NOMBRE DEL ABOGADO PATROCINADOR]</w:t>
      </w:r>
    </w:p>
    <w:p w14:paraId="757784F8" w14:textId="77777777" w:rsidR="007C1D13" w:rsidRDefault="001D3FA3">
      <w:pPr>
        <w:spacing w:after="100"/>
        <w:jc w:val="center"/>
      </w:pPr>
      <w:r>
        <w:t xml:space="preserve">Abogado – Matrícula profesional </w:t>
      </w:r>
      <w:r>
        <w:rPr>
          <w:color w:val="C00000"/>
        </w:rPr>
        <w:t>[__________]</w:t>
      </w:r>
    </w:p>
    <w:sectPr w:rsidR="007C1D13" w:rsidSect="00034616">
      <w:headerReference w:type="default" r:id="rId8"/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9E0AA" w14:textId="77777777" w:rsidR="001D3FA3" w:rsidRDefault="001D3FA3">
      <w:pPr>
        <w:spacing w:after="0" w:line="240" w:lineRule="auto"/>
      </w:pPr>
      <w:r>
        <w:separator/>
      </w:r>
    </w:p>
  </w:endnote>
  <w:endnote w:type="continuationSeparator" w:id="0">
    <w:p w14:paraId="2059FB22" w14:textId="77777777" w:rsidR="001D3FA3" w:rsidRDefault="001D3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CE940" w14:textId="77777777" w:rsidR="001D3FA3" w:rsidRDefault="001D3FA3">
      <w:pPr>
        <w:spacing w:after="0" w:line="240" w:lineRule="auto"/>
      </w:pPr>
      <w:r>
        <w:separator/>
      </w:r>
    </w:p>
  </w:footnote>
  <w:footnote w:type="continuationSeparator" w:id="0">
    <w:p w14:paraId="3E431032" w14:textId="77777777" w:rsidR="001D3FA3" w:rsidRDefault="001D3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B1EE1" w14:textId="77777777" w:rsidR="007C1D13" w:rsidRDefault="007C1D13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7C1D13" w14:paraId="7464194D" w14:textId="77777777">
      <w:trPr>
        <w:jc w:val="center"/>
      </w:trPr>
      <w:tc>
        <w:tcPr>
          <w:tcW w:w="4677" w:type="dxa"/>
        </w:tcPr>
        <w:p w14:paraId="776C90D3" w14:textId="77777777" w:rsidR="007C1D13" w:rsidRDefault="001D3FA3">
          <w:r>
            <w:rPr>
              <w:noProof/>
            </w:rPr>
            <w:drawing>
              <wp:inline distT="0" distB="0" distL="0" distR="0" wp14:anchorId="411F7C6F" wp14:editId="6FF594E6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1AFCEEDB" w14:textId="77777777" w:rsidR="007C1D13" w:rsidRDefault="001D3FA3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3FA3"/>
    <w:rsid w:val="0029639D"/>
    <w:rsid w:val="00326F90"/>
    <w:rsid w:val="007C1D13"/>
    <w:rsid w:val="00AA1D8D"/>
    <w:rsid w:val="00B47730"/>
    <w:rsid w:val="00CB0664"/>
    <w:rsid w:val="00E637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3BC944"/>
  <w14:defaultImageDpi w14:val="300"/>
  <w15:docId w15:val="{B7801B8D-8E14-4FC6-9F8B-3C0E77096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2026-08-22T20:15:00Z</dcterms:modified>
  <cp:category/>
</cp:coreProperties>
</file>