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DDB7" w14:textId="77777777" w:rsidR="00505EB1" w:rsidRDefault="002C5ACA">
      <w:pPr>
        <w:spacing w:after="40"/>
        <w:jc w:val="center"/>
      </w:pPr>
      <w:r>
        <w:rPr>
          <w:b/>
        </w:rPr>
        <w:t>MODELO GRATUITO</w:t>
      </w:r>
    </w:p>
    <w:p w14:paraId="02FFA0B5" w14:textId="77777777" w:rsidR="00505EB1" w:rsidRDefault="002C5ACA">
      <w:pPr>
        <w:spacing w:after="40"/>
        <w:jc w:val="center"/>
      </w:pPr>
      <w:r>
        <w:rPr>
          <w:b/>
          <w:sz w:val="36"/>
        </w:rPr>
        <w:t>REVOCATORIA DE PODER</w:t>
      </w:r>
    </w:p>
    <w:p w14:paraId="23C4F076" w14:textId="77777777" w:rsidR="00505EB1" w:rsidRDefault="002C5ACA">
      <w:pPr>
        <w:spacing w:after="240"/>
        <w:jc w:val="center"/>
      </w:pPr>
      <w:r>
        <w:t>ESCRITURA PÚBLICA</w:t>
      </w:r>
    </w:p>
    <w:p w14:paraId="554994E4" w14:textId="77777777" w:rsidR="00505EB1" w:rsidRDefault="002C5ACA">
      <w:pPr>
        <w:spacing w:after="100"/>
        <w:jc w:val="both"/>
      </w:pPr>
      <w:r>
        <w:t>SEÑORA NOTARIA: En el registro de escrituras públicas a su cargo, sírvase insertar una de REVOCATORIA DE PODER, al tenor de las siguientes cláusulas:</w:t>
      </w:r>
    </w:p>
    <w:p w14:paraId="02E1DE40" w14:textId="77777777" w:rsidR="00505EB1" w:rsidRDefault="002C5ACA">
      <w:pPr>
        <w:spacing w:before="140" w:after="40"/>
        <w:jc w:val="both"/>
      </w:pPr>
      <w:r>
        <w:rPr>
          <w:b/>
        </w:rPr>
        <w:t>PRIMERA.- COMPARECIENTE:</w:t>
      </w:r>
    </w:p>
    <w:p w14:paraId="2E17F48C" w14:textId="77777777" w:rsidR="00505EB1" w:rsidRDefault="002C5ACA">
      <w:pPr>
        <w:spacing w:after="100"/>
        <w:jc w:val="both"/>
      </w:pPr>
      <w:r>
        <w:t xml:space="preserve">Comparece el/la señor/a </w:t>
      </w:r>
      <w:r>
        <w:rPr>
          <w:color w:val="C00000"/>
        </w:rPr>
        <w:t>[NOMBRE COMPLETO DEL MANDANTE]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[ESTADO CIVIL]</w:t>
      </w:r>
      <w:r>
        <w:t xml:space="preserve">, de profesión u ocupación </w:t>
      </w:r>
      <w:r>
        <w:rPr>
          <w:color w:val="C00000"/>
        </w:rPr>
        <w:t>[OCUPACIÓN]</w:t>
      </w:r>
      <w:r>
        <w:t xml:space="preserve">, domiciliado/a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por sus propios y personales derechos, en calidad de MANDANTE, hábil y capaz para contratar y obligarse.</w:t>
      </w:r>
    </w:p>
    <w:p w14:paraId="680D7AA6" w14:textId="77777777" w:rsidR="00505EB1" w:rsidRDefault="002C5ACA">
      <w:pPr>
        <w:spacing w:before="140" w:after="40"/>
        <w:jc w:val="both"/>
      </w:pPr>
      <w:r>
        <w:rPr>
          <w:b/>
        </w:rPr>
        <w:t>SEGUNDA.- ANTECEDENTES:</w:t>
      </w:r>
    </w:p>
    <w:p w14:paraId="68271056" w14:textId="77777777" w:rsidR="00505EB1" w:rsidRDefault="002C5ACA">
      <w:pPr>
        <w:spacing w:after="100"/>
        <w:jc w:val="both"/>
      </w:pPr>
      <w:r>
        <w:t xml:space="preserve">El/la compareciente otorgó un poder </w:t>
      </w:r>
      <w:r>
        <w:rPr>
          <w:color w:val="C00000"/>
        </w:rPr>
        <w:t>[GENERAL / ESPECIAL]</w:t>
      </w:r>
      <w:r>
        <w:t xml:space="preserve"> a favor del señor/a </w:t>
      </w:r>
      <w:r>
        <w:rPr>
          <w:color w:val="C00000"/>
        </w:rPr>
        <w:t>[NOMBRE COMPLE</w:t>
      </w:r>
      <w:r>
        <w:rPr>
          <w:color w:val="C00000"/>
        </w:rPr>
        <w:t>TO DEL APODERADO]</w:t>
      </w:r>
      <w:r>
        <w:t xml:space="preserve">, mediante escritura pública otorgada el </w:t>
      </w:r>
      <w:r>
        <w:rPr>
          <w:color w:val="C00000"/>
        </w:rPr>
        <w:t>[FECHA]</w:t>
      </w:r>
      <w:r>
        <w:t xml:space="preserve">, ante el/la Notario/a </w:t>
      </w:r>
      <w:r>
        <w:rPr>
          <w:color w:val="C00000"/>
        </w:rPr>
        <w:t>[NOMBRE DEL NOTARIO]</w:t>
      </w:r>
      <w:r>
        <w:t xml:space="preserve">, del cantón </w:t>
      </w:r>
      <w:r>
        <w:rPr>
          <w:color w:val="C00000"/>
        </w:rPr>
        <w:t>[CANTÓN]</w:t>
      </w:r>
      <w:r>
        <w:t>, instrumento que se encuentra vigente.</w:t>
      </w:r>
    </w:p>
    <w:p w14:paraId="3DAAB1DF" w14:textId="77777777" w:rsidR="00505EB1" w:rsidRDefault="002C5ACA">
      <w:pPr>
        <w:spacing w:before="140" w:after="40"/>
        <w:jc w:val="both"/>
      </w:pPr>
      <w:r>
        <w:rPr>
          <w:b/>
        </w:rPr>
        <w:t>TERCERA.- REVOCATORIA:</w:t>
      </w:r>
    </w:p>
    <w:p w14:paraId="587690CD" w14:textId="77777777" w:rsidR="00505EB1" w:rsidRDefault="002C5ACA">
      <w:pPr>
        <w:spacing w:after="100"/>
        <w:jc w:val="both"/>
      </w:pPr>
      <w:r>
        <w:t xml:space="preserve">Por medio del presente instrumento, el/la señor/a </w:t>
      </w:r>
      <w:r>
        <w:rPr>
          <w:color w:val="C00000"/>
        </w:rPr>
        <w:t>[NOMBRE COMPLE</w:t>
      </w:r>
      <w:r>
        <w:rPr>
          <w:color w:val="C00000"/>
        </w:rPr>
        <w:t>TO DEL MANDANTE]</w:t>
      </w:r>
      <w:r>
        <w:t xml:space="preserve">, en forma libre y voluntaria, REVOCa en todas sus partes el poder </w:t>
      </w:r>
      <w:r>
        <w:rPr>
          <w:color w:val="C00000"/>
        </w:rPr>
        <w:t>[GENERAL / ESPECIAL]</w:t>
      </w:r>
      <w:r>
        <w:t xml:space="preserve"> otorgado a favor del señor/a </w:t>
      </w:r>
      <w:r>
        <w:rPr>
          <w:color w:val="C00000"/>
        </w:rPr>
        <w:t>[NOMBRE COMPLETO DEL APODERADO]</w:t>
      </w:r>
      <w:r>
        <w:t>, referido en la cláusula anterior, dejando sin efecto las facultades conferidas mediante di</w:t>
      </w:r>
      <w:r>
        <w:t>cho instrumento.</w:t>
      </w:r>
    </w:p>
    <w:p w14:paraId="579DEBAD" w14:textId="77777777" w:rsidR="00505EB1" w:rsidRDefault="002C5ACA">
      <w:pPr>
        <w:spacing w:after="100"/>
        <w:jc w:val="both"/>
      </w:pPr>
      <w:r>
        <w:t>En consecuencia, el/la compareciente solicita que se tome razón de la presente revocatoria y se realicen las actuaciones que correspondan para dejar constancia de la terminación del poder revocado.</w:t>
      </w:r>
    </w:p>
    <w:p w14:paraId="60673891" w14:textId="77777777" w:rsidR="00505EB1" w:rsidRDefault="002C5ACA">
      <w:pPr>
        <w:spacing w:after="100"/>
        <w:jc w:val="both"/>
      </w:pPr>
      <w:r>
        <w:rPr>
          <w:color w:val="C00000"/>
        </w:rPr>
        <w:t>[INCLUIR SOLO CUANDO CORRESPONDA: La revo</w:t>
      </w:r>
      <w:r>
        <w:rPr>
          <w:color w:val="C00000"/>
        </w:rPr>
        <w:t>catoria se refiere exclusivamente al poder especial otorgado para [DESCRIBIR EL ACTO O ASUNTO]</w:t>
      </w:r>
      <w:r>
        <w:t>.]</w:t>
      </w:r>
    </w:p>
    <w:p w14:paraId="72F20204" w14:textId="77777777" w:rsidR="00505EB1" w:rsidRDefault="002C5ACA">
      <w:pPr>
        <w:spacing w:before="140" w:after="40"/>
        <w:jc w:val="both"/>
      </w:pPr>
      <w:r>
        <w:rPr>
          <w:b/>
        </w:rPr>
        <w:t>CUARTA.- CUANTÍA:</w:t>
      </w:r>
    </w:p>
    <w:p w14:paraId="49445082" w14:textId="77777777" w:rsidR="00505EB1" w:rsidRDefault="002C5ACA">
      <w:pPr>
        <w:spacing w:after="100"/>
        <w:jc w:val="both"/>
      </w:pPr>
      <w:r>
        <w:t>La cuantía por su naturaleza es indeterminada.</w:t>
      </w:r>
    </w:p>
    <w:p w14:paraId="5CD16B35" w14:textId="77777777" w:rsidR="00505EB1" w:rsidRDefault="002C5ACA">
      <w:pPr>
        <w:spacing w:after="100"/>
        <w:jc w:val="both"/>
      </w:pPr>
      <w:r>
        <w:t>Usted, señora Notaria, se servirá agregar las demás cláusulas de estilo necesarias para la ple</w:t>
      </w:r>
      <w:r>
        <w:t>na validez de este instrumento.</w:t>
      </w:r>
    </w:p>
    <w:p w14:paraId="64AE2D8F" w14:textId="77777777" w:rsidR="00505EB1" w:rsidRDefault="002C5ACA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505EB1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F9255" w14:textId="77777777" w:rsidR="002C5ACA" w:rsidRDefault="002C5ACA">
      <w:pPr>
        <w:spacing w:after="0" w:line="240" w:lineRule="auto"/>
      </w:pPr>
      <w:r>
        <w:separator/>
      </w:r>
    </w:p>
  </w:endnote>
  <w:endnote w:type="continuationSeparator" w:id="0">
    <w:p w14:paraId="574971F7" w14:textId="77777777" w:rsidR="002C5ACA" w:rsidRDefault="002C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2B770" w14:textId="77777777" w:rsidR="002C5ACA" w:rsidRDefault="002C5ACA">
      <w:pPr>
        <w:spacing w:after="0" w:line="240" w:lineRule="auto"/>
      </w:pPr>
      <w:r>
        <w:separator/>
      </w:r>
    </w:p>
  </w:footnote>
  <w:footnote w:type="continuationSeparator" w:id="0">
    <w:p w14:paraId="253E8E79" w14:textId="77777777" w:rsidR="002C5ACA" w:rsidRDefault="002C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2CC8C" w14:textId="77777777" w:rsidR="00505EB1" w:rsidRDefault="00505EB1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505EB1" w14:paraId="72D315AD" w14:textId="77777777">
      <w:trPr>
        <w:jc w:val="center"/>
      </w:trPr>
      <w:tc>
        <w:tcPr>
          <w:tcW w:w="4677" w:type="dxa"/>
        </w:tcPr>
        <w:p w14:paraId="182DE8FC" w14:textId="77777777" w:rsidR="00505EB1" w:rsidRDefault="002C5ACA">
          <w:r>
            <w:rPr>
              <w:noProof/>
            </w:rPr>
            <w:drawing>
              <wp:inline distT="0" distB="0" distL="0" distR="0" wp14:anchorId="682F333A" wp14:editId="75CD13B4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344FC205" w14:textId="77777777" w:rsidR="00505EB1" w:rsidRDefault="002C5ACA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DA6"/>
    <w:rsid w:val="00034616"/>
    <w:rsid w:val="0006063C"/>
    <w:rsid w:val="0015074B"/>
    <w:rsid w:val="0029639D"/>
    <w:rsid w:val="002C5ACA"/>
    <w:rsid w:val="00326F90"/>
    <w:rsid w:val="00505EB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818F56"/>
  <w14:defaultImageDpi w14:val="300"/>
  <w15:docId w15:val="{EB184E32-70B3-4679-AAB9-68C0CAAC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2026-08-22T18:21:00Z</dcterms:modified>
  <cp:category/>
</cp:coreProperties>
</file>