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ECC1A" w14:textId="77777777" w:rsidR="00DF3F11" w:rsidRDefault="00D167BE">
      <w:pPr>
        <w:spacing w:after="40"/>
        <w:jc w:val="center"/>
      </w:pPr>
      <w:r>
        <w:rPr>
          <w:b/>
        </w:rPr>
        <w:t>MODELO GRATUITO</w:t>
      </w:r>
    </w:p>
    <w:p w14:paraId="79F8F1C2" w14:textId="77777777" w:rsidR="00DF3F11" w:rsidRDefault="00D167BE">
      <w:pPr>
        <w:spacing w:after="40"/>
        <w:jc w:val="center"/>
      </w:pPr>
      <w:r>
        <w:rPr>
          <w:b/>
          <w:sz w:val="32"/>
        </w:rPr>
        <w:t>TERMINACIÓN DE LA COMUNIDAD HEREDITARIA</w:t>
      </w:r>
    </w:p>
    <w:p w14:paraId="5E5FAA64" w14:textId="77777777" w:rsidR="00DF3F11" w:rsidRDefault="00D167BE">
      <w:pPr>
        <w:spacing w:after="240"/>
        <w:jc w:val="center"/>
      </w:pPr>
      <w:r>
        <w:t>MINUTA</w:t>
      </w:r>
    </w:p>
    <w:p w14:paraId="1718B58B" w14:textId="77777777" w:rsidR="00DF3F11" w:rsidRDefault="00D167BE">
      <w:pPr>
        <w:spacing w:after="100"/>
        <w:jc w:val="both"/>
      </w:pPr>
      <w:r>
        <w:t xml:space="preserve">SEÑORA NOTARIA: Sírvase insertar en el Registro de Escrituras Públicas a su cargo, una en la que conste la TERMINACIÓN DE COMUNIDAD, que se otorga de acuerdo con las siguientes </w:t>
      </w:r>
      <w:r>
        <w:t>cláusulas:</w:t>
      </w:r>
    </w:p>
    <w:p w14:paraId="29F94899" w14:textId="77777777" w:rsidR="00DF3F11" w:rsidRDefault="00D167BE">
      <w:pPr>
        <w:spacing w:before="140" w:after="40"/>
        <w:jc w:val="both"/>
      </w:pPr>
      <w:r>
        <w:rPr>
          <w:b/>
        </w:rPr>
        <w:t>PRIMERA: COMPARECIENTE.-</w:t>
      </w:r>
    </w:p>
    <w:p w14:paraId="5B62EAC6" w14:textId="77777777" w:rsidR="00DF3F11" w:rsidRDefault="00D167BE">
      <w:pPr>
        <w:spacing w:after="100"/>
        <w:jc w:val="both"/>
      </w:pPr>
      <w:r>
        <w:t xml:space="preserve">Comparece a la celebración y suscripción de la presente escritura el señor </w:t>
      </w:r>
      <w:r>
        <w:rPr>
          <w:color w:val="C00000"/>
        </w:rPr>
        <w:t>[NOMBRE COMPLETO DEL HEREDERO]</w:t>
      </w:r>
      <w:r>
        <w:t xml:space="preserve">, de nacionalidad </w:t>
      </w:r>
      <w:r>
        <w:rPr>
          <w:color w:val="C00000"/>
        </w:rPr>
        <w:t>[NACIONALIDAD]</w:t>
      </w:r>
      <w:r>
        <w:t xml:space="preserve">, mayor de edad, de estado civil </w:t>
      </w:r>
      <w:r>
        <w:rPr>
          <w:color w:val="C00000"/>
        </w:rPr>
        <w:t>[ESTADO CIVIL]</w:t>
      </w:r>
      <w:r>
        <w:t xml:space="preserve">, de profesión / ocupación </w:t>
      </w:r>
      <w:r>
        <w:rPr>
          <w:color w:val="C00000"/>
        </w:rPr>
        <w:t>[PROFESIÓ</w:t>
      </w:r>
      <w:r>
        <w:rPr>
          <w:color w:val="C00000"/>
        </w:rPr>
        <w:t>N / OCUPACIÓN]</w:t>
      </w:r>
      <w:r>
        <w:t xml:space="preserve">, domiciliado en </w:t>
      </w:r>
      <w:r>
        <w:rPr>
          <w:color w:val="C00000"/>
        </w:rPr>
        <w:t>[DIRECCIÓN COMPLETA]</w:t>
      </w:r>
      <w:r>
        <w:t xml:space="preserve">, de la ciudad de </w:t>
      </w:r>
      <w:r>
        <w:rPr>
          <w:color w:val="C00000"/>
        </w:rPr>
        <w:t>[CANTÓN]</w:t>
      </w:r>
      <w:r>
        <w:t xml:space="preserve">, provincia de </w:t>
      </w:r>
      <w:r>
        <w:rPr>
          <w:color w:val="C00000"/>
        </w:rPr>
        <w:t>[PROVINCIA]</w:t>
      </w:r>
      <w:r>
        <w:t xml:space="preserve">, con correo electrónico </w:t>
      </w:r>
      <w:r>
        <w:rPr>
          <w:color w:val="C00000"/>
        </w:rPr>
        <w:t>[CORREO ELECTRÓNICO]</w:t>
      </w:r>
      <w:r>
        <w:t xml:space="preserve"> y número de teléfono </w:t>
      </w:r>
      <w:r>
        <w:rPr>
          <w:color w:val="C00000"/>
        </w:rPr>
        <w:t>[TELÉFONO]</w:t>
      </w:r>
      <w:r>
        <w:t>.</w:t>
      </w:r>
    </w:p>
    <w:p w14:paraId="7CD59BEC" w14:textId="77777777" w:rsidR="00DF3F11" w:rsidRDefault="00D167BE">
      <w:pPr>
        <w:spacing w:before="140" w:after="40"/>
        <w:jc w:val="both"/>
      </w:pPr>
      <w:r>
        <w:rPr>
          <w:b/>
        </w:rPr>
        <w:t>SEGUNDA: ANTECEDENTES.-</w:t>
      </w:r>
    </w:p>
    <w:p w14:paraId="29CB9F74" w14:textId="77777777" w:rsidR="00DF3F11" w:rsidRDefault="00D167BE">
      <w:pPr>
        <w:spacing w:after="100"/>
        <w:jc w:val="both"/>
      </w:pPr>
      <w:r>
        <w:t xml:space="preserve">El señor </w:t>
      </w:r>
      <w:r>
        <w:rPr>
          <w:color w:val="C00000"/>
        </w:rPr>
        <w:t>[NOMBRE COMPLETO DEL HEREDERO]</w:t>
      </w:r>
      <w:r>
        <w:t xml:space="preserve"> declara qu</w:t>
      </w:r>
      <w:r>
        <w:t xml:space="preserve">e adquirió los derechos y acciones hereditarias sobre los siguientes bienes inmuebles y muebles, </w:t>
      </w:r>
      <w:r w:rsidRPr="00AF2B1E">
        <w:rPr>
          <w:color w:val="FF0000"/>
        </w:rPr>
        <w:t>de ser el caso</w:t>
      </w:r>
      <w:r>
        <w:t>:</w:t>
      </w:r>
    </w:p>
    <w:p w14:paraId="03B0DC38" w14:textId="77777777" w:rsidR="00DF3F11" w:rsidRDefault="00D167BE">
      <w:pPr>
        <w:spacing w:after="100"/>
        <w:jc w:val="both"/>
      </w:pPr>
      <w:r>
        <w:t xml:space="preserve">1.- BIEN INMUEBLE: </w:t>
      </w:r>
      <w:r>
        <w:rPr>
          <w:color w:val="C00000"/>
        </w:rPr>
        <w:t>[INSERTAR DESCRIPCIÓN DEL INMUEBLE TOMADA DE LA ESCRITURA DE ADQUISICIÓN O DEL CERTIFICADO DE GRAVÁMENES]</w:t>
      </w:r>
      <w:r>
        <w:t>, comprendido dentr</w:t>
      </w:r>
      <w:r>
        <w:t xml:space="preserve">o de los siguientes linderos: NORTE: </w:t>
      </w:r>
      <w:r>
        <w:rPr>
          <w:color w:val="C00000"/>
        </w:rPr>
        <w:t>[__________]</w:t>
      </w:r>
      <w:r>
        <w:t xml:space="preserve">; SUR: </w:t>
      </w:r>
      <w:r>
        <w:rPr>
          <w:color w:val="C00000"/>
        </w:rPr>
        <w:t>[__________]</w:t>
      </w:r>
      <w:r>
        <w:t xml:space="preserve">; ESTE: </w:t>
      </w:r>
      <w:r>
        <w:rPr>
          <w:color w:val="C00000"/>
        </w:rPr>
        <w:t>[__________]</w:t>
      </w:r>
      <w:r>
        <w:t xml:space="preserve">; OESTE: </w:t>
      </w:r>
      <w:r>
        <w:rPr>
          <w:color w:val="C00000"/>
        </w:rPr>
        <w:t>[__________]</w:t>
      </w:r>
      <w:r>
        <w:t xml:space="preserve">; superficie total: </w:t>
      </w:r>
      <w:r>
        <w:rPr>
          <w:color w:val="C00000"/>
        </w:rPr>
        <w:t>[__________]</w:t>
      </w:r>
      <w:r>
        <w:t xml:space="preserve"> metros cuadrados. </w:t>
      </w:r>
      <w:r>
        <w:rPr>
          <w:color w:val="C00000"/>
        </w:rPr>
        <w:t>[INCLUIR SOLO CUANDO CORRESPONDA: Insertar los linderos específicos si se trata de un bien decla</w:t>
      </w:r>
      <w:r>
        <w:rPr>
          <w:color w:val="C00000"/>
        </w:rPr>
        <w:t>rado en propiedad horizontal.]</w:t>
      </w:r>
    </w:p>
    <w:p w14:paraId="32FCF0DD" w14:textId="77777777" w:rsidR="00DF3F11" w:rsidRDefault="00D167BE">
      <w:pPr>
        <w:spacing w:after="100"/>
        <w:jc w:val="both"/>
      </w:pPr>
      <w:r>
        <w:t xml:space="preserve">El inmueble fue adquirido mediante </w:t>
      </w:r>
      <w:r>
        <w:rPr>
          <w:color w:val="C00000"/>
        </w:rPr>
        <w:t>[TIPO DE ACTO O TÍTULO]</w:t>
      </w:r>
      <w:r>
        <w:t xml:space="preserve">, otorgado por </w:t>
      </w:r>
      <w:r>
        <w:rPr>
          <w:color w:val="C00000"/>
        </w:rPr>
        <w:t>[NOTARIO/A O ENTIDAD]</w:t>
      </w:r>
      <w:r>
        <w:t xml:space="preserve"> el </w:t>
      </w:r>
      <w:r>
        <w:rPr>
          <w:color w:val="C00000"/>
        </w:rPr>
        <w:t>[FECHA]</w:t>
      </w:r>
      <w:r>
        <w:t xml:space="preserve">, e inscrito en el Registro de la Propiedad del cantón </w:t>
      </w:r>
      <w:r>
        <w:rPr>
          <w:color w:val="C00000"/>
        </w:rPr>
        <w:t>[CANTÓN]</w:t>
      </w:r>
      <w:r>
        <w:t xml:space="preserve"> el </w:t>
      </w:r>
      <w:r>
        <w:rPr>
          <w:color w:val="C00000"/>
        </w:rPr>
        <w:t>[FECHA]</w:t>
      </w:r>
      <w:r>
        <w:t>.</w:t>
      </w:r>
    </w:p>
    <w:p w14:paraId="2CB121AF" w14:textId="77777777" w:rsidR="00DF3F11" w:rsidRDefault="00D167BE">
      <w:pPr>
        <w:spacing w:after="100"/>
        <w:jc w:val="both"/>
      </w:pPr>
      <w:r>
        <w:rPr>
          <w:color w:val="C00000"/>
        </w:rPr>
        <w:t>[INCLUIR SOLO CUANDO CORRESPONDA: Repetir la</w:t>
      </w:r>
      <w:r>
        <w:rPr>
          <w:color w:val="C00000"/>
        </w:rPr>
        <w:t xml:space="preserve"> descripción para cada bien inmueble incluido en la comunidad.]</w:t>
      </w:r>
    </w:p>
    <w:p w14:paraId="2265F06C" w14:textId="5F15B987" w:rsidR="00DF3F11" w:rsidRDefault="00D167BE">
      <w:pPr>
        <w:spacing w:after="100"/>
        <w:jc w:val="both"/>
      </w:pPr>
      <w:r>
        <w:rPr>
          <w:color w:val="C00000"/>
        </w:rPr>
        <w:t>[INCLUIR SOLO CUANDO CORRESPONDA: 2.- BIEN MUEBLE / VEHÍCULO: [DESCRIPCIÓN DEL BIEN, MARCA, MODELO, AÑO, COLOR, NÚMERO DE CHASIS, NÚMERO DE MOTOR, PLACA O DATOS QUE CORRESPONDAN]</w:t>
      </w:r>
      <w:r>
        <w:t>.]</w:t>
      </w:r>
    </w:p>
    <w:p w14:paraId="5F7B6322" w14:textId="1AF07496" w:rsidR="00AF2B1E" w:rsidRPr="00AF2B1E" w:rsidRDefault="00AF2B1E">
      <w:pPr>
        <w:spacing w:after="100"/>
        <w:jc w:val="both"/>
        <w:rPr>
          <w:color w:val="C00000"/>
        </w:rPr>
      </w:pPr>
      <w:r w:rsidRPr="00AF2B1E">
        <w:rPr>
          <w:color w:val="C00000"/>
        </w:rPr>
        <w:t>USAR SOLO EN CASO DE QUE EXISTA UN UNICO HEREDERO, CASO CONTRARIO, DESCRIBIR CADA HEREDERO:</w:t>
      </w:r>
    </w:p>
    <w:p w14:paraId="3BC51B67" w14:textId="77777777" w:rsidR="00DF3F11" w:rsidRDefault="00D167BE">
      <w:pPr>
        <w:spacing w:after="100"/>
        <w:jc w:val="both"/>
      </w:pPr>
      <w:r>
        <w:t xml:space="preserve">El señor </w:t>
      </w:r>
      <w:r>
        <w:rPr>
          <w:color w:val="C00000"/>
        </w:rPr>
        <w:t>[N</w:t>
      </w:r>
      <w:r>
        <w:rPr>
          <w:color w:val="C00000"/>
        </w:rPr>
        <w:t>OMBRE COMPLETO DEL HEREDERO]</w:t>
      </w:r>
      <w:r>
        <w:t xml:space="preserve"> declara bajo juramento que es </w:t>
      </w:r>
      <w:r>
        <w:rPr>
          <w:color w:val="C00000"/>
        </w:rPr>
        <w:t>[INDICAR LA CALIDAD DE HEREDERO, POR EJEMPLO: ÚNICO Y UNIVERSAL HEREDERO]</w:t>
      </w:r>
      <w:r>
        <w:t xml:space="preserve"> de su </w:t>
      </w:r>
      <w:r>
        <w:rPr>
          <w:color w:val="C00000"/>
        </w:rPr>
        <w:t>[PADRE / MADRE / CÓNYUGE / OTRO PARENTESCO]</w:t>
      </w:r>
      <w:r>
        <w:t xml:space="preserve">, señor/a </w:t>
      </w:r>
      <w:r>
        <w:rPr>
          <w:color w:val="C00000"/>
        </w:rPr>
        <w:t>[NOMBRE COMPLETO DEL CAUSANTE]</w:t>
      </w:r>
      <w:r>
        <w:t>, ya fallecido/a.</w:t>
      </w:r>
    </w:p>
    <w:p w14:paraId="13B912CA" w14:textId="77777777" w:rsidR="00DF3F11" w:rsidRDefault="00D167BE">
      <w:pPr>
        <w:spacing w:before="140" w:after="40"/>
        <w:jc w:val="both"/>
      </w:pPr>
      <w:r>
        <w:rPr>
          <w:b/>
        </w:rPr>
        <w:t>TERCERA: TERMINA</w:t>
      </w:r>
      <w:r>
        <w:rPr>
          <w:b/>
        </w:rPr>
        <w:t>CIÓN DE COMUNIDAD.-</w:t>
      </w:r>
    </w:p>
    <w:p w14:paraId="3E129717" w14:textId="77777777" w:rsidR="00DF3F11" w:rsidRDefault="00D167BE">
      <w:pPr>
        <w:spacing w:after="100"/>
        <w:jc w:val="both"/>
      </w:pPr>
      <w:r>
        <w:t xml:space="preserve">El señor </w:t>
      </w:r>
      <w:r>
        <w:rPr>
          <w:color w:val="C00000"/>
        </w:rPr>
        <w:t>[NOMBRE COMPLETO DEL HEREDERO]</w:t>
      </w:r>
      <w:r>
        <w:t xml:space="preserve">, manifiesta que, en virtud de </w:t>
      </w:r>
      <w:r w:rsidRPr="00AF2B1E">
        <w:rPr>
          <w:color w:val="C00000"/>
        </w:rPr>
        <w:t>ser el único y universal heredero y por cuanto no existen más herederos</w:t>
      </w:r>
      <w:r>
        <w:t xml:space="preserve">, conforme lo ha declarado, se han reunido todas las cuotas hereditarias, esto es, el cien por </w:t>
      </w:r>
      <w:r>
        <w:t>ciento (100%), en su persona, de conformidad con lo que dispone el numeral uno del artículo 2212 del Código Civil. En consecuencia, se ha producido la TERMINACIÓN DE LA COMUNIDAD que existía sobre los bienes descritos en la cláusula anterior, por lo tanto,</w:t>
      </w:r>
      <w:r>
        <w:t xml:space="preserve"> se transforman en cuerpos ciertos y determinados.</w:t>
      </w:r>
    </w:p>
    <w:p w14:paraId="6A3B20AC" w14:textId="77777777" w:rsidR="00DF3F11" w:rsidRDefault="00D167BE">
      <w:pPr>
        <w:spacing w:before="140" w:after="40"/>
        <w:jc w:val="both"/>
      </w:pPr>
      <w:r>
        <w:rPr>
          <w:b/>
        </w:rPr>
        <w:lastRenderedPageBreak/>
        <w:t>CUARTA: ACEPTACIÓN.-</w:t>
      </w:r>
    </w:p>
    <w:p w14:paraId="79616616" w14:textId="77777777" w:rsidR="00DF3F11" w:rsidRDefault="00D167BE">
      <w:pPr>
        <w:spacing w:after="100"/>
        <w:jc w:val="both"/>
      </w:pPr>
      <w:r>
        <w:t xml:space="preserve">El señor </w:t>
      </w:r>
      <w:r>
        <w:rPr>
          <w:color w:val="C00000"/>
        </w:rPr>
        <w:t>[NOMBRE COMPLETO DEL HEREDERO]</w:t>
      </w:r>
      <w:r>
        <w:t>, acepta la presente Escritura Pública de TERMINACIÓN DE LA COMUNIDAD por ser conveniente a sus intereses.</w:t>
      </w:r>
    </w:p>
    <w:p w14:paraId="289640A5" w14:textId="77777777" w:rsidR="00DF3F11" w:rsidRDefault="00D167BE">
      <w:pPr>
        <w:spacing w:before="140" w:after="40"/>
        <w:jc w:val="both"/>
      </w:pPr>
      <w:r>
        <w:rPr>
          <w:b/>
        </w:rPr>
        <w:t>QUINTA: GASTOS.-</w:t>
      </w:r>
    </w:p>
    <w:p w14:paraId="273ACE16" w14:textId="77777777" w:rsidR="00DF3F11" w:rsidRDefault="00D167BE">
      <w:pPr>
        <w:spacing w:after="100"/>
        <w:jc w:val="both"/>
      </w:pPr>
      <w:r>
        <w:t xml:space="preserve">Todos los gastos de la celebración y suscripción de la presente escritura hasta su respectiva inscripción en el Registro de la Propiedad del cantón </w:t>
      </w:r>
      <w:r>
        <w:rPr>
          <w:color w:val="C00000"/>
        </w:rPr>
        <w:t>[CANTÓN]</w:t>
      </w:r>
      <w:r>
        <w:t xml:space="preserve"> serán de su cuenta y cargo.</w:t>
      </w:r>
    </w:p>
    <w:p w14:paraId="1600FB29" w14:textId="77777777" w:rsidR="00DF3F11" w:rsidRDefault="00D167BE">
      <w:pPr>
        <w:spacing w:after="100"/>
        <w:jc w:val="both"/>
      </w:pPr>
      <w:r>
        <w:t>Usted, señora Notaria, se servirá agregar las demás cláusulas de estilo</w:t>
      </w:r>
      <w:r>
        <w:t xml:space="preserve"> necesarias para la plena validez de este instrumento.</w:t>
      </w:r>
    </w:p>
    <w:p w14:paraId="02F7CF1A" w14:textId="77777777" w:rsidR="00DF3F11" w:rsidRDefault="00D167BE">
      <w:pPr>
        <w:spacing w:after="40"/>
        <w:jc w:val="center"/>
      </w:pPr>
      <w:r>
        <w:rPr>
          <w:b/>
          <w:color w:val="C00000"/>
        </w:rPr>
        <w:t>[NOMBRE DEL ABOGADO PATROCINADOR]</w:t>
      </w:r>
    </w:p>
    <w:p w14:paraId="77D0BCEF" w14:textId="77777777" w:rsidR="00DF3F11" w:rsidRDefault="00D167BE">
      <w:pPr>
        <w:spacing w:after="100"/>
        <w:jc w:val="center"/>
      </w:pPr>
      <w:r>
        <w:t xml:space="preserve">Abogado – Matrícula profesional </w:t>
      </w:r>
      <w:r>
        <w:rPr>
          <w:color w:val="C00000"/>
        </w:rPr>
        <w:t>[__________]</w:t>
      </w:r>
    </w:p>
    <w:sectPr w:rsidR="00DF3F11" w:rsidSect="00034616">
      <w:headerReference w:type="default" r:id="rId8"/>
      <w:pgSz w:w="12240" w:h="15840"/>
      <w:pgMar w:top="119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A7FF8" w14:textId="77777777" w:rsidR="00D167BE" w:rsidRDefault="00D167BE">
      <w:pPr>
        <w:spacing w:after="0" w:line="240" w:lineRule="auto"/>
      </w:pPr>
      <w:r>
        <w:separator/>
      </w:r>
    </w:p>
  </w:endnote>
  <w:endnote w:type="continuationSeparator" w:id="0">
    <w:p w14:paraId="32CA2B22" w14:textId="77777777" w:rsidR="00D167BE" w:rsidRDefault="00D16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0CF0" w14:textId="77777777" w:rsidR="00D167BE" w:rsidRDefault="00D167BE">
      <w:pPr>
        <w:spacing w:after="0" w:line="240" w:lineRule="auto"/>
      </w:pPr>
      <w:r>
        <w:separator/>
      </w:r>
    </w:p>
  </w:footnote>
  <w:footnote w:type="continuationSeparator" w:id="0">
    <w:p w14:paraId="0BD97EB8" w14:textId="77777777" w:rsidR="00D167BE" w:rsidRDefault="00D16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5425" w14:textId="77777777" w:rsidR="00DF3F11" w:rsidRDefault="00DF3F11">
    <w:pPr>
      <w:pStyle w:val="Encabezado"/>
    </w:pPr>
  </w:p>
  <w:tbl>
    <w:tblPr>
      <w:tblW w:w="0" w:type="auto"/>
      <w:jc w:val="center"/>
      <w:tblLayout w:type="fixed"/>
      <w:tblLook w:val="04A0" w:firstRow="1" w:lastRow="0" w:firstColumn="1" w:lastColumn="0" w:noHBand="0" w:noVBand="1"/>
    </w:tblPr>
    <w:tblGrid>
      <w:gridCol w:w="4677"/>
      <w:gridCol w:w="4677"/>
    </w:tblGrid>
    <w:tr w:rsidR="00DF3F11" w14:paraId="1D8AC728" w14:textId="77777777">
      <w:trPr>
        <w:jc w:val="center"/>
      </w:trPr>
      <w:tc>
        <w:tcPr>
          <w:tcW w:w="4677" w:type="dxa"/>
        </w:tcPr>
        <w:p w14:paraId="2A9EE34A" w14:textId="77777777" w:rsidR="00DF3F11" w:rsidRDefault="00D167BE">
          <w:r>
            <w:rPr>
              <w:noProof/>
            </w:rPr>
            <w:drawing>
              <wp:inline distT="0" distB="0" distL="0" distR="0" wp14:anchorId="3CC5E439" wp14:editId="0ED123CB">
                <wp:extent cx="1440000" cy="3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marca-de-agua-e1735359403888.png"/>
                        <pic:cNvPicPr/>
                      </pic:nvPicPr>
                      <pic:blipFill>
                        <a:blip r:embed="rId1"/>
                        <a:stretch>
                          <a:fillRect/>
                        </a:stretch>
                      </pic:blipFill>
                      <pic:spPr>
                        <a:xfrm>
                          <a:off x="0" y="0"/>
                          <a:ext cx="1440000" cy="394560"/>
                        </a:xfrm>
                        <a:prstGeom prst="rect">
                          <a:avLst/>
                        </a:prstGeom>
                      </pic:spPr>
                    </pic:pic>
                  </a:graphicData>
                </a:graphic>
              </wp:inline>
            </w:drawing>
          </w:r>
        </w:p>
      </w:tc>
      <w:tc>
        <w:tcPr>
          <w:tcW w:w="4677" w:type="dxa"/>
        </w:tcPr>
        <w:p w14:paraId="2C824B2D" w14:textId="77777777" w:rsidR="00DF3F11" w:rsidRDefault="00D167BE">
          <w:pPr>
            <w:jc w:val="right"/>
          </w:pPr>
          <w:r>
            <w:rPr>
              <w:b/>
              <w:sz w:val="18"/>
            </w:rPr>
            <w:t>www.iniciaderecho.com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AF2B1E"/>
    <w:rsid w:val="00B47730"/>
    <w:rsid w:val="00CB0664"/>
    <w:rsid w:val="00D167BE"/>
    <w:rsid w:val="00DF3F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1CBB16"/>
  <w14:defaultImageDpi w14:val="300"/>
  <w15:docId w15:val="{E86F534F-E6AA-4020-8FE3-F0ED58A6A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eastAsia="Cambria" w:hAnsi="Cambria"/>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Inicia Derecho</dc:creator>
  <cp:keywords/>
  <dc:description/>
  <cp:lastModifiedBy>Luis Miranda</cp:lastModifiedBy>
  <cp:revision>2</cp:revision>
  <dcterms:created xsi:type="dcterms:W3CDTF">2013-12-23T23:15:00Z</dcterms:created>
  <dcterms:modified xsi:type="dcterms:W3CDTF">2026-08-22T21:02:00Z</dcterms:modified>
  <cp:category/>
</cp:coreProperties>
</file>