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rFonts w:ascii="Cambria" w:hAnsi="Cambria"/>
          <w:b/>
          <w:sz w:val="22"/>
        </w:rPr>
        <w:t>MODELO GRATUITO</w:t>
      </w:r>
    </w:p>
    <w:p>
      <w:pPr>
        <w:spacing w:before="0" w:after="40"/>
        <w:jc w:val="center"/>
      </w:pPr>
      <w:r>
        <w:rPr>
          <w:rFonts w:ascii="Cambria" w:hAnsi="Cambria"/>
          <w:b/>
          <w:sz w:val="36"/>
        </w:rPr>
        <w:t>TESTAMENTO ABIERTO</w:t>
      </w:r>
    </w:p>
    <w:p>
      <w:pPr>
        <w:spacing w:before="0" w:after="240"/>
        <w:jc w:val="center"/>
      </w:pPr>
      <w:r>
        <w:rPr>
          <w:rFonts w:ascii="Cambria" w:hAnsi="Cambria"/>
          <w:b w:val="0"/>
          <w:sz w:val="22"/>
        </w:rPr>
        <w:t>TESTAMENTO SOLEMNE Y ABIERTO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>SEÑORA NOTARIA: En el registro de escrituras públicas a su cargo, sírvase insertar el siguiente Testamento Solemne y Abierto, al tenor de las siguientes cláusulas: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 xml:space="preserve">En la ciudad de </w:t>
      </w:r>
      <w:r>
        <w:rPr>
          <w:rFonts w:ascii="Cambria" w:hAnsi="Cambria"/>
          <w:b w:val="0"/>
          <w:color w:val="C00000"/>
          <w:sz w:val="22"/>
        </w:rPr>
        <w:t>[CANTÓN]</w:t>
      </w:r>
      <w:r>
        <w:rPr>
          <w:rFonts w:ascii="Cambria" w:hAnsi="Cambria"/>
          <w:b w:val="0"/>
          <w:sz w:val="22"/>
        </w:rPr>
        <w:t xml:space="preserve">, a los </w:t>
      </w:r>
      <w:r>
        <w:rPr>
          <w:rFonts w:ascii="Cambria" w:hAnsi="Cambria"/>
          <w:b w:val="0"/>
          <w:color w:val="C00000"/>
          <w:sz w:val="22"/>
        </w:rPr>
        <w:t>[DÍA]</w:t>
      </w:r>
      <w:r>
        <w:rPr>
          <w:rFonts w:ascii="Cambria" w:hAnsi="Cambria"/>
          <w:b w:val="0"/>
          <w:sz w:val="22"/>
        </w:rPr>
        <w:t xml:space="preserve"> días del mes de </w:t>
      </w:r>
      <w:r>
        <w:rPr>
          <w:rFonts w:ascii="Cambria" w:hAnsi="Cambria"/>
          <w:b w:val="0"/>
          <w:color w:val="C00000"/>
          <w:sz w:val="22"/>
        </w:rPr>
        <w:t>[MES]</w:t>
      </w:r>
      <w:r>
        <w:rPr>
          <w:rFonts w:ascii="Cambria" w:hAnsi="Cambria"/>
          <w:b w:val="0"/>
          <w:sz w:val="22"/>
        </w:rPr>
        <w:t xml:space="preserve"> del año </w:t>
      </w:r>
      <w:r>
        <w:rPr>
          <w:rFonts w:ascii="Cambria" w:hAnsi="Cambria"/>
          <w:b w:val="0"/>
          <w:color w:val="C00000"/>
          <w:sz w:val="22"/>
        </w:rPr>
        <w:t>[AÑO]</w:t>
      </w:r>
      <w:r>
        <w:rPr>
          <w:rFonts w:ascii="Cambria" w:hAnsi="Cambria"/>
          <w:b w:val="0"/>
          <w:sz w:val="22"/>
        </w:rPr>
        <w:t xml:space="preserve">, ante el/la Doctor/a </w:t>
      </w:r>
      <w:r>
        <w:rPr>
          <w:rFonts w:ascii="Cambria" w:hAnsi="Cambria"/>
          <w:b w:val="0"/>
          <w:color w:val="C00000"/>
          <w:sz w:val="22"/>
        </w:rPr>
        <w:t>[NOMBRE DEL NOTARIO/A]</w:t>
      </w:r>
      <w:r>
        <w:rPr>
          <w:rFonts w:ascii="Cambria" w:hAnsi="Cambria"/>
          <w:b w:val="0"/>
          <w:sz w:val="22"/>
        </w:rPr>
        <w:t xml:space="preserve">, Notario/a </w:t>
      </w:r>
      <w:r>
        <w:rPr>
          <w:rFonts w:ascii="Cambria" w:hAnsi="Cambria"/>
          <w:b w:val="0"/>
          <w:color w:val="C00000"/>
          <w:sz w:val="22"/>
        </w:rPr>
        <w:t>[NÚMERO]</w:t>
      </w:r>
      <w:r>
        <w:rPr>
          <w:rFonts w:ascii="Cambria" w:hAnsi="Cambria"/>
          <w:b w:val="0"/>
          <w:sz w:val="22"/>
        </w:rPr>
        <w:t xml:space="preserve"> del cantón </w:t>
      </w:r>
      <w:r>
        <w:rPr>
          <w:rFonts w:ascii="Cambria" w:hAnsi="Cambria"/>
          <w:b w:val="0"/>
          <w:color w:val="C00000"/>
          <w:sz w:val="22"/>
        </w:rPr>
        <w:t>[CANTÓN]</w:t>
      </w:r>
      <w:r>
        <w:rPr>
          <w:rFonts w:ascii="Cambria" w:hAnsi="Cambria"/>
          <w:b w:val="0"/>
          <w:sz w:val="22"/>
        </w:rPr>
        <w:t xml:space="preserve">, comparezco a otorgar este, mi Testamento Solemne y Abierto, por cuanto declaro que mis nombres y apellidos son </w:t>
      </w:r>
      <w:r>
        <w:rPr>
          <w:rFonts w:ascii="Cambria" w:hAnsi="Cambria"/>
          <w:b w:val="0"/>
          <w:color w:val="C00000"/>
          <w:sz w:val="22"/>
        </w:rPr>
        <w:t>[NOMBRE COMPLETO DEL TESTADOR]</w:t>
      </w:r>
      <w:r>
        <w:rPr>
          <w:rFonts w:ascii="Cambria" w:hAnsi="Cambria"/>
          <w:b w:val="0"/>
          <w:sz w:val="22"/>
        </w:rPr>
        <w:t xml:space="preserve">, nacido/a en la parroquia </w:t>
      </w:r>
      <w:r>
        <w:rPr>
          <w:rFonts w:ascii="Cambria" w:hAnsi="Cambria"/>
          <w:b w:val="0"/>
          <w:color w:val="C00000"/>
          <w:sz w:val="22"/>
        </w:rPr>
        <w:t>[PARROQUIA]</w:t>
      </w:r>
      <w:r>
        <w:rPr>
          <w:rFonts w:ascii="Cambria" w:hAnsi="Cambria"/>
          <w:b w:val="0"/>
          <w:sz w:val="22"/>
        </w:rPr>
        <w:t xml:space="preserve">, de la ciudad de </w:t>
      </w:r>
      <w:r>
        <w:rPr>
          <w:rFonts w:ascii="Cambria" w:hAnsi="Cambria"/>
          <w:b w:val="0"/>
          <w:color w:val="C00000"/>
          <w:sz w:val="22"/>
        </w:rPr>
        <w:t>[CIUDAD]</w:t>
      </w:r>
      <w:r>
        <w:rPr>
          <w:rFonts w:ascii="Cambria" w:hAnsi="Cambria"/>
          <w:b w:val="0"/>
          <w:sz w:val="22"/>
        </w:rPr>
        <w:t xml:space="preserve">, provincia de </w:t>
      </w:r>
      <w:r>
        <w:rPr>
          <w:rFonts w:ascii="Cambria" w:hAnsi="Cambria"/>
          <w:b w:val="0"/>
          <w:color w:val="C00000"/>
          <w:sz w:val="22"/>
        </w:rPr>
        <w:t>[PROVINCIA]</w:t>
      </w:r>
      <w:r>
        <w:rPr>
          <w:rFonts w:ascii="Cambria" w:hAnsi="Cambria"/>
          <w:b w:val="0"/>
          <w:sz w:val="22"/>
        </w:rPr>
        <w:t xml:space="preserve">, República del Ecuador, domiciliado/a en </w:t>
      </w:r>
      <w:r>
        <w:rPr>
          <w:rFonts w:ascii="Cambria" w:hAnsi="Cambria"/>
          <w:b w:val="0"/>
          <w:color w:val="C00000"/>
          <w:sz w:val="22"/>
        </w:rPr>
        <w:t>[DIRECCIÓN COMPLETA]</w:t>
      </w:r>
      <w:r>
        <w:rPr>
          <w:rFonts w:ascii="Cambria" w:hAnsi="Cambria"/>
          <w:b w:val="0"/>
          <w:sz w:val="22"/>
        </w:rPr>
        <w:t xml:space="preserve">, actualmente tengo </w:t>
      </w:r>
      <w:r>
        <w:rPr>
          <w:rFonts w:ascii="Cambria" w:hAnsi="Cambria"/>
          <w:b w:val="0"/>
          <w:color w:val="C00000"/>
          <w:sz w:val="22"/>
        </w:rPr>
        <w:t>[EDAD]</w:t>
      </w:r>
      <w:r>
        <w:rPr>
          <w:rFonts w:ascii="Cambria" w:hAnsi="Cambria"/>
          <w:b w:val="0"/>
          <w:sz w:val="22"/>
        </w:rPr>
        <w:t xml:space="preserve"> años de edad, y declaro también que me encuentro en plena capacidad de mis facultades mentales.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 xml:space="preserve">Declaro que contraje matrimonio con </w:t>
      </w:r>
      <w:r>
        <w:rPr>
          <w:rFonts w:ascii="Cambria" w:hAnsi="Cambria"/>
          <w:b w:val="0"/>
          <w:color w:val="C00000"/>
          <w:sz w:val="22"/>
        </w:rPr>
        <w:t>[NOMBRE COMPLETO DEL CÓNYUGE]</w:t>
      </w:r>
      <w:r>
        <w:rPr>
          <w:rFonts w:ascii="Cambria" w:hAnsi="Cambria"/>
          <w:b w:val="0"/>
          <w:sz w:val="22"/>
        </w:rPr>
        <w:t xml:space="preserve">, con quien he procreado a mis hijos, cuyos nombres son </w:t>
      </w:r>
      <w:r>
        <w:rPr>
          <w:rFonts w:ascii="Cambria" w:hAnsi="Cambria"/>
          <w:b w:val="0"/>
          <w:color w:val="C00000"/>
          <w:sz w:val="22"/>
        </w:rPr>
        <w:t>[NOMBRES COMPLETOS DE LOS HIJOS]</w:t>
      </w:r>
      <w:r>
        <w:rPr>
          <w:rFonts w:ascii="Cambria" w:hAnsi="Cambria"/>
          <w:b w:val="0"/>
          <w:sz w:val="22"/>
        </w:rPr>
        <w:t xml:space="preserve">, </w:t>
      </w:r>
      <w:r>
        <w:rPr>
          <w:rFonts w:ascii="Cambria" w:hAnsi="Cambria"/>
          <w:b w:val="0"/>
          <w:color w:val="C00000"/>
          <w:sz w:val="22"/>
        </w:rPr>
        <w:t>[INDICAR SI SE ENCUENTRAN VIVOS O FALLECIDOS]</w:t>
      </w:r>
      <w:r>
        <w:rPr>
          <w:rFonts w:ascii="Cambria" w:hAnsi="Cambria"/>
          <w:b w:val="0"/>
          <w:sz w:val="22"/>
        </w:rPr>
        <w:t xml:space="preserve">. </w:t>
      </w:r>
      <w:r>
        <w:rPr>
          <w:rFonts w:ascii="Cambria" w:hAnsi="Cambria"/>
          <w:b w:val="0"/>
          <w:color w:val="C00000"/>
          <w:sz w:val="22"/>
        </w:rPr>
        <w:t>[INCLUIR SOLO CUANDO CORRESPONDA: Declaro además que [DESCRIBIR MATRIMONIOS ANTERIORES E HIJOS HABIDOS EN ELLOS]</w:t>
      </w:r>
      <w:r>
        <w:rPr>
          <w:rFonts w:ascii="Cambria" w:hAnsi="Cambria"/>
          <w:b w:val="0"/>
          <w:sz w:val="22"/>
        </w:rPr>
        <w:t>.]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 xml:space="preserve">Otorgo este testamento en presencia de los siguientes testigos: </w:t>
      </w:r>
      <w:r>
        <w:rPr>
          <w:rFonts w:ascii="Cambria" w:hAnsi="Cambria"/>
          <w:b w:val="0"/>
          <w:color w:val="C00000"/>
          <w:sz w:val="22"/>
        </w:rPr>
        <w:t>[NOMBRE COMPLETO DEL TESTIGO 1]</w:t>
      </w:r>
      <w:r>
        <w:rPr>
          <w:rFonts w:ascii="Cambria" w:hAnsi="Cambria"/>
          <w:b w:val="0"/>
          <w:sz w:val="22"/>
        </w:rPr>
        <w:t xml:space="preserve">, domiciliado/a en </w:t>
      </w:r>
      <w:r>
        <w:rPr>
          <w:rFonts w:ascii="Cambria" w:hAnsi="Cambria"/>
          <w:b w:val="0"/>
          <w:color w:val="C00000"/>
          <w:sz w:val="22"/>
        </w:rPr>
        <w:t>[DIRECCIÓN]</w:t>
      </w:r>
      <w:r>
        <w:rPr>
          <w:rFonts w:ascii="Cambria" w:hAnsi="Cambria"/>
          <w:b w:val="0"/>
          <w:sz w:val="22"/>
        </w:rPr>
        <w:t xml:space="preserve">; </w:t>
      </w:r>
      <w:r>
        <w:rPr>
          <w:rFonts w:ascii="Cambria" w:hAnsi="Cambria"/>
          <w:b w:val="0"/>
          <w:color w:val="C00000"/>
          <w:sz w:val="22"/>
        </w:rPr>
        <w:t>[NOMBRE COMPLETO DEL TESTIGO 2]</w:t>
      </w:r>
      <w:r>
        <w:rPr>
          <w:rFonts w:ascii="Cambria" w:hAnsi="Cambria"/>
          <w:b w:val="0"/>
          <w:sz w:val="22"/>
        </w:rPr>
        <w:t xml:space="preserve">, domiciliado/a en </w:t>
      </w:r>
      <w:r>
        <w:rPr>
          <w:rFonts w:ascii="Cambria" w:hAnsi="Cambria"/>
          <w:b w:val="0"/>
          <w:color w:val="C00000"/>
          <w:sz w:val="22"/>
        </w:rPr>
        <w:t>[DIRECCIÓN]</w:t>
      </w:r>
      <w:r>
        <w:rPr>
          <w:rFonts w:ascii="Cambria" w:hAnsi="Cambria"/>
          <w:b w:val="0"/>
          <w:sz w:val="22"/>
        </w:rPr>
        <w:t xml:space="preserve">; y </w:t>
      </w:r>
      <w:r>
        <w:rPr>
          <w:rFonts w:ascii="Cambria" w:hAnsi="Cambria"/>
          <w:b w:val="0"/>
          <w:color w:val="C00000"/>
          <w:sz w:val="22"/>
        </w:rPr>
        <w:t>[NOMBRE COMPLETO DEL TESTIGO 3]</w:t>
      </w:r>
      <w:r>
        <w:rPr>
          <w:rFonts w:ascii="Cambria" w:hAnsi="Cambria"/>
          <w:b w:val="0"/>
          <w:sz w:val="22"/>
        </w:rPr>
        <w:t xml:space="preserve">, domiciliado/a en </w:t>
      </w:r>
      <w:r>
        <w:rPr>
          <w:rFonts w:ascii="Cambria" w:hAnsi="Cambria"/>
          <w:b w:val="0"/>
          <w:color w:val="C00000"/>
          <w:sz w:val="22"/>
        </w:rPr>
        <w:t>[DIRECCIÓN]</w:t>
      </w:r>
      <w:r>
        <w:rPr>
          <w:rFonts w:ascii="Cambria" w:hAnsi="Cambria"/>
          <w:b w:val="0"/>
          <w:sz w:val="22"/>
        </w:rPr>
        <w:t>, quienes se encuentran presentes para este otorgamiento.</w:t>
      </w:r>
    </w:p>
    <w:p>
      <w:pPr>
        <w:spacing w:before="140" w:after="40"/>
        <w:jc w:val="both"/>
      </w:pPr>
      <w:r>
        <w:rPr>
          <w:rFonts w:ascii="Cambria" w:hAnsi="Cambria"/>
          <w:b/>
          <w:sz w:val="22"/>
        </w:rPr>
        <w:t>PRIMERA.- BIENES.-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>En mi calidad de testador/a, durante mi vida he adquirido los siguientes bienes y derechos, de los cuales soy titular y respecto de los cuales dispongo en este testamento:</w:t>
      </w:r>
    </w:p>
    <w:p>
      <w:pPr>
        <w:spacing w:before="0" w:after="100"/>
        <w:jc w:val="both"/>
      </w:pPr>
      <w:r>
        <w:rPr>
          <w:rFonts w:ascii="Cambria" w:hAnsi="Cambria"/>
          <w:b w:val="0"/>
          <w:color w:val="C00000"/>
          <w:sz w:val="22"/>
        </w:rPr>
        <w:t>[DETALLAR LOS BIENES QUE SON OBJETO DE LAS DISPOSICIONES TESTAMENTARIAS: TÍTULOS VALORES, PÓLIZAS, PARTICIPACIONES, ACCIONES, BIENES MUEBLES, BIENES INMUEBLES, MENAJE U OTROS. EN EL CASO DE INMUEBLES, DESCRIBIRLOS CON EXACTITUD.]</w:t>
      </w:r>
    </w:p>
    <w:p>
      <w:pPr>
        <w:spacing w:before="140" w:after="40"/>
        <w:jc w:val="both"/>
      </w:pPr>
      <w:r>
        <w:rPr>
          <w:rFonts w:ascii="Cambria" w:hAnsi="Cambria"/>
          <w:b/>
          <w:sz w:val="22"/>
        </w:rPr>
        <w:t>SEGUNDA.- DISTRIBUCIÓN DEL LEGADO.-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>En pleno uso de mis facultades mentales, libre y voluntariamente, dispongo la distribución de mis bienes y derechos de la siguiente forma, observando las porciones que corresponden de acuerdo con la ley: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>1. POR CONCEPTO DE LEGÍTIMAS.- Se destina el cincuenta por ciento (50%) que corresponde a la legítima rigurosa a favor de mis hijos, distribuyéndolo de la siguiente forma: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 xml:space="preserve">A favor de mi hijo/a </w:t>
      </w:r>
      <w:r>
        <w:rPr>
          <w:rFonts w:ascii="Cambria" w:hAnsi="Cambria"/>
          <w:b w:val="0"/>
          <w:color w:val="C00000"/>
          <w:sz w:val="22"/>
        </w:rPr>
        <w:t>[NOMBRE COMPLETO]</w:t>
      </w:r>
      <w:r>
        <w:rPr>
          <w:rFonts w:ascii="Cambria" w:hAnsi="Cambria"/>
          <w:b w:val="0"/>
          <w:sz w:val="22"/>
        </w:rPr>
        <w:t xml:space="preserve">, dejo </w:t>
      </w:r>
      <w:r>
        <w:rPr>
          <w:rFonts w:ascii="Cambria" w:hAnsi="Cambria"/>
          <w:b w:val="0"/>
          <w:color w:val="C00000"/>
          <w:sz w:val="22"/>
        </w:rPr>
        <w:t>[DESCRIPCIÓN DEL BIEN O DERECHO]</w:t>
      </w:r>
      <w:r>
        <w:rPr>
          <w:rFonts w:ascii="Cambria" w:hAnsi="Cambria"/>
          <w:b w:val="0"/>
          <w:sz w:val="22"/>
        </w:rPr>
        <w:t>.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 xml:space="preserve">A favor de mi hijo/a </w:t>
      </w:r>
      <w:r>
        <w:rPr>
          <w:rFonts w:ascii="Cambria" w:hAnsi="Cambria"/>
          <w:b w:val="0"/>
          <w:color w:val="C00000"/>
          <w:sz w:val="22"/>
        </w:rPr>
        <w:t>[NOMBRE COMPLETO]</w:t>
      </w:r>
      <w:r>
        <w:rPr>
          <w:rFonts w:ascii="Cambria" w:hAnsi="Cambria"/>
          <w:b w:val="0"/>
          <w:sz w:val="22"/>
        </w:rPr>
        <w:t xml:space="preserve">, dejo </w:t>
      </w:r>
      <w:r>
        <w:rPr>
          <w:rFonts w:ascii="Cambria" w:hAnsi="Cambria"/>
          <w:b w:val="0"/>
          <w:color w:val="C00000"/>
          <w:sz w:val="22"/>
        </w:rPr>
        <w:t>[DESCRIPCIÓN DEL BIEN O DERECHO]</w:t>
      </w:r>
      <w:r>
        <w:rPr>
          <w:rFonts w:ascii="Cambria" w:hAnsi="Cambria"/>
          <w:b w:val="0"/>
          <w:sz w:val="22"/>
        </w:rPr>
        <w:t>.</w:t>
      </w:r>
    </w:p>
    <w:p>
      <w:pPr>
        <w:spacing w:before="0" w:after="100"/>
        <w:jc w:val="both"/>
      </w:pPr>
      <w:r>
        <w:rPr>
          <w:rFonts w:ascii="Cambria" w:hAnsi="Cambria"/>
          <w:b w:val="0"/>
          <w:color w:val="C00000"/>
          <w:sz w:val="22"/>
        </w:rPr>
        <w:t>[REPETIR CUANDO CORRESPONDA PARA LOS DEMÁS LEGITIMARIOS.]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 xml:space="preserve">2. POR CONCEPTO DE CUARTA DE MEJORAS.- El veinticinco por ciento (25%) correspondiente a la cuarta de mejoras lo dispongo de la siguiente forma: a favor de </w:t>
      </w:r>
      <w:r>
        <w:rPr>
          <w:rFonts w:ascii="Cambria" w:hAnsi="Cambria"/>
          <w:b w:val="0"/>
          <w:color w:val="C00000"/>
          <w:sz w:val="22"/>
        </w:rPr>
        <w:t>[NOMBRE DEL LEGATARIO/A]</w:t>
      </w:r>
      <w:r>
        <w:rPr>
          <w:rFonts w:ascii="Cambria" w:hAnsi="Cambria"/>
          <w:b w:val="0"/>
          <w:sz w:val="22"/>
        </w:rPr>
        <w:t xml:space="preserve">, dejo </w:t>
      </w:r>
      <w:r>
        <w:rPr>
          <w:rFonts w:ascii="Cambria" w:hAnsi="Cambria"/>
          <w:b w:val="0"/>
          <w:color w:val="C00000"/>
          <w:sz w:val="22"/>
        </w:rPr>
        <w:t>[DESCRIPCIÓN DEL BIEN O DERECHO]</w:t>
      </w:r>
      <w:r>
        <w:rPr>
          <w:rFonts w:ascii="Cambria" w:hAnsi="Cambria"/>
          <w:b w:val="0"/>
          <w:sz w:val="22"/>
        </w:rPr>
        <w:t xml:space="preserve">. </w:t>
      </w:r>
      <w:r>
        <w:rPr>
          <w:rFonts w:ascii="Cambria" w:hAnsi="Cambria"/>
          <w:b w:val="0"/>
          <w:color w:val="C00000"/>
          <w:sz w:val="22"/>
        </w:rPr>
        <w:t>[INCLUIR SOLO CUANDO CORRESPONDA: La cuarta de mejoras se distribuye proindiviso, en partes iguales, entre [NOMBRES]</w:t>
      </w:r>
      <w:r>
        <w:rPr>
          <w:rFonts w:ascii="Cambria" w:hAnsi="Cambria"/>
          <w:b w:val="0"/>
          <w:sz w:val="22"/>
        </w:rPr>
        <w:t>.]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 xml:space="preserve">3. CUARTA DE LIBRE DISPOSICIÓN.- El veinticinco por ciento (25%) correspondiente a la cuarta de libre disposición lo destino a favor de </w:t>
      </w:r>
      <w:r>
        <w:rPr>
          <w:rFonts w:ascii="Cambria" w:hAnsi="Cambria"/>
          <w:b w:val="0"/>
          <w:color w:val="C00000"/>
          <w:sz w:val="22"/>
        </w:rPr>
        <w:t>[NOMBRE COMPLETO DE LA PERSONA, FUNDACIÓN O ENTIDAD]</w:t>
      </w:r>
      <w:r>
        <w:rPr>
          <w:rFonts w:ascii="Cambria" w:hAnsi="Cambria"/>
          <w:b w:val="0"/>
          <w:sz w:val="22"/>
        </w:rPr>
        <w:t xml:space="preserve">, a quien dejo </w:t>
      </w:r>
      <w:r>
        <w:rPr>
          <w:rFonts w:ascii="Cambria" w:hAnsi="Cambria"/>
          <w:b w:val="0"/>
          <w:color w:val="C00000"/>
          <w:sz w:val="22"/>
        </w:rPr>
        <w:t>[DESCRIPCIÓN DEL BIEN O DERECHO]</w:t>
      </w:r>
      <w:r>
        <w:rPr>
          <w:rFonts w:ascii="Cambria" w:hAnsi="Cambria"/>
          <w:b w:val="0"/>
          <w:sz w:val="22"/>
        </w:rPr>
        <w:t>.</w:t>
      </w:r>
    </w:p>
    <w:p>
      <w:pPr>
        <w:spacing w:before="140" w:after="40"/>
        <w:jc w:val="both"/>
      </w:pPr>
      <w:r>
        <w:rPr>
          <w:rFonts w:ascii="Cambria" w:hAnsi="Cambria"/>
          <w:b/>
          <w:sz w:val="22"/>
        </w:rPr>
        <w:t>TERCERA.- ALBACEA.-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 xml:space="preserve">Nombro como albacea de este testamento al/la señor/a </w:t>
      </w:r>
      <w:r>
        <w:rPr>
          <w:rFonts w:ascii="Cambria" w:hAnsi="Cambria"/>
          <w:b w:val="0"/>
          <w:color w:val="C00000"/>
          <w:sz w:val="22"/>
        </w:rPr>
        <w:t>[NOMBRE COMPLETO DEL ALBACEA]</w:t>
      </w:r>
      <w:r>
        <w:rPr>
          <w:rFonts w:ascii="Cambria" w:hAnsi="Cambria"/>
          <w:b w:val="0"/>
          <w:sz w:val="22"/>
        </w:rPr>
        <w:t xml:space="preserve">, portador/a de la cédula de ciudadanía número </w:t>
      </w:r>
      <w:r>
        <w:rPr>
          <w:rFonts w:ascii="Cambria" w:hAnsi="Cambria"/>
          <w:b w:val="0"/>
          <w:color w:val="C00000"/>
          <w:sz w:val="22"/>
        </w:rPr>
        <w:t>[__________]</w:t>
      </w:r>
      <w:r>
        <w:rPr>
          <w:rFonts w:ascii="Cambria" w:hAnsi="Cambria"/>
          <w:b w:val="0"/>
          <w:sz w:val="22"/>
        </w:rPr>
        <w:t>, quien se encargará de cumplir y hacer cumplir las disposiciones de este testamento y de realizar las gestiones necesarias para la correcta distribución de mis bienes, conforme a mi voluntad.</w:t>
      </w:r>
    </w:p>
    <w:p>
      <w:pPr>
        <w:spacing w:before="140" w:after="40"/>
        <w:jc w:val="both"/>
      </w:pPr>
      <w:r>
        <w:rPr>
          <w:rFonts w:ascii="Cambria" w:hAnsi="Cambria"/>
          <w:b/>
          <w:sz w:val="22"/>
        </w:rPr>
        <w:t>CUARTA.- DECLARACIÓN FINAL.-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>Declaro que este testamento contiene mi última voluntad, que lo otorgo libre y voluntariamente, encontrándome en pleno uso de mis facultades mentales y sin presión, amenaza o vicio alguno.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>El presente testamento será leído en alta voz en presencia del testador, del notario y de los mismos testigos, quienes deberán oír todo su tenor y permanecer presentes durante el otorgamiento, terminando el acto con las firmas correspondientes.</w:t>
      </w:r>
    </w:p>
    <w:p>
      <w:pPr>
        <w:spacing w:before="200" w:after="60"/>
        <w:jc w:val="center"/>
      </w:pPr>
      <w:r>
        <w:rPr>
          <w:rFonts w:ascii="Cambria" w:hAnsi="Cambria"/>
          <w:b/>
          <w:color w:val="C00000"/>
          <w:sz w:val="22"/>
        </w:rPr>
        <w:t>[NOMBRE COMPLETO DEL TESTADOR]</w:t>
      </w:r>
    </w:p>
    <w:p>
      <w:pPr>
        <w:spacing w:before="0" w:after="40"/>
        <w:jc w:val="center"/>
      </w:pPr>
      <w:r>
        <w:rPr>
          <w:rFonts w:ascii="Cambria" w:hAnsi="Cambria"/>
          <w:b/>
          <w:color w:val="C00000"/>
          <w:sz w:val="22"/>
        </w:rPr>
        <w:t>[NOMBRE COMPLETO DEL TESTIGO 1]</w:t>
      </w:r>
    </w:p>
    <w:p>
      <w:pPr>
        <w:spacing w:before="0" w:after="40"/>
        <w:jc w:val="center"/>
      </w:pPr>
      <w:r>
        <w:rPr>
          <w:rFonts w:ascii="Cambria" w:hAnsi="Cambria"/>
          <w:b/>
          <w:color w:val="C00000"/>
          <w:sz w:val="22"/>
        </w:rPr>
        <w:t>[NOMBRE COMPLETO DEL TESTIGO 2]</w:t>
      </w:r>
    </w:p>
    <w:p>
      <w:pPr>
        <w:spacing w:before="0" w:after="40"/>
        <w:jc w:val="center"/>
      </w:pPr>
      <w:r>
        <w:rPr>
          <w:rFonts w:ascii="Cambria" w:hAnsi="Cambria"/>
          <w:b/>
          <w:color w:val="C00000"/>
          <w:sz w:val="22"/>
        </w:rPr>
        <w:t>[NOMBRE COMPLETO DEL TESTIGO 3]</w:t>
      </w:r>
    </w:p>
    <w:sectPr w:rsidR="00FC693F" w:rsidRPr="0006063C" w:rsidSect="00034616">
      <w:headerReference w:type="default" r:id="rId9"/>
      <w:pgSz w:w="12240" w:h="15840"/>
      <w:pgMar w:top="1191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4677"/>
      <w:gridCol w:w="4677"/>
    </w:tblGrid>
    <w:tr>
      <w:tc>
        <w:tcPr>
          <w:tcW w:type="dxa" w:w="4677"/>
        </w:tcPr>
        <w:p>
          <w:r>
            <w:drawing>
              <wp:inline xmlns:a="http://schemas.openxmlformats.org/drawingml/2006/main" xmlns:pic="http://schemas.openxmlformats.org/drawingml/2006/picture">
                <wp:extent cx="1440000" cy="39456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on-marca-de-agua-e173535940388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39456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rPr>
              <w:rFonts w:ascii="Cambria" w:hAnsi="Cambria"/>
              <w:b/>
              <w:sz w:val="18"/>
            </w:rPr>
            <w:t>www.iniciaderecho.com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 w:eastAsia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 Derecho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